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jc w:val="left"/>
      </w:pPr>
      <w:r>
        <w:rPr>
          <w:rFonts w:eastAsia="Hiragino Sans" w:ascii="Hiragino Sans" w:hAnsi="Hiragino Sans"/>
          <w:b/>
          <w:color w:val="C0392B"/>
          <w:sz w:val="22"/>
        </w:rPr>
        <w:t>金融商品取引法 法定開示</w:t>
      </w:r>
    </w:p>
    <w:p>
      <w:r>
        <w:rPr>
          <w:rFonts w:eastAsia="Hiragino Sans" w:ascii="Hiragino Sans" w:hAnsi="Hiragino Sans"/>
          <w:b/>
          <w:color w:val="24406B"/>
          <w:sz w:val="48"/>
        </w:rPr>
        <w:t>有価証券報告書（ドラフト）</w:t>
      </w:r>
    </w:p>
    <w:p>
      <w:r>
        <w:rPr>
          <w:rFonts w:eastAsia="Hiragino Sans" w:ascii="Hiragino Sans" w:hAnsi="Hiragino Sans"/>
          <w:color w:val="444444"/>
          <w:sz w:val="25"/>
        </w:rPr>
        <w:t>サンプル製造株式会社／第28期（2026年3月期）・連結・日本基準</w:t>
      </w:r>
    </w:p>
    <w:p/>
    <w:tbl>
      <w:tblPr>
        <w:tblStyle w:val="TableGrid"/>
        <w:tblW w:type="auto" w:w="0"/>
        <w:tblLook w:firstColumn="1" w:firstRow="1" w:lastColumn="0" w:lastRow="0" w:noHBand="0" w:noVBand="1" w:val="04A0"/>
      </w:tblPr>
      <w:tblGrid>
        <w:gridCol w:w="4986"/>
        <w:gridCol w:w="4986"/>
      </w:tblGrid>
      <w:tr>
        <w:tc>
          <w:tcPr>
            <w:tcW w:type="dxa" w:w="4986"/>
            <w:shd w:val="clear" w:fill="F3F4F6"/>
          </w:tcPr>
          <w:p>
            <w:r/>
            <w:r>
              <w:rPr>
                <w:rFonts w:eastAsia="Hiragino Sans" w:ascii="Hiragino Sans" w:hAnsi="Hiragino Sans"/>
                <w:b/>
                <w:sz w:val="19"/>
              </w:rPr>
              <w:t>提出会社</w:t>
            </w:r>
          </w:p>
        </w:tc>
        <w:tc>
          <w:tcPr>
            <w:tcW w:type="dxa" w:w="4986"/>
          </w:tcPr>
          <w:p>
            <w:r/>
            <w:r>
              <w:rPr>
                <w:rFonts w:eastAsia="Hiragino Sans" w:ascii="Hiragino Sans" w:hAnsi="Hiragino Sans"/>
                <w:b w:val="0"/>
                <w:sz w:val="19"/>
              </w:rPr>
              <w:t>サンプル製造株式会社（架空サンプル）</w:t>
            </w:r>
          </w:p>
        </w:tc>
      </w:tr>
      <w:tr>
        <w:tc>
          <w:tcPr>
            <w:tcW w:type="dxa" w:w="4986"/>
            <w:shd w:val="clear" w:fill="F3F4F6"/>
          </w:tcPr>
          <w:p>
            <w:r/>
            <w:r>
              <w:rPr>
                <w:rFonts w:eastAsia="Hiragino Sans" w:ascii="Hiragino Sans" w:hAnsi="Hiragino Sans"/>
                <w:b/>
                <w:sz w:val="19"/>
              </w:rPr>
              <w:t>事業年度</w:t>
            </w:r>
          </w:p>
        </w:tc>
        <w:tc>
          <w:tcPr>
            <w:tcW w:type="dxa" w:w="4986"/>
          </w:tcPr>
          <w:p>
            <w:r/>
            <w:r>
              <w:rPr>
                <w:rFonts w:eastAsia="Hiragino Sans" w:ascii="Hiragino Sans" w:hAnsi="Hiragino Sans"/>
                <w:b w:val="0"/>
                <w:sz w:val="19"/>
              </w:rPr>
              <w:t>第28期（自2025年4月1日 至2026年3月31日）</w:t>
            </w:r>
          </w:p>
        </w:tc>
      </w:tr>
      <w:tr>
        <w:tc>
          <w:tcPr>
            <w:tcW w:type="dxa" w:w="4986"/>
            <w:shd w:val="clear" w:fill="F3F4F6"/>
          </w:tcPr>
          <w:p>
            <w:r/>
            <w:r>
              <w:rPr>
                <w:rFonts w:eastAsia="Hiragino Sans" w:ascii="Hiragino Sans" w:hAnsi="Hiragino Sans"/>
                <w:b/>
                <w:sz w:val="19"/>
              </w:rPr>
              <w:t>会計基準</w:t>
            </w:r>
          </w:p>
        </w:tc>
        <w:tc>
          <w:tcPr>
            <w:tcW w:type="dxa" w:w="4986"/>
          </w:tcPr>
          <w:p>
            <w:r/>
            <w:r>
              <w:rPr>
                <w:rFonts w:eastAsia="Hiragino Sans" w:ascii="Hiragino Sans" w:hAnsi="Hiragino Sans"/>
                <w:b w:val="0"/>
                <w:sz w:val="19"/>
              </w:rPr>
              <w:t>日本基準（連結）</w:t>
            </w:r>
          </w:p>
        </w:tc>
      </w:tr>
      <w:tr>
        <w:tc>
          <w:tcPr>
            <w:tcW w:type="dxa" w:w="4986"/>
            <w:shd w:val="clear" w:fill="F3F4F6"/>
          </w:tcPr>
          <w:p>
            <w:r/>
            <w:r>
              <w:rPr>
                <w:rFonts w:eastAsia="Hiragino Sans" w:ascii="Hiragino Sans" w:hAnsi="Hiragino Sans"/>
                <w:b/>
                <w:sz w:val="19"/>
              </w:rPr>
              <w:t>様式</w:t>
            </w:r>
          </w:p>
        </w:tc>
        <w:tc>
          <w:tcPr>
            <w:tcW w:type="dxa" w:w="4986"/>
          </w:tcPr>
          <w:p>
            <w:r/>
            <w:r>
              <w:rPr>
                <w:rFonts w:eastAsia="Hiragino Sans" w:ascii="Hiragino Sans" w:hAnsi="Hiragino Sans"/>
                <w:b w:val="0"/>
                <w:sz w:val="19"/>
              </w:rPr>
              <w:t>企業内容等の開示に関する内閣府令 第三号様式</w:t>
            </w:r>
          </w:p>
        </w:tc>
      </w:tr>
      <w:tr>
        <w:tc>
          <w:tcPr>
            <w:tcW w:type="dxa" w:w="4986"/>
            <w:shd w:val="clear" w:fill="F3F4F6"/>
          </w:tcPr>
          <w:p>
            <w:r/>
            <w:r>
              <w:rPr>
                <w:rFonts w:eastAsia="Hiragino Sans" w:ascii="Hiragino Sans" w:hAnsi="Hiragino Sans"/>
                <w:b/>
                <w:sz w:val="19"/>
              </w:rPr>
              <w:t>作成</w:t>
            </w:r>
          </w:p>
        </w:tc>
        <w:tc>
          <w:tcPr>
            <w:tcW w:type="dxa" w:w="4986"/>
          </w:tcPr>
          <w:p>
            <w:r/>
            <w:r>
              <w:rPr>
                <w:rFonts w:eastAsia="Hiragino Sans" w:ascii="Hiragino Sans" w:hAnsi="Hiragino Sans"/>
                <w:b w:val="0"/>
                <w:sz w:val="19"/>
              </w:rPr>
              <w:t>cpaai.jp（AI生成ドラフト）</w:t>
            </w:r>
          </w:p>
        </w:tc>
      </w:tr>
      <w:tr>
        <w:tc>
          <w:tcPr>
            <w:tcW w:type="dxa" w:w="4986"/>
            <w:shd w:val="clear" w:fill="F3F4F6"/>
          </w:tcPr>
          <w:p>
            <w:r/>
            <w:r>
              <w:rPr>
                <w:rFonts w:eastAsia="Hiragino Sans" w:ascii="Hiragino Sans" w:hAnsi="Hiragino Sans"/>
                <w:b/>
                <w:sz w:val="19"/>
              </w:rPr>
              <w:t>査閲</w:t>
            </w:r>
          </w:p>
        </w:tc>
        <w:tc>
          <w:tcPr>
            <w:tcW w:type="dxa" w:w="4986"/>
          </w:tcPr>
          <w:p>
            <w:r/>
            <w:r>
              <w:rPr>
                <w:rFonts w:eastAsia="Hiragino Sans" w:ascii="Hiragino Sans" w:hAnsi="Hiragino Sans"/>
                <w:b w:val="0"/>
                <w:sz w:val="19"/>
              </w:rPr>
              <w:t>—</w:t>
            </w:r>
          </w:p>
        </w:tc>
      </w:tr>
    </w:tbl>
    <w:p/>
    <w:p>
      <w:pPr>
        <w:ind w:left="120"/>
        <w:shd w:val="clear" w:fill="F3F4F6"/>
        <w:pBdr>
          <w:left w:val="single" w:sz="18" w:space="6" w:color="24406B"/>
        </w:pBdr>
      </w:pPr>
      <w:r>
        <w:rPr>
          <w:rFonts w:eastAsia="Hiragino Sans" w:ascii="Hiragino Sans" w:hAnsi="Hiragino Sans"/>
          <w:b w:val="0"/>
          <w:i/>
          <w:color w:val="444444"/>
          <w:sz w:val="18"/>
        </w:rPr>
        <w:t>本書はAIが生成した有価証券報告書のドラフトであり、公認会計士のレビュー・XBRL化・監査を前提とする。会社・数値は架空のサンプルであり、実在の会社とは関係がない。</w:t>
      </w:r>
    </w:p>
    <w:p>
      <w:r>
        <w:br w:type="page"/>
      </w:r>
    </w:p>
    <w:p>
      <w:pPr>
        <w:ind w:left="120"/>
        <w:shd w:val="clear" w:fill="F3F4F6"/>
        <w:pBdr>
          <w:left w:val="single" w:sz="18" w:space="6" w:color="24406B"/>
        </w:pBdr>
      </w:pPr>
      <w:r>
        <w:rPr>
          <w:rFonts w:eastAsia="Hiragino Sans" w:ascii="Hiragino Sans" w:hAnsi="Hiragino Sans"/>
          <w:b w:val="0"/>
          <w:i/>
          <w:color w:val="444444"/>
          <w:sz w:val="18"/>
        </w:rPr>
        <w:t>本書は AI 生成ドラフトであり、公認会計士によるレビュー・数値検証を経ることを前提とした参考サンプルです。会社・人物・数値はすべて架空であり、実在の企業・個人とは一切関係ありません。</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項目</w:t>
            </w:r>
          </w:p>
        </w:tc>
        <w:tc>
          <w:tcPr>
            <w:tcW w:type="dxa" w:w="4986"/>
            <w:shd w:val="clear" w:fill="24406B"/>
          </w:tcPr>
          <w:p>
            <w:r/>
            <w:r>
              <w:rPr>
                <w:rFonts w:eastAsia="Hiragino Sans" w:ascii="Hiragino Sans" w:hAnsi="Hiragino Sans"/>
                <w:b/>
                <w:color w:val="FFFFFF"/>
                <w:sz w:val="18"/>
              </w:rPr>
              <w:t>記載内容</w:t>
            </w:r>
          </w:p>
        </w:tc>
      </w:tr>
      <w:tr>
        <w:tc>
          <w:tcPr>
            <w:tcW w:type="dxa" w:w="4986"/>
          </w:tcPr>
          <w:p>
            <w:r/>
            <w:r>
              <w:rPr>
                <w:rFonts w:eastAsia="Hiragino Sans" w:ascii="Hiragino Sans" w:hAnsi="Hiragino Sans"/>
                <w:b w:val="0"/>
                <w:sz w:val="18"/>
              </w:rPr>
              <w:t>【提出書類】</w:t>
            </w:r>
          </w:p>
        </w:tc>
        <w:tc>
          <w:tcPr>
            <w:tcW w:type="dxa" w:w="4986"/>
          </w:tcPr>
          <w:p>
            <w:r/>
            <w:r>
              <w:rPr>
                <w:rFonts w:eastAsia="Hiragino Sans" w:ascii="Hiragino Sans" w:hAnsi="Hiragino Sans"/>
                <w:b w:val="0"/>
                <w:sz w:val="18"/>
              </w:rPr>
              <w:t>有価証券報告書</w:t>
            </w:r>
          </w:p>
        </w:tc>
      </w:tr>
      <w:tr>
        <w:tc>
          <w:tcPr>
            <w:tcW w:type="dxa" w:w="4986"/>
            <w:shd w:val="clear" w:fill="F7F8FA"/>
          </w:tcPr>
          <w:p>
            <w:r/>
            <w:r>
              <w:rPr>
                <w:rFonts w:eastAsia="Hiragino Sans" w:ascii="Hiragino Sans" w:hAnsi="Hiragino Sans"/>
                <w:b w:val="0"/>
                <w:sz w:val="18"/>
              </w:rPr>
              <w:t>【根拠条文】</w:t>
            </w:r>
          </w:p>
        </w:tc>
        <w:tc>
          <w:tcPr>
            <w:tcW w:type="dxa" w:w="4986"/>
            <w:shd w:val="clear" w:fill="F7F8FA"/>
          </w:tcPr>
          <w:p>
            <w:r/>
            <w:r>
              <w:rPr>
                <w:rFonts w:eastAsia="Hiragino Sans" w:ascii="Hiragino Sans" w:hAnsi="Hiragino Sans"/>
                <w:b w:val="0"/>
                <w:sz w:val="18"/>
              </w:rPr>
              <w:t>金融商品取引法第24条第1項</w:t>
            </w:r>
          </w:p>
        </w:tc>
      </w:tr>
      <w:tr>
        <w:tc>
          <w:tcPr>
            <w:tcW w:type="dxa" w:w="4986"/>
          </w:tcPr>
          <w:p>
            <w:r/>
            <w:r>
              <w:rPr>
                <w:rFonts w:eastAsia="Hiragino Sans" w:ascii="Hiragino Sans" w:hAnsi="Hiragino Sans"/>
                <w:b w:val="0"/>
                <w:sz w:val="18"/>
              </w:rPr>
              <w:t>【提出先】</w:t>
            </w:r>
          </w:p>
        </w:tc>
        <w:tc>
          <w:tcPr>
            <w:tcW w:type="dxa" w:w="4986"/>
          </w:tcPr>
          <w:p>
            <w:r/>
            <w:r>
              <w:rPr>
                <w:rFonts w:eastAsia="Hiragino Sans" w:ascii="Hiragino Sans" w:hAnsi="Hiragino Sans"/>
                <w:b w:val="0"/>
                <w:sz w:val="18"/>
              </w:rPr>
              <w:t>関東財務局長</w:t>
            </w:r>
          </w:p>
        </w:tc>
      </w:tr>
      <w:tr>
        <w:tc>
          <w:tcPr>
            <w:tcW w:type="dxa" w:w="4986"/>
            <w:shd w:val="clear" w:fill="F7F8FA"/>
          </w:tcPr>
          <w:p>
            <w:r/>
            <w:r>
              <w:rPr>
                <w:rFonts w:eastAsia="Hiragino Sans" w:ascii="Hiragino Sans" w:hAnsi="Hiragino Sans"/>
                <w:b w:val="0"/>
                <w:sz w:val="18"/>
              </w:rPr>
              <w:t>【提出日】</w:t>
            </w:r>
          </w:p>
        </w:tc>
        <w:tc>
          <w:tcPr>
            <w:tcW w:type="dxa" w:w="4986"/>
            <w:shd w:val="clear" w:fill="F7F8FA"/>
          </w:tcPr>
          <w:p>
            <w:r/>
            <w:r>
              <w:rPr>
                <w:rFonts w:eastAsia="Hiragino Sans" w:ascii="Hiragino Sans" w:hAnsi="Hiragino Sans"/>
                <w:b w:val="0"/>
                <w:sz w:val="18"/>
              </w:rPr>
              <w:t>2026年6月25日</w:t>
            </w:r>
          </w:p>
        </w:tc>
      </w:tr>
      <w:tr>
        <w:tc>
          <w:tcPr>
            <w:tcW w:type="dxa" w:w="4986"/>
          </w:tcPr>
          <w:p>
            <w:r/>
            <w:r>
              <w:rPr>
                <w:rFonts w:eastAsia="Hiragino Sans" w:ascii="Hiragino Sans" w:hAnsi="Hiragino Sans"/>
                <w:b w:val="0"/>
                <w:sz w:val="18"/>
              </w:rPr>
              <w:t>【事業年度】</w:t>
            </w:r>
          </w:p>
        </w:tc>
        <w:tc>
          <w:tcPr>
            <w:tcW w:type="dxa" w:w="4986"/>
          </w:tcPr>
          <w:p>
            <w:r/>
            <w:r>
              <w:rPr>
                <w:rFonts w:eastAsia="Hiragino Sans" w:ascii="Hiragino Sans" w:hAnsi="Hiragino Sans"/>
                <w:b w:val="0"/>
                <w:sz w:val="18"/>
              </w:rPr>
              <w:t>第28期（自 2025年4月1日 至 2026年3月31日）</w:t>
            </w:r>
          </w:p>
        </w:tc>
      </w:tr>
      <w:tr>
        <w:tc>
          <w:tcPr>
            <w:tcW w:type="dxa" w:w="4986"/>
            <w:shd w:val="clear" w:fill="F7F8FA"/>
          </w:tcPr>
          <w:p>
            <w:r/>
            <w:r>
              <w:rPr>
                <w:rFonts w:eastAsia="Hiragino Sans" w:ascii="Hiragino Sans" w:hAnsi="Hiragino Sans"/>
                <w:b w:val="0"/>
                <w:sz w:val="18"/>
              </w:rPr>
              <w:t>【会社名】</w:t>
            </w:r>
          </w:p>
        </w:tc>
        <w:tc>
          <w:tcPr>
            <w:tcW w:type="dxa" w:w="4986"/>
            <w:shd w:val="clear" w:fill="F7F8FA"/>
          </w:tcPr>
          <w:p>
            <w:r/>
            <w:r>
              <w:rPr>
                <w:rFonts w:eastAsia="Hiragino Sans" w:ascii="Hiragino Sans" w:hAnsi="Hiragino Sans"/>
                <w:b w:val="0"/>
                <w:sz w:val="18"/>
              </w:rPr>
              <w:t>サンプル製造株式会社</w:t>
            </w:r>
          </w:p>
        </w:tc>
      </w:tr>
      <w:tr>
        <w:tc>
          <w:tcPr>
            <w:tcW w:type="dxa" w:w="4986"/>
          </w:tcPr>
          <w:p>
            <w:r/>
            <w:r>
              <w:rPr>
                <w:rFonts w:eastAsia="Hiragino Sans" w:ascii="Hiragino Sans" w:hAnsi="Hiragino Sans"/>
                <w:b w:val="0"/>
                <w:sz w:val="18"/>
              </w:rPr>
              <w:t>【英訳名】</w:t>
            </w:r>
          </w:p>
        </w:tc>
        <w:tc>
          <w:tcPr>
            <w:tcW w:type="dxa" w:w="4986"/>
          </w:tcPr>
          <w:p>
            <w:r/>
            <w:r>
              <w:rPr>
                <w:rFonts w:eastAsia="Hiragino Sans" w:ascii="Hiragino Sans" w:hAnsi="Hiragino Sans"/>
                <w:b w:val="0"/>
                <w:sz w:val="18"/>
              </w:rPr>
              <w:t>Sample Manufacturing Co., Ltd.</w:t>
            </w:r>
          </w:p>
        </w:tc>
      </w:tr>
      <w:tr>
        <w:tc>
          <w:tcPr>
            <w:tcW w:type="dxa" w:w="4986"/>
            <w:shd w:val="clear" w:fill="F7F8FA"/>
          </w:tcPr>
          <w:p>
            <w:r/>
            <w:r>
              <w:rPr>
                <w:rFonts w:eastAsia="Hiragino Sans" w:ascii="Hiragino Sans" w:hAnsi="Hiragino Sans"/>
                <w:b w:val="0"/>
                <w:sz w:val="18"/>
              </w:rPr>
              <w:t>【代表者の役職氏名】</w:t>
            </w:r>
          </w:p>
        </w:tc>
        <w:tc>
          <w:tcPr>
            <w:tcW w:type="dxa" w:w="4986"/>
            <w:shd w:val="clear" w:fill="F7F8FA"/>
          </w:tcPr>
          <w:p>
            <w:r/>
            <w:r>
              <w:rPr>
                <w:rFonts w:eastAsia="Hiragino Sans" w:ascii="Hiragino Sans" w:hAnsi="Hiragino Sans"/>
                <w:b w:val="0"/>
                <w:sz w:val="18"/>
              </w:rPr>
              <w:t>代表取締役社長　藤川 誠一郎</w:t>
            </w:r>
          </w:p>
        </w:tc>
      </w:tr>
      <w:tr>
        <w:tc>
          <w:tcPr>
            <w:tcW w:type="dxa" w:w="4986"/>
          </w:tcPr>
          <w:p>
            <w:r/>
            <w:r>
              <w:rPr>
                <w:rFonts w:eastAsia="Hiragino Sans" w:ascii="Hiragino Sans" w:hAnsi="Hiragino Sans"/>
                <w:b w:val="0"/>
                <w:sz w:val="18"/>
              </w:rPr>
              <w:t>【本店の所在の場所】</w:t>
            </w:r>
          </w:p>
        </w:tc>
        <w:tc>
          <w:tcPr>
            <w:tcW w:type="dxa" w:w="4986"/>
          </w:tcPr>
          <w:p>
            <w:r/>
            <w:r>
              <w:rPr>
                <w:rFonts w:eastAsia="Hiragino Sans" w:ascii="Hiragino Sans" w:hAnsi="Hiragino Sans"/>
                <w:b w:val="0"/>
                <w:sz w:val="18"/>
              </w:rPr>
              <w:t>長野県諏訪市美園町1丁目2番3号</w:t>
            </w:r>
          </w:p>
        </w:tc>
      </w:tr>
      <w:tr>
        <w:tc>
          <w:tcPr>
            <w:tcW w:type="dxa" w:w="4986"/>
            <w:shd w:val="clear" w:fill="F7F8FA"/>
          </w:tcPr>
          <w:p>
            <w:r/>
            <w:r>
              <w:rPr>
                <w:rFonts w:eastAsia="Hiragino Sans" w:ascii="Hiragino Sans" w:hAnsi="Hiragino Sans"/>
                <w:b w:val="0"/>
                <w:sz w:val="18"/>
              </w:rPr>
              <w:t>【電話番号】</w:t>
            </w:r>
          </w:p>
        </w:tc>
        <w:tc>
          <w:tcPr>
            <w:tcW w:type="dxa" w:w="4986"/>
            <w:shd w:val="clear" w:fill="F7F8FA"/>
          </w:tcPr>
          <w:p>
            <w:r/>
            <w:r>
              <w:rPr>
                <w:rFonts w:eastAsia="Hiragino Sans" w:ascii="Hiragino Sans" w:hAnsi="Hiragino Sans"/>
                <w:b w:val="0"/>
                <w:sz w:val="18"/>
              </w:rPr>
              <w:t>0266-00-0000（代表）</w:t>
            </w:r>
          </w:p>
        </w:tc>
      </w:tr>
      <w:tr>
        <w:tc>
          <w:tcPr>
            <w:tcW w:type="dxa" w:w="4986"/>
          </w:tcPr>
          <w:p>
            <w:r/>
            <w:r>
              <w:rPr>
                <w:rFonts w:eastAsia="Hiragino Sans" w:ascii="Hiragino Sans" w:hAnsi="Hiragino Sans"/>
                <w:b w:val="0"/>
                <w:sz w:val="18"/>
              </w:rPr>
              <w:t>【事務連絡者氏名】</w:t>
            </w:r>
          </w:p>
        </w:tc>
        <w:tc>
          <w:tcPr>
            <w:tcW w:type="dxa" w:w="4986"/>
          </w:tcPr>
          <w:p>
            <w:r/>
            <w:r>
              <w:rPr>
                <w:rFonts w:eastAsia="Hiragino Sans" w:ascii="Hiragino Sans" w:hAnsi="Hiragino Sans"/>
                <w:b w:val="0"/>
                <w:sz w:val="18"/>
              </w:rPr>
              <w:t>取締役執行役員管理本部長　高津 美咲</w:t>
            </w:r>
          </w:p>
        </w:tc>
      </w:tr>
      <w:tr>
        <w:tc>
          <w:tcPr>
            <w:tcW w:type="dxa" w:w="4986"/>
            <w:shd w:val="clear" w:fill="F7F8FA"/>
          </w:tcPr>
          <w:p>
            <w:r/>
            <w:r>
              <w:rPr>
                <w:rFonts w:eastAsia="Hiragino Sans" w:ascii="Hiragino Sans" w:hAnsi="Hiragino Sans"/>
                <w:b w:val="0"/>
                <w:sz w:val="18"/>
              </w:rPr>
              <w:t>【縦覧に供する場所】</w:t>
            </w:r>
          </w:p>
        </w:tc>
        <w:tc>
          <w:tcPr>
            <w:tcW w:type="dxa" w:w="4986"/>
            <w:shd w:val="clear" w:fill="F7F8FA"/>
          </w:tcPr>
          <w:p>
            <w:r/>
            <w:r>
              <w:rPr>
                <w:rFonts w:eastAsia="Hiragino Sans" w:ascii="Hiragino Sans" w:hAnsi="Hiragino Sans"/>
                <w:b w:val="0"/>
                <w:sz w:val="18"/>
              </w:rPr>
              <w:t>株式会社東京証券取引所（東京都中央区日本橋兜町2番1号）</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チェック観点: 表紙の事業年度・提出日と定時株主総会日（2026年6月24日）の整合。代表者・事務連絡者は提出日現在の役職で記載する。</w:t>
      </w:r>
    </w:p>
    <w:p>
      <w:pPr>
        <w:pStyle w:val="Heading1"/>
      </w:pPr>
      <w:r>
        <w:t>第1【企業の概況】</w:t>
      </w:r>
    </w:p>
    <w:p>
      <w:pPr>
        <w:pStyle w:val="Heading2"/>
      </w:pPr>
      <w:r>
        <w:t>1【主要な経営指標等の推移】</w:t>
      </w:r>
    </w:p>
    <w:p>
      <w:pPr>
        <w:pStyle w:val="Heading3"/>
      </w:pPr>
      <w:r>
        <w:t>(1) 連結経営指標等</w:t>
      </w:r>
    </w:p>
    <w:tbl>
      <w:tblPr>
        <w:tblStyle w:val="TableGrid"/>
        <w:tblW w:type="auto" w:w="0"/>
        <w:jc w:val="center"/>
        <w:tblLayout w:type="autofit"/>
        <w:tblLook w:firstColumn="1" w:firstRow="1" w:lastColumn="0" w:lastRow="0" w:noHBand="0" w:noVBand="1" w:val="04A0"/>
      </w:tblPr>
      <w:tblGrid>
        <w:gridCol w:w="1425"/>
        <w:gridCol w:w="1425"/>
        <w:gridCol w:w="1425"/>
        <w:gridCol w:w="1425"/>
        <w:gridCol w:w="1425"/>
        <w:gridCol w:w="1425"/>
        <w:gridCol w:w="1425"/>
      </w:tblGrid>
      <w:tr>
        <w:tc>
          <w:tcPr>
            <w:tcW w:type="dxa" w:w="1425"/>
            <w:shd w:val="clear" w:fill="24406B"/>
          </w:tcPr>
          <w:p>
            <w:r/>
            <w:r>
              <w:rPr>
                <w:rFonts w:eastAsia="Hiragino Sans" w:ascii="Hiragino Sans" w:hAnsi="Hiragino Sans"/>
                <w:b/>
                <w:color w:val="FFFFFF"/>
                <w:sz w:val="18"/>
              </w:rPr>
              <w:t>回次</w:t>
            </w:r>
          </w:p>
        </w:tc>
        <w:tc>
          <w:tcPr>
            <w:tcW w:type="dxa" w:w="1425"/>
            <w:shd w:val="clear" w:fill="24406B"/>
          </w:tcPr>
          <w:p>
            <w:r/>
            <w:r>
              <w:rPr>
                <w:rFonts w:eastAsia="Hiragino Sans" w:ascii="Hiragino Sans" w:hAnsi="Hiragino Sans"/>
                <w:b/>
                <w:color w:val="FFFFFF"/>
                <w:sz w:val="18"/>
              </w:rPr>
              <w:t>単位</w:t>
            </w:r>
          </w:p>
        </w:tc>
        <w:tc>
          <w:tcPr>
            <w:tcW w:type="dxa" w:w="1425"/>
            <w:shd w:val="clear" w:fill="24406B"/>
          </w:tcPr>
          <w:p>
            <w:r/>
            <w:r>
              <w:rPr>
                <w:rFonts w:eastAsia="Hiragino Sans" w:ascii="Hiragino Sans" w:hAnsi="Hiragino Sans"/>
                <w:b/>
                <w:color w:val="FFFFFF"/>
                <w:sz w:val="18"/>
              </w:rPr>
              <w:t>第24期</w:t>
            </w:r>
          </w:p>
        </w:tc>
        <w:tc>
          <w:tcPr>
            <w:tcW w:type="dxa" w:w="1425"/>
            <w:shd w:val="clear" w:fill="24406B"/>
          </w:tcPr>
          <w:p>
            <w:r/>
            <w:r>
              <w:rPr>
                <w:rFonts w:eastAsia="Hiragino Sans" w:ascii="Hiragino Sans" w:hAnsi="Hiragino Sans"/>
                <w:b/>
                <w:color w:val="FFFFFF"/>
                <w:sz w:val="18"/>
              </w:rPr>
              <w:t>第25期</w:t>
            </w:r>
          </w:p>
        </w:tc>
        <w:tc>
          <w:tcPr>
            <w:tcW w:type="dxa" w:w="1425"/>
            <w:shd w:val="clear" w:fill="24406B"/>
          </w:tcPr>
          <w:p>
            <w:r/>
            <w:r>
              <w:rPr>
                <w:rFonts w:eastAsia="Hiragino Sans" w:ascii="Hiragino Sans" w:hAnsi="Hiragino Sans"/>
                <w:b/>
                <w:color w:val="FFFFFF"/>
                <w:sz w:val="18"/>
              </w:rPr>
              <w:t>第26期</w:t>
            </w:r>
          </w:p>
        </w:tc>
        <w:tc>
          <w:tcPr>
            <w:tcW w:type="dxa" w:w="1425"/>
            <w:shd w:val="clear" w:fill="24406B"/>
          </w:tcPr>
          <w:p>
            <w:r/>
            <w:r>
              <w:rPr>
                <w:rFonts w:eastAsia="Hiragino Sans" w:ascii="Hiragino Sans" w:hAnsi="Hiragino Sans"/>
                <w:b/>
                <w:color w:val="FFFFFF"/>
                <w:sz w:val="18"/>
              </w:rPr>
              <w:t>第27期</w:t>
            </w:r>
          </w:p>
        </w:tc>
        <w:tc>
          <w:tcPr>
            <w:tcW w:type="dxa" w:w="1425"/>
            <w:shd w:val="clear" w:fill="24406B"/>
          </w:tcPr>
          <w:p>
            <w:r/>
            <w:r>
              <w:rPr>
                <w:rFonts w:eastAsia="Hiragino Sans" w:ascii="Hiragino Sans" w:hAnsi="Hiragino Sans"/>
                <w:b/>
                <w:color w:val="FFFFFF"/>
                <w:sz w:val="18"/>
              </w:rPr>
              <w:t>第28期</w:t>
            </w:r>
          </w:p>
        </w:tc>
      </w:tr>
      <w:tr>
        <w:tc>
          <w:tcPr>
            <w:tcW w:type="dxa" w:w="1425"/>
          </w:tcPr>
          <w:p>
            <w:r/>
            <w:r>
              <w:rPr>
                <w:rFonts w:eastAsia="Hiragino Sans" w:ascii="Hiragino Sans" w:hAnsi="Hiragino Sans"/>
                <w:b w:val="0"/>
                <w:sz w:val="18"/>
              </w:rPr>
              <w:t>決算年月</w:t>
            </w:r>
          </w:p>
        </w:tc>
        <w:tc>
          <w:tcPr>
            <w:tcW w:type="dxa" w:w="1425"/>
          </w:tcPr>
          <w:p>
            <w:r/>
            <w:r>
              <w:rPr>
                <w:rFonts w:eastAsia="Hiragino Sans" w:ascii="Hiragino Sans" w:hAnsi="Hiragino Sans"/>
                <w:b w:val="0"/>
                <w:sz w:val="18"/>
              </w:rPr>
              <w:t>—</w:t>
            </w:r>
          </w:p>
        </w:tc>
        <w:tc>
          <w:tcPr>
            <w:tcW w:type="dxa" w:w="1425"/>
          </w:tcPr>
          <w:p>
            <w:r/>
            <w:r>
              <w:rPr>
                <w:rFonts w:eastAsia="Hiragino Sans" w:ascii="Hiragino Sans" w:hAnsi="Hiragino Sans"/>
                <w:b w:val="0"/>
                <w:sz w:val="18"/>
              </w:rPr>
              <w:t>2022年3月</w:t>
            </w:r>
          </w:p>
        </w:tc>
        <w:tc>
          <w:tcPr>
            <w:tcW w:type="dxa" w:w="1425"/>
          </w:tcPr>
          <w:p>
            <w:r/>
            <w:r>
              <w:rPr>
                <w:rFonts w:eastAsia="Hiragino Sans" w:ascii="Hiragino Sans" w:hAnsi="Hiragino Sans"/>
                <w:b w:val="0"/>
                <w:sz w:val="18"/>
              </w:rPr>
              <w:t>2023年3月</w:t>
            </w:r>
          </w:p>
        </w:tc>
        <w:tc>
          <w:tcPr>
            <w:tcW w:type="dxa" w:w="1425"/>
          </w:tcPr>
          <w:p>
            <w:r/>
            <w:r>
              <w:rPr>
                <w:rFonts w:eastAsia="Hiragino Sans" w:ascii="Hiragino Sans" w:hAnsi="Hiragino Sans"/>
                <w:b w:val="0"/>
                <w:sz w:val="18"/>
              </w:rPr>
              <w:t>2024年3月</w:t>
            </w:r>
          </w:p>
        </w:tc>
        <w:tc>
          <w:tcPr>
            <w:tcW w:type="dxa" w:w="1425"/>
          </w:tcPr>
          <w:p>
            <w:r/>
            <w:r>
              <w:rPr>
                <w:rFonts w:eastAsia="Hiragino Sans" w:ascii="Hiragino Sans" w:hAnsi="Hiragino Sans"/>
                <w:b w:val="0"/>
                <w:sz w:val="18"/>
              </w:rPr>
              <w:t>2025年3月</w:t>
            </w:r>
          </w:p>
        </w:tc>
        <w:tc>
          <w:tcPr>
            <w:tcW w:type="dxa" w:w="1425"/>
          </w:tcPr>
          <w:p>
            <w:r/>
            <w:r>
              <w:rPr>
                <w:rFonts w:eastAsia="Hiragino Sans" w:ascii="Hiragino Sans" w:hAnsi="Hiragino Sans"/>
                <w:b w:val="0"/>
                <w:sz w:val="18"/>
              </w:rPr>
              <w:t>2026年3月</w:t>
            </w:r>
          </w:p>
        </w:tc>
      </w:tr>
      <w:tr>
        <w:tc>
          <w:tcPr>
            <w:tcW w:type="dxa" w:w="1425"/>
            <w:shd w:val="clear" w:fill="F7F8FA"/>
          </w:tcPr>
          <w:p>
            <w:r/>
            <w:r>
              <w:rPr>
                <w:rFonts w:eastAsia="Hiragino Sans" w:ascii="Hiragino Sans" w:hAnsi="Hiragino Sans"/>
                <w:b w:val="0"/>
                <w:sz w:val="18"/>
              </w:rPr>
              <w:t>売上高</w:t>
            </w:r>
          </w:p>
        </w:tc>
        <w:tc>
          <w:tcPr>
            <w:tcW w:type="dxa" w:w="1425"/>
            <w:shd w:val="clear" w:fill="F7F8FA"/>
          </w:tcPr>
          <w:p>
            <w:r/>
            <w:r>
              <w:rPr>
                <w:rFonts w:eastAsia="Hiragino Sans" w:ascii="Hiragino Sans" w:hAnsi="Hiragino Sans"/>
                <w:b w:val="0"/>
                <w:sz w:val="18"/>
              </w:rPr>
              <w:t>百万円</w:t>
            </w:r>
          </w:p>
        </w:tc>
        <w:tc>
          <w:tcPr>
            <w:tcW w:type="dxa" w:w="1425"/>
            <w:shd w:val="clear" w:fill="F7F8FA"/>
          </w:tcPr>
          <w:p>
            <w:r/>
            <w:r>
              <w:rPr>
                <w:rFonts w:eastAsia="Hiragino Sans" w:ascii="Hiragino Sans" w:hAnsi="Hiragino Sans"/>
                <w:b w:val="0"/>
                <w:sz w:val="18"/>
              </w:rPr>
              <w:t>42,100</w:t>
            </w:r>
          </w:p>
        </w:tc>
        <w:tc>
          <w:tcPr>
            <w:tcW w:type="dxa" w:w="1425"/>
            <w:shd w:val="clear" w:fill="F7F8FA"/>
          </w:tcPr>
          <w:p>
            <w:r/>
            <w:r>
              <w:rPr>
                <w:rFonts w:eastAsia="Hiragino Sans" w:ascii="Hiragino Sans" w:hAnsi="Hiragino Sans"/>
                <w:b w:val="0"/>
                <w:sz w:val="18"/>
              </w:rPr>
              <w:t>44,300</w:t>
            </w:r>
          </w:p>
        </w:tc>
        <w:tc>
          <w:tcPr>
            <w:tcW w:type="dxa" w:w="1425"/>
            <w:shd w:val="clear" w:fill="F7F8FA"/>
          </w:tcPr>
          <w:p>
            <w:r/>
            <w:r>
              <w:rPr>
                <w:rFonts w:eastAsia="Hiragino Sans" w:ascii="Hiragino Sans" w:hAnsi="Hiragino Sans"/>
                <w:b w:val="0"/>
                <w:sz w:val="18"/>
              </w:rPr>
              <w:t>43,800</w:t>
            </w:r>
          </w:p>
        </w:tc>
        <w:tc>
          <w:tcPr>
            <w:tcW w:type="dxa" w:w="1425"/>
            <w:shd w:val="clear" w:fill="F7F8FA"/>
          </w:tcPr>
          <w:p>
            <w:r/>
            <w:r>
              <w:rPr>
                <w:rFonts w:eastAsia="Hiragino Sans" w:ascii="Hiragino Sans" w:hAnsi="Hiragino Sans"/>
                <w:b w:val="0"/>
                <w:sz w:val="18"/>
              </w:rPr>
              <w:t>46,500</w:t>
            </w:r>
          </w:p>
        </w:tc>
        <w:tc>
          <w:tcPr>
            <w:tcW w:type="dxa" w:w="1425"/>
            <w:shd w:val="clear" w:fill="F7F8FA"/>
          </w:tcPr>
          <w:p>
            <w:r/>
            <w:r>
              <w:rPr>
                <w:rFonts w:eastAsia="Hiragino Sans" w:ascii="Hiragino Sans" w:hAnsi="Hiragino Sans"/>
                <w:b w:val="0"/>
                <w:sz w:val="18"/>
              </w:rPr>
              <w:t>48,600</w:t>
            </w:r>
          </w:p>
        </w:tc>
      </w:tr>
      <w:tr>
        <w:tc>
          <w:tcPr>
            <w:tcW w:type="dxa" w:w="1425"/>
          </w:tcPr>
          <w:p>
            <w:r/>
            <w:r>
              <w:rPr>
                <w:rFonts w:eastAsia="Hiragino Sans" w:ascii="Hiragino Sans" w:hAnsi="Hiragino Sans"/>
                <w:b w:val="0"/>
                <w:sz w:val="18"/>
              </w:rPr>
              <w:t>経常利益</w:t>
            </w:r>
          </w:p>
        </w:tc>
        <w:tc>
          <w:tcPr>
            <w:tcW w:type="dxa" w:w="1425"/>
          </w:tcPr>
          <w:p>
            <w:r/>
            <w:r>
              <w:rPr>
                <w:rFonts w:eastAsia="Hiragino Sans" w:ascii="Hiragino Sans" w:hAnsi="Hiragino Sans"/>
                <w:b w:val="0"/>
                <w:sz w:val="18"/>
              </w:rPr>
              <w:t>百万円</w:t>
            </w:r>
          </w:p>
        </w:tc>
        <w:tc>
          <w:tcPr>
            <w:tcW w:type="dxa" w:w="1425"/>
          </w:tcPr>
          <w:p>
            <w:r/>
            <w:r>
              <w:rPr>
                <w:rFonts w:eastAsia="Hiragino Sans" w:ascii="Hiragino Sans" w:hAnsi="Hiragino Sans"/>
                <w:b w:val="0"/>
                <w:sz w:val="18"/>
              </w:rPr>
              <w:t>3,050</w:t>
            </w:r>
          </w:p>
        </w:tc>
        <w:tc>
          <w:tcPr>
            <w:tcW w:type="dxa" w:w="1425"/>
          </w:tcPr>
          <w:p>
            <w:r/>
            <w:r>
              <w:rPr>
                <w:rFonts w:eastAsia="Hiragino Sans" w:ascii="Hiragino Sans" w:hAnsi="Hiragino Sans"/>
                <w:b w:val="0"/>
                <w:sz w:val="18"/>
              </w:rPr>
              <w:t>3,420</w:t>
            </w:r>
          </w:p>
        </w:tc>
        <w:tc>
          <w:tcPr>
            <w:tcW w:type="dxa" w:w="1425"/>
          </w:tcPr>
          <w:p>
            <w:r/>
            <w:r>
              <w:rPr>
                <w:rFonts w:eastAsia="Hiragino Sans" w:ascii="Hiragino Sans" w:hAnsi="Hiragino Sans"/>
                <w:b w:val="0"/>
                <w:sz w:val="18"/>
              </w:rPr>
              <w:t>3,180</w:t>
            </w:r>
          </w:p>
        </w:tc>
        <w:tc>
          <w:tcPr>
            <w:tcW w:type="dxa" w:w="1425"/>
          </w:tcPr>
          <w:p>
            <w:r/>
            <w:r>
              <w:rPr>
                <w:rFonts w:eastAsia="Hiragino Sans" w:ascii="Hiragino Sans" w:hAnsi="Hiragino Sans"/>
                <w:b w:val="0"/>
                <w:sz w:val="18"/>
              </w:rPr>
              <w:t>3,890</w:t>
            </w:r>
          </w:p>
        </w:tc>
        <w:tc>
          <w:tcPr>
            <w:tcW w:type="dxa" w:w="1425"/>
          </w:tcPr>
          <w:p>
            <w:r/>
            <w:r>
              <w:rPr>
                <w:rFonts w:eastAsia="Hiragino Sans" w:ascii="Hiragino Sans" w:hAnsi="Hiragino Sans"/>
                <w:b w:val="0"/>
                <w:sz w:val="18"/>
              </w:rPr>
              <w:t>4,150</w:t>
            </w:r>
          </w:p>
        </w:tc>
      </w:tr>
      <w:tr>
        <w:tc>
          <w:tcPr>
            <w:tcW w:type="dxa" w:w="1425"/>
            <w:shd w:val="clear" w:fill="F7F8FA"/>
          </w:tcPr>
          <w:p>
            <w:r/>
            <w:r>
              <w:rPr>
                <w:rFonts w:eastAsia="Hiragino Sans" w:ascii="Hiragino Sans" w:hAnsi="Hiragino Sans"/>
                <w:b w:val="0"/>
                <w:sz w:val="18"/>
              </w:rPr>
              <w:t>親会社株主に帰属する当期純利益</w:t>
            </w:r>
          </w:p>
        </w:tc>
        <w:tc>
          <w:tcPr>
            <w:tcW w:type="dxa" w:w="1425"/>
            <w:shd w:val="clear" w:fill="F7F8FA"/>
          </w:tcPr>
          <w:p>
            <w:r/>
            <w:r>
              <w:rPr>
                <w:rFonts w:eastAsia="Hiragino Sans" w:ascii="Hiragino Sans" w:hAnsi="Hiragino Sans"/>
                <w:b w:val="0"/>
                <w:sz w:val="18"/>
              </w:rPr>
              <w:t>百万円</w:t>
            </w:r>
          </w:p>
        </w:tc>
        <w:tc>
          <w:tcPr>
            <w:tcW w:type="dxa" w:w="1425"/>
            <w:shd w:val="clear" w:fill="F7F8FA"/>
          </w:tcPr>
          <w:p>
            <w:r/>
            <w:r>
              <w:rPr>
                <w:rFonts w:eastAsia="Hiragino Sans" w:ascii="Hiragino Sans" w:hAnsi="Hiragino Sans"/>
                <w:b w:val="0"/>
                <w:sz w:val="18"/>
              </w:rPr>
              <w:t>1,980</w:t>
            </w:r>
          </w:p>
        </w:tc>
        <w:tc>
          <w:tcPr>
            <w:tcW w:type="dxa" w:w="1425"/>
            <w:shd w:val="clear" w:fill="F7F8FA"/>
          </w:tcPr>
          <w:p>
            <w:r/>
            <w:r>
              <w:rPr>
                <w:rFonts w:eastAsia="Hiragino Sans" w:ascii="Hiragino Sans" w:hAnsi="Hiragino Sans"/>
                <w:b w:val="0"/>
                <w:sz w:val="18"/>
              </w:rPr>
              <w:t>2,240</w:t>
            </w:r>
          </w:p>
        </w:tc>
        <w:tc>
          <w:tcPr>
            <w:tcW w:type="dxa" w:w="1425"/>
            <w:shd w:val="clear" w:fill="F7F8FA"/>
          </w:tcPr>
          <w:p>
            <w:r/>
            <w:r>
              <w:rPr>
                <w:rFonts w:eastAsia="Hiragino Sans" w:ascii="Hiragino Sans" w:hAnsi="Hiragino Sans"/>
                <w:b w:val="0"/>
                <w:sz w:val="18"/>
              </w:rPr>
              <w:t>2,050</w:t>
            </w:r>
          </w:p>
        </w:tc>
        <w:tc>
          <w:tcPr>
            <w:tcW w:type="dxa" w:w="1425"/>
            <w:shd w:val="clear" w:fill="F7F8FA"/>
          </w:tcPr>
          <w:p>
            <w:r/>
            <w:r>
              <w:rPr>
                <w:rFonts w:eastAsia="Hiragino Sans" w:ascii="Hiragino Sans" w:hAnsi="Hiragino Sans"/>
                <w:b w:val="0"/>
                <w:sz w:val="18"/>
              </w:rPr>
              <w:t>2,510</w:t>
            </w:r>
          </w:p>
        </w:tc>
        <w:tc>
          <w:tcPr>
            <w:tcW w:type="dxa" w:w="1425"/>
            <w:shd w:val="clear" w:fill="F7F8FA"/>
          </w:tcPr>
          <w:p>
            <w:r/>
            <w:r>
              <w:rPr>
                <w:rFonts w:eastAsia="Hiragino Sans" w:ascii="Hiragino Sans" w:hAnsi="Hiragino Sans"/>
                <w:b w:val="0"/>
                <w:sz w:val="18"/>
              </w:rPr>
              <w:t>2,720</w:t>
            </w:r>
          </w:p>
        </w:tc>
      </w:tr>
      <w:tr>
        <w:tc>
          <w:tcPr>
            <w:tcW w:type="dxa" w:w="1425"/>
          </w:tcPr>
          <w:p>
            <w:r/>
            <w:r>
              <w:rPr>
                <w:rFonts w:eastAsia="Hiragino Sans" w:ascii="Hiragino Sans" w:hAnsi="Hiragino Sans"/>
                <w:b w:val="0"/>
                <w:sz w:val="18"/>
              </w:rPr>
              <w:t>包括利益</w:t>
            </w:r>
          </w:p>
        </w:tc>
        <w:tc>
          <w:tcPr>
            <w:tcW w:type="dxa" w:w="1425"/>
          </w:tcPr>
          <w:p>
            <w:r/>
            <w:r>
              <w:rPr>
                <w:rFonts w:eastAsia="Hiragino Sans" w:ascii="Hiragino Sans" w:hAnsi="Hiragino Sans"/>
                <w:b w:val="0"/>
                <w:sz w:val="18"/>
              </w:rPr>
              <w:t>百万円</w:t>
            </w:r>
          </w:p>
        </w:tc>
        <w:tc>
          <w:tcPr>
            <w:tcW w:type="dxa" w:w="1425"/>
          </w:tcPr>
          <w:p>
            <w:r/>
            <w:r>
              <w:rPr>
                <w:rFonts w:eastAsia="Hiragino Sans" w:ascii="Hiragino Sans" w:hAnsi="Hiragino Sans"/>
                <w:b w:val="0"/>
                <w:sz w:val="18"/>
              </w:rPr>
              <w:t>2,410</w:t>
            </w:r>
          </w:p>
        </w:tc>
        <w:tc>
          <w:tcPr>
            <w:tcW w:type="dxa" w:w="1425"/>
          </w:tcPr>
          <w:p>
            <w:r/>
            <w:r>
              <w:rPr>
                <w:rFonts w:eastAsia="Hiragino Sans" w:ascii="Hiragino Sans" w:hAnsi="Hiragino Sans"/>
                <w:b w:val="0"/>
                <w:sz w:val="18"/>
              </w:rPr>
              <w:t>2,980</w:t>
            </w:r>
          </w:p>
        </w:tc>
        <w:tc>
          <w:tcPr>
            <w:tcW w:type="dxa" w:w="1425"/>
          </w:tcPr>
          <w:p>
            <w:r/>
            <w:r>
              <w:rPr>
                <w:rFonts w:eastAsia="Hiragino Sans" w:ascii="Hiragino Sans" w:hAnsi="Hiragino Sans"/>
                <w:b w:val="0"/>
                <w:sz w:val="18"/>
              </w:rPr>
              <w:t>2,150</w:t>
            </w:r>
          </w:p>
        </w:tc>
        <w:tc>
          <w:tcPr>
            <w:tcW w:type="dxa" w:w="1425"/>
          </w:tcPr>
          <w:p>
            <w:r/>
            <w:r>
              <w:rPr>
                <w:rFonts w:eastAsia="Hiragino Sans" w:ascii="Hiragino Sans" w:hAnsi="Hiragino Sans"/>
                <w:b w:val="0"/>
                <w:sz w:val="18"/>
              </w:rPr>
              <w:t>3,850</w:t>
            </w:r>
          </w:p>
        </w:tc>
        <w:tc>
          <w:tcPr>
            <w:tcW w:type="dxa" w:w="1425"/>
          </w:tcPr>
          <w:p>
            <w:r/>
            <w:r>
              <w:rPr>
                <w:rFonts w:eastAsia="Hiragino Sans" w:ascii="Hiragino Sans" w:hAnsi="Hiragino Sans"/>
                <w:b w:val="0"/>
                <w:sz w:val="18"/>
              </w:rPr>
              <w:t>1,390</w:t>
            </w:r>
          </w:p>
        </w:tc>
      </w:tr>
      <w:tr>
        <w:tc>
          <w:tcPr>
            <w:tcW w:type="dxa" w:w="1425"/>
            <w:shd w:val="clear" w:fill="F7F8FA"/>
          </w:tcPr>
          <w:p>
            <w:r/>
            <w:r>
              <w:rPr>
                <w:rFonts w:eastAsia="Hiragino Sans" w:ascii="Hiragino Sans" w:hAnsi="Hiragino Sans"/>
                <w:b w:val="0"/>
                <w:sz w:val="18"/>
              </w:rPr>
              <w:t>純資産額</w:t>
            </w:r>
          </w:p>
        </w:tc>
        <w:tc>
          <w:tcPr>
            <w:tcW w:type="dxa" w:w="1425"/>
            <w:shd w:val="clear" w:fill="F7F8FA"/>
          </w:tcPr>
          <w:p>
            <w:r/>
            <w:r>
              <w:rPr>
                <w:rFonts w:eastAsia="Hiragino Sans" w:ascii="Hiragino Sans" w:hAnsi="Hiragino Sans"/>
                <w:b w:val="0"/>
                <w:sz w:val="18"/>
              </w:rPr>
              <w:t>百万円</w:t>
            </w:r>
          </w:p>
        </w:tc>
        <w:tc>
          <w:tcPr>
            <w:tcW w:type="dxa" w:w="1425"/>
            <w:shd w:val="clear" w:fill="F7F8FA"/>
          </w:tcPr>
          <w:p>
            <w:r/>
            <w:r>
              <w:rPr>
                <w:rFonts w:eastAsia="Hiragino Sans" w:ascii="Hiragino Sans" w:hAnsi="Hiragino Sans"/>
                <w:b w:val="0"/>
                <w:sz w:val="18"/>
              </w:rPr>
              <w:t>32,150</w:t>
            </w:r>
          </w:p>
        </w:tc>
        <w:tc>
          <w:tcPr>
            <w:tcW w:type="dxa" w:w="1425"/>
            <w:shd w:val="clear" w:fill="F7F8FA"/>
          </w:tcPr>
          <w:p>
            <w:r/>
            <w:r>
              <w:rPr>
                <w:rFonts w:eastAsia="Hiragino Sans" w:ascii="Hiragino Sans" w:hAnsi="Hiragino Sans"/>
                <w:b w:val="0"/>
                <w:sz w:val="18"/>
              </w:rPr>
              <w:t>33,950</w:t>
            </w:r>
          </w:p>
        </w:tc>
        <w:tc>
          <w:tcPr>
            <w:tcW w:type="dxa" w:w="1425"/>
            <w:shd w:val="clear" w:fill="F7F8FA"/>
          </w:tcPr>
          <w:p>
            <w:r/>
            <w:r>
              <w:rPr>
                <w:rFonts w:eastAsia="Hiragino Sans" w:ascii="Hiragino Sans" w:hAnsi="Hiragino Sans"/>
                <w:b w:val="0"/>
                <w:sz w:val="18"/>
              </w:rPr>
              <w:t>35,300</w:t>
            </w:r>
          </w:p>
        </w:tc>
        <w:tc>
          <w:tcPr>
            <w:tcW w:type="dxa" w:w="1425"/>
            <w:shd w:val="clear" w:fill="F7F8FA"/>
          </w:tcPr>
          <w:p>
            <w:r/>
            <w:r>
              <w:rPr>
                <w:rFonts w:eastAsia="Hiragino Sans" w:ascii="Hiragino Sans" w:hAnsi="Hiragino Sans"/>
                <w:b w:val="0"/>
                <w:sz w:val="18"/>
              </w:rPr>
              <w:t>37,700</w:t>
            </w:r>
          </w:p>
        </w:tc>
        <w:tc>
          <w:tcPr>
            <w:tcW w:type="dxa" w:w="1425"/>
            <w:shd w:val="clear" w:fill="F7F8FA"/>
          </w:tcPr>
          <w:p>
            <w:r/>
            <w:r>
              <w:rPr>
                <w:rFonts w:eastAsia="Hiragino Sans" w:ascii="Hiragino Sans" w:hAnsi="Hiragino Sans"/>
                <w:b w:val="0"/>
                <w:sz w:val="18"/>
              </w:rPr>
              <w:t>38,200</w:t>
            </w:r>
          </w:p>
        </w:tc>
      </w:tr>
      <w:tr>
        <w:tc>
          <w:tcPr>
            <w:tcW w:type="dxa" w:w="1425"/>
          </w:tcPr>
          <w:p>
            <w:r/>
            <w:r>
              <w:rPr>
                <w:rFonts w:eastAsia="Hiragino Sans" w:ascii="Hiragino Sans" w:hAnsi="Hiragino Sans"/>
                <w:b w:val="0"/>
                <w:sz w:val="18"/>
              </w:rPr>
              <w:t>総資産額</w:t>
            </w:r>
          </w:p>
        </w:tc>
        <w:tc>
          <w:tcPr>
            <w:tcW w:type="dxa" w:w="1425"/>
          </w:tcPr>
          <w:p>
            <w:r/>
            <w:r>
              <w:rPr>
                <w:rFonts w:eastAsia="Hiragino Sans" w:ascii="Hiragino Sans" w:hAnsi="Hiragino Sans"/>
                <w:b w:val="0"/>
                <w:sz w:val="18"/>
              </w:rPr>
              <w:t>百万円</w:t>
            </w:r>
          </w:p>
        </w:tc>
        <w:tc>
          <w:tcPr>
            <w:tcW w:type="dxa" w:w="1425"/>
          </w:tcPr>
          <w:p>
            <w:r/>
            <w:r>
              <w:rPr>
                <w:rFonts w:eastAsia="Hiragino Sans" w:ascii="Hiragino Sans" w:hAnsi="Hiragino Sans"/>
                <w:b w:val="0"/>
                <w:sz w:val="18"/>
              </w:rPr>
              <w:t>54,200</w:t>
            </w:r>
          </w:p>
        </w:tc>
        <w:tc>
          <w:tcPr>
            <w:tcW w:type="dxa" w:w="1425"/>
          </w:tcPr>
          <w:p>
            <w:r/>
            <w:r>
              <w:rPr>
                <w:rFonts w:eastAsia="Hiragino Sans" w:ascii="Hiragino Sans" w:hAnsi="Hiragino Sans"/>
                <w:b w:val="0"/>
                <w:sz w:val="18"/>
              </w:rPr>
              <w:t>56,800</w:t>
            </w:r>
          </w:p>
        </w:tc>
        <w:tc>
          <w:tcPr>
            <w:tcW w:type="dxa" w:w="1425"/>
          </w:tcPr>
          <w:p>
            <w:r/>
            <w:r>
              <w:rPr>
                <w:rFonts w:eastAsia="Hiragino Sans" w:ascii="Hiragino Sans" w:hAnsi="Hiragino Sans"/>
                <w:b w:val="0"/>
                <w:sz w:val="18"/>
              </w:rPr>
              <w:t>58,600</w:t>
            </w:r>
          </w:p>
        </w:tc>
        <w:tc>
          <w:tcPr>
            <w:tcW w:type="dxa" w:w="1425"/>
          </w:tcPr>
          <w:p>
            <w:r/>
            <w:r>
              <w:rPr>
                <w:rFonts w:eastAsia="Hiragino Sans" w:ascii="Hiragino Sans" w:hAnsi="Hiragino Sans"/>
                <w:b w:val="0"/>
                <w:sz w:val="18"/>
              </w:rPr>
              <w:t>61,700</w:t>
            </w:r>
          </w:p>
        </w:tc>
        <w:tc>
          <w:tcPr>
            <w:tcW w:type="dxa" w:w="1425"/>
          </w:tcPr>
          <w:p>
            <w:r/>
            <w:r>
              <w:rPr>
                <w:rFonts w:eastAsia="Hiragino Sans" w:ascii="Hiragino Sans" w:hAnsi="Hiragino Sans"/>
                <w:b w:val="0"/>
                <w:sz w:val="18"/>
              </w:rPr>
              <w:t>62,400</w:t>
            </w:r>
          </w:p>
        </w:tc>
      </w:tr>
      <w:tr>
        <w:tc>
          <w:tcPr>
            <w:tcW w:type="dxa" w:w="1425"/>
            <w:shd w:val="clear" w:fill="F7F8FA"/>
          </w:tcPr>
          <w:p>
            <w:r/>
            <w:r>
              <w:rPr>
                <w:rFonts w:eastAsia="Hiragino Sans" w:ascii="Hiragino Sans" w:hAnsi="Hiragino Sans"/>
                <w:b w:val="0"/>
                <w:sz w:val="18"/>
              </w:rPr>
              <w:t>1株当たり純資産額</w:t>
            </w:r>
          </w:p>
        </w:tc>
        <w:tc>
          <w:tcPr>
            <w:tcW w:type="dxa" w:w="1425"/>
            <w:shd w:val="clear" w:fill="F7F8FA"/>
          </w:tcPr>
          <w:p>
            <w:r/>
            <w:r>
              <w:rPr>
                <w:rFonts w:eastAsia="Hiragino Sans" w:ascii="Hiragino Sans" w:hAnsi="Hiragino Sans"/>
                <w:b w:val="0"/>
                <w:sz w:val="18"/>
              </w:rPr>
              <w:t>円</w:t>
            </w:r>
          </w:p>
        </w:tc>
        <w:tc>
          <w:tcPr>
            <w:tcW w:type="dxa" w:w="1425"/>
            <w:shd w:val="clear" w:fill="F7F8FA"/>
          </w:tcPr>
          <w:p>
            <w:r/>
            <w:r>
              <w:rPr>
                <w:rFonts w:eastAsia="Hiragino Sans" w:ascii="Hiragino Sans" w:hAnsi="Hiragino Sans"/>
                <w:b w:val="0"/>
                <w:sz w:val="18"/>
              </w:rPr>
              <w:t>1,249.01</w:t>
            </w:r>
          </w:p>
        </w:tc>
        <w:tc>
          <w:tcPr>
            <w:tcW w:type="dxa" w:w="1425"/>
            <w:shd w:val="clear" w:fill="F7F8FA"/>
          </w:tcPr>
          <w:p>
            <w:r/>
            <w:r>
              <w:rPr>
                <w:rFonts w:eastAsia="Hiragino Sans" w:ascii="Hiragino Sans" w:hAnsi="Hiragino Sans"/>
                <w:b w:val="0"/>
                <w:sz w:val="18"/>
              </w:rPr>
              <w:t>1,319.75</w:t>
            </w:r>
          </w:p>
        </w:tc>
        <w:tc>
          <w:tcPr>
            <w:tcW w:type="dxa" w:w="1425"/>
            <w:shd w:val="clear" w:fill="F7F8FA"/>
          </w:tcPr>
          <w:p>
            <w:r/>
            <w:r>
              <w:rPr>
                <w:rFonts w:eastAsia="Hiragino Sans" w:ascii="Hiragino Sans" w:hAnsi="Hiragino Sans"/>
                <w:b w:val="0"/>
                <w:sz w:val="18"/>
              </w:rPr>
              <w:t>1,374.80</w:t>
            </w:r>
          </w:p>
        </w:tc>
        <w:tc>
          <w:tcPr>
            <w:tcW w:type="dxa" w:w="1425"/>
            <w:shd w:val="clear" w:fill="F7F8FA"/>
          </w:tcPr>
          <w:p>
            <w:r/>
            <w:r>
              <w:rPr>
                <w:rFonts w:eastAsia="Hiragino Sans" w:ascii="Hiragino Sans" w:hAnsi="Hiragino Sans"/>
                <w:b w:val="0"/>
                <w:sz w:val="18"/>
              </w:rPr>
              <w:t>1,468.39</w:t>
            </w:r>
          </w:p>
        </w:tc>
        <w:tc>
          <w:tcPr>
            <w:tcW w:type="dxa" w:w="1425"/>
            <w:shd w:val="clear" w:fill="F7F8FA"/>
          </w:tcPr>
          <w:p>
            <w:r/>
            <w:r>
              <w:rPr>
                <w:rFonts w:eastAsia="Hiragino Sans" w:ascii="Hiragino Sans" w:hAnsi="Hiragino Sans"/>
                <w:b w:val="0"/>
                <w:sz w:val="18"/>
              </w:rPr>
              <w:t>1,489.06</w:t>
            </w:r>
          </w:p>
        </w:tc>
      </w:tr>
      <w:tr>
        <w:tc>
          <w:tcPr>
            <w:tcW w:type="dxa" w:w="1425"/>
          </w:tcPr>
          <w:p>
            <w:r/>
            <w:r>
              <w:rPr>
                <w:rFonts w:eastAsia="Hiragino Sans" w:ascii="Hiragino Sans" w:hAnsi="Hiragino Sans"/>
                <w:b w:val="0"/>
                <w:sz w:val="18"/>
              </w:rPr>
              <w:t>1株当たり当期純利益</w:t>
            </w:r>
          </w:p>
        </w:tc>
        <w:tc>
          <w:tcPr>
            <w:tcW w:type="dxa" w:w="1425"/>
          </w:tcPr>
          <w:p>
            <w:r/>
            <w:r>
              <w:rPr>
                <w:rFonts w:eastAsia="Hiragino Sans" w:ascii="Hiragino Sans" w:hAnsi="Hiragino Sans"/>
                <w:b w:val="0"/>
                <w:sz w:val="18"/>
              </w:rPr>
              <w:t>円</w:t>
            </w:r>
          </w:p>
        </w:tc>
        <w:tc>
          <w:tcPr>
            <w:tcW w:type="dxa" w:w="1425"/>
          </w:tcPr>
          <w:p>
            <w:r/>
            <w:r>
              <w:rPr>
                <w:rFonts w:eastAsia="Hiragino Sans" w:ascii="Hiragino Sans" w:hAnsi="Hiragino Sans"/>
                <w:b w:val="0"/>
                <w:sz w:val="18"/>
              </w:rPr>
              <w:t>78.21</w:t>
            </w:r>
          </w:p>
        </w:tc>
        <w:tc>
          <w:tcPr>
            <w:tcW w:type="dxa" w:w="1425"/>
          </w:tcPr>
          <w:p>
            <w:r/>
            <w:r>
              <w:rPr>
                <w:rFonts w:eastAsia="Hiragino Sans" w:ascii="Hiragino Sans" w:hAnsi="Hiragino Sans"/>
                <w:b w:val="0"/>
                <w:sz w:val="18"/>
              </w:rPr>
              <w:t>88.59</w:t>
            </w:r>
          </w:p>
        </w:tc>
        <w:tc>
          <w:tcPr>
            <w:tcW w:type="dxa" w:w="1425"/>
          </w:tcPr>
          <w:p>
            <w:r/>
            <w:r>
              <w:rPr>
                <w:rFonts w:eastAsia="Hiragino Sans" w:ascii="Hiragino Sans" w:hAnsi="Hiragino Sans"/>
                <w:b w:val="0"/>
                <w:sz w:val="18"/>
              </w:rPr>
              <w:t>81.17</w:t>
            </w:r>
          </w:p>
        </w:tc>
        <w:tc>
          <w:tcPr>
            <w:tcW w:type="dxa" w:w="1425"/>
          </w:tcPr>
          <w:p>
            <w:r/>
            <w:r>
              <w:rPr>
                <w:rFonts w:eastAsia="Hiragino Sans" w:ascii="Hiragino Sans" w:hAnsi="Hiragino Sans"/>
                <w:b w:val="0"/>
                <w:sz w:val="18"/>
              </w:rPr>
              <w:t>99.52</w:t>
            </w:r>
          </w:p>
        </w:tc>
        <w:tc>
          <w:tcPr>
            <w:tcW w:type="dxa" w:w="1425"/>
          </w:tcPr>
          <w:p>
            <w:r/>
            <w:r>
              <w:rPr>
                <w:rFonts w:eastAsia="Hiragino Sans" w:ascii="Hiragino Sans" w:hAnsi="Hiragino Sans"/>
                <w:b w:val="0"/>
                <w:sz w:val="18"/>
              </w:rPr>
              <w:t>108.00</w:t>
            </w:r>
          </w:p>
        </w:tc>
      </w:tr>
      <w:tr>
        <w:tc>
          <w:tcPr>
            <w:tcW w:type="dxa" w:w="1425"/>
            <w:shd w:val="clear" w:fill="F7F8FA"/>
          </w:tcPr>
          <w:p>
            <w:r/>
            <w:r>
              <w:rPr>
                <w:rFonts w:eastAsia="Hiragino Sans" w:ascii="Hiragino Sans" w:hAnsi="Hiragino Sans"/>
                <w:b w:val="0"/>
                <w:sz w:val="18"/>
              </w:rPr>
              <w:t>潜在株式調整後1株当たり当期純利益</w:t>
            </w:r>
          </w:p>
        </w:tc>
        <w:tc>
          <w:tcPr>
            <w:tcW w:type="dxa" w:w="1425"/>
            <w:shd w:val="clear" w:fill="F7F8FA"/>
          </w:tcPr>
          <w:p>
            <w:r/>
            <w:r>
              <w:rPr>
                <w:rFonts w:eastAsia="Hiragino Sans" w:ascii="Hiragino Sans" w:hAnsi="Hiragino Sans"/>
                <w:b w:val="0"/>
                <w:sz w:val="18"/>
              </w:rPr>
              <w:t>円</w:t>
            </w:r>
          </w:p>
        </w:tc>
        <w:tc>
          <w:tcPr>
            <w:tcW w:type="dxa" w:w="1425"/>
            <w:shd w:val="clear" w:fill="F7F8FA"/>
          </w:tcPr>
          <w:p>
            <w:r/>
            <w:r>
              <w:rPr>
                <w:rFonts w:eastAsia="Hiragino Sans" w:ascii="Hiragino Sans" w:hAnsi="Hiragino Sans"/>
                <w:b w:val="0"/>
                <w:sz w:val="18"/>
              </w:rPr>
              <w:t>—</w:t>
            </w:r>
          </w:p>
        </w:tc>
        <w:tc>
          <w:tcPr>
            <w:tcW w:type="dxa" w:w="1425"/>
            <w:shd w:val="clear" w:fill="F7F8FA"/>
          </w:tcPr>
          <w:p>
            <w:r/>
            <w:r>
              <w:rPr>
                <w:rFonts w:eastAsia="Hiragino Sans" w:ascii="Hiragino Sans" w:hAnsi="Hiragino Sans"/>
                <w:b w:val="0"/>
                <w:sz w:val="18"/>
              </w:rPr>
              <w:t>88.57</w:t>
            </w:r>
          </w:p>
        </w:tc>
        <w:tc>
          <w:tcPr>
            <w:tcW w:type="dxa" w:w="1425"/>
            <w:shd w:val="clear" w:fill="F7F8FA"/>
          </w:tcPr>
          <w:p>
            <w:r/>
            <w:r>
              <w:rPr>
                <w:rFonts w:eastAsia="Hiragino Sans" w:ascii="Hiragino Sans" w:hAnsi="Hiragino Sans"/>
                <w:b w:val="0"/>
                <w:sz w:val="18"/>
              </w:rPr>
              <w:t>81.15</w:t>
            </w:r>
          </w:p>
        </w:tc>
        <w:tc>
          <w:tcPr>
            <w:tcW w:type="dxa" w:w="1425"/>
            <w:shd w:val="clear" w:fill="F7F8FA"/>
          </w:tcPr>
          <w:p>
            <w:r/>
            <w:r>
              <w:rPr>
                <w:rFonts w:eastAsia="Hiragino Sans" w:ascii="Hiragino Sans" w:hAnsi="Hiragino Sans"/>
                <w:b w:val="0"/>
                <w:sz w:val="18"/>
              </w:rPr>
              <w:t>99.43</w:t>
            </w:r>
          </w:p>
        </w:tc>
        <w:tc>
          <w:tcPr>
            <w:tcW w:type="dxa" w:w="1425"/>
            <w:shd w:val="clear" w:fill="F7F8FA"/>
          </w:tcPr>
          <w:p>
            <w:r/>
            <w:r>
              <w:rPr>
                <w:rFonts w:eastAsia="Hiragino Sans" w:ascii="Hiragino Sans" w:hAnsi="Hiragino Sans"/>
                <w:b w:val="0"/>
                <w:sz w:val="18"/>
              </w:rPr>
              <w:t>107.87</w:t>
            </w:r>
          </w:p>
        </w:tc>
      </w:tr>
      <w:tr>
        <w:tc>
          <w:tcPr>
            <w:tcW w:type="dxa" w:w="1425"/>
          </w:tcPr>
          <w:p>
            <w:r/>
            <w:r>
              <w:rPr>
                <w:rFonts w:eastAsia="Hiragino Sans" w:ascii="Hiragino Sans" w:hAnsi="Hiragino Sans"/>
                <w:b w:val="0"/>
                <w:sz w:val="18"/>
              </w:rPr>
              <w:t>自己資本比率</w:t>
            </w:r>
          </w:p>
        </w:tc>
        <w:tc>
          <w:tcPr>
            <w:tcW w:type="dxa" w:w="1425"/>
          </w:tcPr>
          <w:p>
            <w:r/>
            <w:r>
              <w:rPr>
                <w:rFonts w:eastAsia="Hiragino Sans" w:ascii="Hiragino Sans" w:hAnsi="Hiragino Sans"/>
                <w:b w:val="0"/>
                <w:sz w:val="18"/>
              </w:rPr>
              <w:t>%</w:t>
            </w:r>
          </w:p>
        </w:tc>
        <w:tc>
          <w:tcPr>
            <w:tcW w:type="dxa" w:w="1425"/>
          </w:tcPr>
          <w:p>
            <w:r/>
            <w:r>
              <w:rPr>
                <w:rFonts w:eastAsia="Hiragino Sans" w:ascii="Hiragino Sans" w:hAnsi="Hiragino Sans"/>
                <w:b w:val="0"/>
                <w:sz w:val="18"/>
              </w:rPr>
              <w:t>58.3</w:t>
            </w:r>
          </w:p>
        </w:tc>
        <w:tc>
          <w:tcPr>
            <w:tcW w:type="dxa" w:w="1425"/>
          </w:tcPr>
          <w:p>
            <w:r/>
            <w:r>
              <w:rPr>
                <w:rFonts w:eastAsia="Hiragino Sans" w:ascii="Hiragino Sans" w:hAnsi="Hiragino Sans"/>
                <w:b w:val="0"/>
                <w:sz w:val="18"/>
              </w:rPr>
              <w:t>58.7</w:t>
            </w:r>
          </w:p>
        </w:tc>
        <w:tc>
          <w:tcPr>
            <w:tcW w:type="dxa" w:w="1425"/>
          </w:tcPr>
          <w:p>
            <w:r/>
            <w:r>
              <w:rPr>
                <w:rFonts w:eastAsia="Hiragino Sans" w:ascii="Hiragino Sans" w:hAnsi="Hiragino Sans"/>
                <w:b w:val="0"/>
                <w:sz w:val="18"/>
              </w:rPr>
              <w:t>59.2</w:t>
            </w:r>
          </w:p>
        </w:tc>
        <w:tc>
          <w:tcPr>
            <w:tcW w:type="dxa" w:w="1425"/>
          </w:tcPr>
          <w:p>
            <w:r/>
            <w:r>
              <w:rPr>
                <w:rFonts w:eastAsia="Hiragino Sans" w:ascii="Hiragino Sans" w:hAnsi="Hiragino Sans"/>
                <w:b w:val="0"/>
                <w:sz w:val="18"/>
              </w:rPr>
              <w:t>60.0</w:t>
            </w:r>
          </w:p>
        </w:tc>
        <w:tc>
          <w:tcPr>
            <w:tcW w:type="dxa" w:w="1425"/>
          </w:tcPr>
          <w:p>
            <w:r/>
            <w:r>
              <w:rPr>
                <w:rFonts w:eastAsia="Hiragino Sans" w:ascii="Hiragino Sans" w:hAnsi="Hiragino Sans"/>
                <w:b w:val="0"/>
                <w:sz w:val="18"/>
              </w:rPr>
              <w:t>60.1</w:t>
            </w:r>
          </w:p>
        </w:tc>
      </w:tr>
      <w:tr>
        <w:tc>
          <w:tcPr>
            <w:tcW w:type="dxa" w:w="1425"/>
            <w:shd w:val="clear" w:fill="F7F8FA"/>
          </w:tcPr>
          <w:p>
            <w:r/>
            <w:r>
              <w:rPr>
                <w:rFonts w:eastAsia="Hiragino Sans" w:ascii="Hiragino Sans" w:hAnsi="Hiragino Sans"/>
                <w:b w:val="0"/>
                <w:sz w:val="18"/>
              </w:rPr>
              <w:t>自己資本利益率</w:t>
            </w:r>
          </w:p>
        </w:tc>
        <w:tc>
          <w:tcPr>
            <w:tcW w:type="dxa" w:w="1425"/>
            <w:shd w:val="clear" w:fill="F7F8FA"/>
          </w:tcPr>
          <w:p>
            <w:r/>
            <w:r>
              <w:rPr>
                <w:rFonts w:eastAsia="Hiragino Sans" w:ascii="Hiragino Sans" w:hAnsi="Hiragino Sans"/>
                <w:b w:val="0"/>
                <w:sz w:val="18"/>
              </w:rPr>
              <w:t>%</w:t>
            </w:r>
          </w:p>
        </w:tc>
        <w:tc>
          <w:tcPr>
            <w:tcW w:type="dxa" w:w="1425"/>
            <w:shd w:val="clear" w:fill="F7F8FA"/>
          </w:tcPr>
          <w:p>
            <w:r/>
            <w:r>
              <w:rPr>
                <w:rFonts w:eastAsia="Hiragino Sans" w:ascii="Hiragino Sans" w:hAnsi="Hiragino Sans"/>
                <w:b w:val="0"/>
                <w:sz w:val="18"/>
              </w:rPr>
              <w:t>6.4</w:t>
            </w:r>
          </w:p>
        </w:tc>
        <w:tc>
          <w:tcPr>
            <w:tcW w:type="dxa" w:w="1425"/>
            <w:shd w:val="clear" w:fill="F7F8FA"/>
          </w:tcPr>
          <w:p>
            <w:r/>
            <w:r>
              <w:rPr>
                <w:rFonts w:eastAsia="Hiragino Sans" w:ascii="Hiragino Sans" w:hAnsi="Hiragino Sans"/>
                <w:b w:val="0"/>
                <w:sz w:val="18"/>
              </w:rPr>
              <w:t>6.9</w:t>
            </w:r>
          </w:p>
        </w:tc>
        <w:tc>
          <w:tcPr>
            <w:tcW w:type="dxa" w:w="1425"/>
            <w:shd w:val="clear" w:fill="F7F8FA"/>
          </w:tcPr>
          <w:p>
            <w:r/>
            <w:r>
              <w:rPr>
                <w:rFonts w:eastAsia="Hiragino Sans" w:ascii="Hiragino Sans" w:hAnsi="Hiragino Sans"/>
                <w:b w:val="0"/>
                <w:sz w:val="18"/>
              </w:rPr>
              <w:t>6.0</w:t>
            </w:r>
          </w:p>
        </w:tc>
        <w:tc>
          <w:tcPr>
            <w:tcW w:type="dxa" w:w="1425"/>
            <w:shd w:val="clear" w:fill="F7F8FA"/>
          </w:tcPr>
          <w:p>
            <w:r/>
            <w:r>
              <w:rPr>
                <w:rFonts w:eastAsia="Hiragino Sans" w:ascii="Hiragino Sans" w:hAnsi="Hiragino Sans"/>
                <w:b w:val="0"/>
                <w:sz w:val="18"/>
              </w:rPr>
              <w:t>7.0</w:t>
            </w:r>
          </w:p>
        </w:tc>
        <w:tc>
          <w:tcPr>
            <w:tcW w:type="dxa" w:w="1425"/>
            <w:shd w:val="clear" w:fill="F7F8FA"/>
          </w:tcPr>
          <w:p>
            <w:r/>
            <w:r>
              <w:rPr>
                <w:rFonts w:eastAsia="Hiragino Sans" w:ascii="Hiragino Sans" w:hAnsi="Hiragino Sans"/>
                <w:b w:val="0"/>
                <w:sz w:val="18"/>
              </w:rPr>
              <w:t>7.3</w:t>
            </w:r>
          </w:p>
        </w:tc>
      </w:tr>
      <w:tr>
        <w:tc>
          <w:tcPr>
            <w:tcW w:type="dxa" w:w="1425"/>
          </w:tcPr>
          <w:p>
            <w:r/>
            <w:r>
              <w:rPr>
                <w:rFonts w:eastAsia="Hiragino Sans" w:ascii="Hiragino Sans" w:hAnsi="Hiragino Sans"/>
                <w:b w:val="0"/>
                <w:sz w:val="18"/>
              </w:rPr>
              <w:t>株価収益率</w:t>
            </w:r>
          </w:p>
        </w:tc>
        <w:tc>
          <w:tcPr>
            <w:tcW w:type="dxa" w:w="1425"/>
          </w:tcPr>
          <w:p>
            <w:r/>
            <w:r>
              <w:rPr>
                <w:rFonts w:eastAsia="Hiragino Sans" w:ascii="Hiragino Sans" w:hAnsi="Hiragino Sans"/>
                <w:b w:val="0"/>
                <w:sz w:val="18"/>
              </w:rPr>
              <w:t>倍</w:t>
            </w:r>
          </w:p>
        </w:tc>
        <w:tc>
          <w:tcPr>
            <w:tcW w:type="dxa" w:w="1425"/>
          </w:tcPr>
          <w:p>
            <w:r/>
            <w:r>
              <w:rPr>
                <w:rFonts w:eastAsia="Hiragino Sans" w:ascii="Hiragino Sans" w:hAnsi="Hiragino Sans"/>
                <w:b w:val="0"/>
                <w:sz w:val="18"/>
              </w:rPr>
              <w:t>12.5</w:t>
            </w:r>
          </w:p>
        </w:tc>
        <w:tc>
          <w:tcPr>
            <w:tcW w:type="dxa" w:w="1425"/>
          </w:tcPr>
          <w:p>
            <w:r/>
            <w:r>
              <w:rPr>
                <w:rFonts w:eastAsia="Hiragino Sans" w:ascii="Hiragino Sans" w:hAnsi="Hiragino Sans"/>
                <w:b w:val="0"/>
                <w:sz w:val="18"/>
              </w:rPr>
              <w:t>13.2</w:t>
            </w:r>
          </w:p>
        </w:tc>
        <w:tc>
          <w:tcPr>
            <w:tcW w:type="dxa" w:w="1425"/>
          </w:tcPr>
          <w:p>
            <w:r/>
            <w:r>
              <w:rPr>
                <w:rFonts w:eastAsia="Hiragino Sans" w:ascii="Hiragino Sans" w:hAnsi="Hiragino Sans"/>
                <w:b w:val="0"/>
                <w:sz w:val="18"/>
              </w:rPr>
              <w:t>14.8</w:t>
            </w:r>
          </w:p>
        </w:tc>
        <w:tc>
          <w:tcPr>
            <w:tcW w:type="dxa" w:w="1425"/>
          </w:tcPr>
          <w:p>
            <w:r/>
            <w:r>
              <w:rPr>
                <w:rFonts w:eastAsia="Hiragino Sans" w:ascii="Hiragino Sans" w:hAnsi="Hiragino Sans"/>
                <w:b w:val="0"/>
                <w:sz w:val="18"/>
              </w:rPr>
              <w:t>15.3</w:t>
            </w:r>
          </w:p>
        </w:tc>
        <w:tc>
          <w:tcPr>
            <w:tcW w:type="dxa" w:w="1425"/>
          </w:tcPr>
          <w:p>
            <w:r/>
            <w:r>
              <w:rPr>
                <w:rFonts w:eastAsia="Hiragino Sans" w:ascii="Hiragino Sans" w:hAnsi="Hiragino Sans"/>
                <w:b w:val="0"/>
                <w:sz w:val="18"/>
              </w:rPr>
              <w:t>15.8</w:t>
            </w:r>
          </w:p>
        </w:tc>
      </w:tr>
      <w:tr>
        <w:tc>
          <w:tcPr>
            <w:tcW w:type="dxa" w:w="1425"/>
            <w:shd w:val="clear" w:fill="F7F8FA"/>
          </w:tcPr>
          <w:p>
            <w:r/>
            <w:r>
              <w:rPr>
                <w:rFonts w:eastAsia="Hiragino Sans" w:ascii="Hiragino Sans" w:hAnsi="Hiragino Sans"/>
                <w:b w:val="0"/>
                <w:sz w:val="18"/>
              </w:rPr>
              <w:t>営業活動によるキャッシュ・フロー</w:t>
            </w:r>
          </w:p>
        </w:tc>
        <w:tc>
          <w:tcPr>
            <w:tcW w:type="dxa" w:w="1425"/>
            <w:shd w:val="clear" w:fill="F7F8FA"/>
          </w:tcPr>
          <w:p>
            <w:r/>
            <w:r>
              <w:rPr>
                <w:rFonts w:eastAsia="Hiragino Sans" w:ascii="Hiragino Sans" w:hAnsi="Hiragino Sans"/>
                <w:b w:val="0"/>
                <w:sz w:val="18"/>
              </w:rPr>
              <w:t>百万円</w:t>
            </w:r>
          </w:p>
        </w:tc>
        <w:tc>
          <w:tcPr>
            <w:tcW w:type="dxa" w:w="1425"/>
            <w:shd w:val="clear" w:fill="F7F8FA"/>
          </w:tcPr>
          <w:p>
            <w:r/>
            <w:r>
              <w:rPr>
                <w:rFonts w:eastAsia="Hiragino Sans" w:ascii="Hiragino Sans" w:hAnsi="Hiragino Sans"/>
                <w:b w:val="0"/>
                <w:sz w:val="18"/>
              </w:rPr>
              <w:t>3,720</w:t>
            </w:r>
          </w:p>
        </w:tc>
        <w:tc>
          <w:tcPr>
            <w:tcW w:type="dxa" w:w="1425"/>
            <w:shd w:val="clear" w:fill="F7F8FA"/>
          </w:tcPr>
          <w:p>
            <w:r/>
            <w:r>
              <w:rPr>
                <w:rFonts w:eastAsia="Hiragino Sans" w:ascii="Hiragino Sans" w:hAnsi="Hiragino Sans"/>
                <w:b w:val="0"/>
                <w:sz w:val="18"/>
              </w:rPr>
              <w:t>4,150</w:t>
            </w:r>
          </w:p>
        </w:tc>
        <w:tc>
          <w:tcPr>
            <w:tcW w:type="dxa" w:w="1425"/>
            <w:shd w:val="clear" w:fill="F7F8FA"/>
          </w:tcPr>
          <w:p>
            <w:r/>
            <w:r>
              <w:rPr>
                <w:rFonts w:eastAsia="Hiragino Sans" w:ascii="Hiragino Sans" w:hAnsi="Hiragino Sans"/>
                <w:b w:val="0"/>
                <w:sz w:val="18"/>
              </w:rPr>
              <w:t>3,980</w:t>
            </w:r>
          </w:p>
        </w:tc>
        <w:tc>
          <w:tcPr>
            <w:tcW w:type="dxa" w:w="1425"/>
            <w:shd w:val="clear" w:fill="F7F8FA"/>
          </w:tcPr>
          <w:p>
            <w:r/>
            <w:r>
              <w:rPr>
                <w:rFonts w:eastAsia="Hiragino Sans" w:ascii="Hiragino Sans" w:hAnsi="Hiragino Sans"/>
                <w:b w:val="0"/>
                <w:sz w:val="18"/>
              </w:rPr>
              <w:t>4,420</w:t>
            </w:r>
          </w:p>
        </w:tc>
        <w:tc>
          <w:tcPr>
            <w:tcW w:type="dxa" w:w="1425"/>
            <w:shd w:val="clear" w:fill="F7F8FA"/>
          </w:tcPr>
          <w:p>
            <w:r/>
            <w:r>
              <w:rPr>
                <w:rFonts w:eastAsia="Hiragino Sans" w:ascii="Hiragino Sans" w:hAnsi="Hiragino Sans"/>
                <w:b w:val="0"/>
                <w:sz w:val="18"/>
              </w:rPr>
              <w:t>4,850</w:t>
            </w:r>
          </w:p>
        </w:tc>
      </w:tr>
      <w:tr>
        <w:tc>
          <w:tcPr>
            <w:tcW w:type="dxa" w:w="1425"/>
          </w:tcPr>
          <w:p>
            <w:r/>
            <w:r>
              <w:rPr>
                <w:rFonts w:eastAsia="Hiragino Sans" w:ascii="Hiragino Sans" w:hAnsi="Hiragino Sans"/>
                <w:b w:val="0"/>
                <w:sz w:val="18"/>
              </w:rPr>
              <w:t>投資活動によるキャッシュ・フロー</w:t>
            </w:r>
          </w:p>
        </w:tc>
        <w:tc>
          <w:tcPr>
            <w:tcW w:type="dxa" w:w="1425"/>
          </w:tcPr>
          <w:p>
            <w:r/>
            <w:r>
              <w:rPr>
                <w:rFonts w:eastAsia="Hiragino Sans" w:ascii="Hiragino Sans" w:hAnsi="Hiragino Sans"/>
                <w:b w:val="0"/>
                <w:sz w:val="18"/>
              </w:rPr>
              <w:t>百万円</w:t>
            </w:r>
          </w:p>
        </w:tc>
        <w:tc>
          <w:tcPr>
            <w:tcW w:type="dxa" w:w="1425"/>
          </w:tcPr>
          <w:p>
            <w:r/>
            <w:r>
              <w:rPr>
                <w:rFonts w:eastAsia="Hiragino Sans" w:ascii="Hiragino Sans" w:hAnsi="Hiragino Sans"/>
                <w:b w:val="0"/>
                <w:sz w:val="18"/>
              </w:rPr>
              <w:t>△2,750</w:t>
            </w:r>
          </w:p>
        </w:tc>
        <w:tc>
          <w:tcPr>
            <w:tcW w:type="dxa" w:w="1425"/>
          </w:tcPr>
          <w:p>
            <w:r/>
            <w:r>
              <w:rPr>
                <w:rFonts w:eastAsia="Hiragino Sans" w:ascii="Hiragino Sans" w:hAnsi="Hiragino Sans"/>
                <w:b w:val="0"/>
                <w:sz w:val="18"/>
              </w:rPr>
              <w:t>△2,300</w:t>
            </w:r>
          </w:p>
        </w:tc>
        <w:tc>
          <w:tcPr>
            <w:tcW w:type="dxa" w:w="1425"/>
          </w:tcPr>
          <w:p>
            <w:r/>
            <w:r>
              <w:rPr>
                <w:rFonts w:eastAsia="Hiragino Sans" w:ascii="Hiragino Sans" w:hAnsi="Hiragino Sans"/>
                <w:b w:val="0"/>
                <w:sz w:val="18"/>
              </w:rPr>
              <w:t>△2,890</w:t>
            </w:r>
          </w:p>
        </w:tc>
        <w:tc>
          <w:tcPr>
            <w:tcW w:type="dxa" w:w="1425"/>
          </w:tcPr>
          <w:p>
            <w:r/>
            <w:r>
              <w:rPr>
                <w:rFonts w:eastAsia="Hiragino Sans" w:ascii="Hiragino Sans" w:hAnsi="Hiragino Sans"/>
                <w:b w:val="0"/>
                <w:sz w:val="18"/>
              </w:rPr>
              <w:t>△2,650</w:t>
            </w:r>
          </w:p>
        </w:tc>
        <w:tc>
          <w:tcPr>
            <w:tcW w:type="dxa" w:w="1425"/>
          </w:tcPr>
          <w:p>
            <w:r/>
            <w:r>
              <w:rPr>
                <w:rFonts w:eastAsia="Hiragino Sans" w:ascii="Hiragino Sans" w:hAnsi="Hiragino Sans"/>
                <w:b w:val="0"/>
                <w:sz w:val="18"/>
              </w:rPr>
              <w:t>△3,120</w:t>
            </w:r>
          </w:p>
        </w:tc>
      </w:tr>
      <w:tr>
        <w:tc>
          <w:tcPr>
            <w:tcW w:type="dxa" w:w="1425"/>
            <w:shd w:val="clear" w:fill="F7F8FA"/>
          </w:tcPr>
          <w:p>
            <w:r/>
            <w:r>
              <w:rPr>
                <w:rFonts w:eastAsia="Hiragino Sans" w:ascii="Hiragino Sans" w:hAnsi="Hiragino Sans"/>
                <w:b w:val="0"/>
                <w:sz w:val="18"/>
              </w:rPr>
              <w:t>財務活動によるキャッシュ・フロー</w:t>
            </w:r>
          </w:p>
        </w:tc>
        <w:tc>
          <w:tcPr>
            <w:tcW w:type="dxa" w:w="1425"/>
            <w:shd w:val="clear" w:fill="F7F8FA"/>
          </w:tcPr>
          <w:p>
            <w:r/>
            <w:r>
              <w:rPr>
                <w:rFonts w:eastAsia="Hiragino Sans" w:ascii="Hiragino Sans" w:hAnsi="Hiragino Sans"/>
                <w:b w:val="0"/>
                <w:sz w:val="18"/>
              </w:rPr>
              <w:t>百万円</w:t>
            </w:r>
          </w:p>
        </w:tc>
        <w:tc>
          <w:tcPr>
            <w:tcW w:type="dxa" w:w="1425"/>
            <w:shd w:val="clear" w:fill="F7F8FA"/>
          </w:tcPr>
          <w:p>
            <w:r/>
            <w:r>
              <w:rPr>
                <w:rFonts w:eastAsia="Hiragino Sans" w:ascii="Hiragino Sans" w:hAnsi="Hiragino Sans"/>
                <w:b w:val="0"/>
                <w:sz w:val="18"/>
              </w:rPr>
              <w:t>△980</w:t>
            </w:r>
          </w:p>
        </w:tc>
        <w:tc>
          <w:tcPr>
            <w:tcW w:type="dxa" w:w="1425"/>
            <w:shd w:val="clear" w:fill="F7F8FA"/>
          </w:tcPr>
          <w:p>
            <w:r/>
            <w:r>
              <w:rPr>
                <w:rFonts w:eastAsia="Hiragino Sans" w:ascii="Hiragino Sans" w:hAnsi="Hiragino Sans"/>
                <w:b w:val="0"/>
                <w:sz w:val="18"/>
              </w:rPr>
              <w:t>△1,020</w:t>
            </w:r>
          </w:p>
        </w:tc>
        <w:tc>
          <w:tcPr>
            <w:tcW w:type="dxa" w:w="1425"/>
            <w:shd w:val="clear" w:fill="F7F8FA"/>
          </w:tcPr>
          <w:p>
            <w:r/>
            <w:r>
              <w:rPr>
                <w:rFonts w:eastAsia="Hiragino Sans" w:ascii="Hiragino Sans" w:hAnsi="Hiragino Sans"/>
                <w:b w:val="0"/>
                <w:sz w:val="18"/>
              </w:rPr>
              <w:t>△1,150</w:t>
            </w:r>
          </w:p>
        </w:tc>
        <w:tc>
          <w:tcPr>
            <w:tcW w:type="dxa" w:w="1425"/>
            <w:shd w:val="clear" w:fill="F7F8FA"/>
          </w:tcPr>
          <w:p>
            <w:r/>
            <w:r>
              <w:rPr>
                <w:rFonts w:eastAsia="Hiragino Sans" w:ascii="Hiragino Sans" w:hAnsi="Hiragino Sans"/>
                <w:b w:val="0"/>
                <w:sz w:val="18"/>
              </w:rPr>
              <w:t>△1,280</w:t>
            </w:r>
          </w:p>
        </w:tc>
        <w:tc>
          <w:tcPr>
            <w:tcW w:type="dxa" w:w="1425"/>
            <w:shd w:val="clear" w:fill="F7F8FA"/>
          </w:tcPr>
          <w:p>
            <w:r/>
            <w:r>
              <w:rPr>
                <w:rFonts w:eastAsia="Hiragino Sans" w:ascii="Hiragino Sans" w:hAnsi="Hiragino Sans"/>
                <w:b w:val="0"/>
                <w:sz w:val="18"/>
              </w:rPr>
              <w:t>△1,540</w:t>
            </w:r>
          </w:p>
        </w:tc>
      </w:tr>
      <w:tr>
        <w:tc>
          <w:tcPr>
            <w:tcW w:type="dxa" w:w="1425"/>
          </w:tcPr>
          <w:p>
            <w:r/>
            <w:r>
              <w:rPr>
                <w:rFonts w:eastAsia="Hiragino Sans" w:ascii="Hiragino Sans" w:hAnsi="Hiragino Sans"/>
                <w:b w:val="0"/>
                <w:sz w:val="18"/>
              </w:rPr>
              <w:t>現金及び現金同等物の期末残高</w:t>
            </w:r>
          </w:p>
        </w:tc>
        <w:tc>
          <w:tcPr>
            <w:tcW w:type="dxa" w:w="1425"/>
          </w:tcPr>
          <w:p>
            <w:r/>
            <w:r>
              <w:rPr>
                <w:rFonts w:eastAsia="Hiragino Sans" w:ascii="Hiragino Sans" w:hAnsi="Hiragino Sans"/>
                <w:b w:val="0"/>
                <w:sz w:val="18"/>
              </w:rPr>
              <w:t>百万円</w:t>
            </w:r>
          </w:p>
        </w:tc>
        <w:tc>
          <w:tcPr>
            <w:tcW w:type="dxa" w:w="1425"/>
          </w:tcPr>
          <w:p>
            <w:r/>
            <w:r>
              <w:rPr>
                <w:rFonts w:eastAsia="Hiragino Sans" w:ascii="Hiragino Sans" w:hAnsi="Hiragino Sans"/>
                <w:b w:val="0"/>
                <w:sz w:val="18"/>
              </w:rPr>
              <w:t>8,410</w:t>
            </w:r>
          </w:p>
        </w:tc>
        <w:tc>
          <w:tcPr>
            <w:tcW w:type="dxa" w:w="1425"/>
          </w:tcPr>
          <w:p>
            <w:r/>
            <w:r>
              <w:rPr>
                <w:rFonts w:eastAsia="Hiragino Sans" w:ascii="Hiragino Sans" w:hAnsi="Hiragino Sans"/>
                <w:b w:val="0"/>
                <w:sz w:val="18"/>
              </w:rPr>
              <w:t>9,240</w:t>
            </w:r>
          </w:p>
        </w:tc>
        <w:tc>
          <w:tcPr>
            <w:tcW w:type="dxa" w:w="1425"/>
          </w:tcPr>
          <w:p>
            <w:r/>
            <w:r>
              <w:rPr>
                <w:rFonts w:eastAsia="Hiragino Sans" w:ascii="Hiragino Sans" w:hAnsi="Hiragino Sans"/>
                <w:b w:val="0"/>
                <w:sz w:val="18"/>
              </w:rPr>
              <w:t>9,180</w:t>
            </w:r>
          </w:p>
        </w:tc>
        <w:tc>
          <w:tcPr>
            <w:tcW w:type="dxa" w:w="1425"/>
          </w:tcPr>
          <w:p>
            <w:r/>
            <w:r>
              <w:rPr>
                <w:rFonts w:eastAsia="Hiragino Sans" w:ascii="Hiragino Sans" w:hAnsi="Hiragino Sans"/>
                <w:b w:val="0"/>
                <w:sz w:val="18"/>
              </w:rPr>
              <w:t>9,760</w:t>
            </w:r>
          </w:p>
        </w:tc>
        <w:tc>
          <w:tcPr>
            <w:tcW w:type="dxa" w:w="1425"/>
          </w:tcPr>
          <w:p>
            <w:r/>
            <w:r>
              <w:rPr>
                <w:rFonts w:eastAsia="Hiragino Sans" w:ascii="Hiragino Sans" w:hAnsi="Hiragino Sans"/>
                <w:b w:val="0"/>
                <w:sz w:val="18"/>
              </w:rPr>
              <w:t>9,860</w:t>
            </w:r>
          </w:p>
        </w:tc>
      </w:tr>
      <w:tr>
        <w:tc>
          <w:tcPr>
            <w:tcW w:type="dxa" w:w="1425"/>
            <w:shd w:val="clear" w:fill="F7F8FA"/>
          </w:tcPr>
          <w:p>
            <w:r/>
            <w:r>
              <w:rPr>
                <w:rFonts w:eastAsia="Hiragino Sans" w:ascii="Hiragino Sans" w:hAnsi="Hiragino Sans"/>
                <w:b w:val="0"/>
                <w:sz w:val="18"/>
              </w:rPr>
              <w:t>従業員数</w:t>
            </w:r>
          </w:p>
        </w:tc>
        <w:tc>
          <w:tcPr>
            <w:tcW w:type="dxa" w:w="1425"/>
            <w:shd w:val="clear" w:fill="F7F8FA"/>
          </w:tcPr>
          <w:p>
            <w:r/>
            <w:r>
              <w:rPr>
                <w:rFonts w:eastAsia="Hiragino Sans" w:ascii="Hiragino Sans" w:hAnsi="Hiragino Sans"/>
                <w:b w:val="0"/>
                <w:sz w:val="18"/>
              </w:rPr>
              <w:t>名</w:t>
            </w:r>
          </w:p>
        </w:tc>
        <w:tc>
          <w:tcPr>
            <w:tcW w:type="dxa" w:w="1425"/>
            <w:shd w:val="clear" w:fill="F7F8FA"/>
          </w:tcPr>
          <w:p>
            <w:r/>
            <w:r>
              <w:rPr>
                <w:rFonts w:eastAsia="Hiragino Sans" w:ascii="Hiragino Sans" w:hAnsi="Hiragino Sans"/>
                <w:b w:val="0"/>
                <w:sz w:val="18"/>
              </w:rPr>
              <w:t>2,290</w:t>
            </w:r>
          </w:p>
        </w:tc>
        <w:tc>
          <w:tcPr>
            <w:tcW w:type="dxa" w:w="1425"/>
            <w:shd w:val="clear" w:fill="F7F8FA"/>
          </w:tcPr>
          <w:p>
            <w:r/>
            <w:r>
              <w:rPr>
                <w:rFonts w:eastAsia="Hiragino Sans" w:ascii="Hiragino Sans" w:hAnsi="Hiragino Sans"/>
                <w:b w:val="0"/>
                <w:sz w:val="18"/>
              </w:rPr>
              <w:t>2,325</w:t>
            </w:r>
          </w:p>
        </w:tc>
        <w:tc>
          <w:tcPr>
            <w:tcW w:type="dxa" w:w="1425"/>
            <w:shd w:val="clear" w:fill="F7F8FA"/>
          </w:tcPr>
          <w:p>
            <w:r/>
            <w:r>
              <w:rPr>
                <w:rFonts w:eastAsia="Hiragino Sans" w:ascii="Hiragino Sans" w:hAnsi="Hiragino Sans"/>
                <w:b w:val="0"/>
                <w:sz w:val="18"/>
              </w:rPr>
              <w:t>2,360</w:t>
            </w:r>
          </w:p>
        </w:tc>
        <w:tc>
          <w:tcPr>
            <w:tcW w:type="dxa" w:w="1425"/>
            <w:shd w:val="clear" w:fill="F7F8FA"/>
          </w:tcPr>
          <w:p>
            <w:r/>
            <w:r>
              <w:rPr>
                <w:rFonts w:eastAsia="Hiragino Sans" w:ascii="Hiragino Sans" w:hAnsi="Hiragino Sans"/>
                <w:b w:val="0"/>
                <w:sz w:val="18"/>
              </w:rPr>
              <w:t>2,395</w:t>
            </w:r>
          </w:p>
        </w:tc>
        <w:tc>
          <w:tcPr>
            <w:tcW w:type="dxa" w:w="1425"/>
            <w:shd w:val="clear" w:fill="F7F8FA"/>
          </w:tcPr>
          <w:p>
            <w:r/>
            <w:r>
              <w:rPr>
                <w:rFonts w:eastAsia="Hiragino Sans" w:ascii="Hiragino Sans" w:hAnsi="Hiragino Sans"/>
                <w:b w:val="0"/>
                <w:sz w:val="18"/>
              </w:rPr>
              <w:t>2,430</w:t>
            </w:r>
          </w:p>
        </w:tc>
      </w:tr>
      <w:tr>
        <w:tc>
          <w:tcPr>
            <w:tcW w:type="dxa" w:w="1425"/>
          </w:tcPr>
          <w:p>
            <w:r/>
            <w:r>
              <w:rPr>
                <w:rFonts w:eastAsia="Hiragino Sans" w:ascii="Hiragino Sans" w:hAnsi="Hiragino Sans"/>
                <w:b w:val="0"/>
                <w:sz w:val="18"/>
              </w:rPr>
              <w:t>（外、平均臨時雇用者数）</w:t>
            </w:r>
          </w:p>
        </w:tc>
        <w:tc>
          <w:tcPr>
            <w:tcW w:type="dxa" w:w="1425"/>
          </w:tcPr>
          <w:p>
            <w:r/>
            <w:r>
              <w:rPr>
                <w:rFonts w:eastAsia="Hiragino Sans" w:ascii="Hiragino Sans" w:hAnsi="Hiragino Sans"/>
                <w:b w:val="0"/>
                <w:sz w:val="18"/>
              </w:rPr>
              <w:t>名</w:t>
            </w:r>
          </w:p>
        </w:tc>
        <w:tc>
          <w:tcPr>
            <w:tcW w:type="dxa" w:w="1425"/>
          </w:tcPr>
          <w:p>
            <w:r/>
            <w:r>
              <w:rPr>
                <w:rFonts w:eastAsia="Hiragino Sans" w:ascii="Hiragino Sans" w:hAnsi="Hiragino Sans"/>
                <w:b w:val="0"/>
                <w:sz w:val="18"/>
              </w:rPr>
              <w:t>(342)</w:t>
            </w:r>
          </w:p>
        </w:tc>
        <w:tc>
          <w:tcPr>
            <w:tcW w:type="dxa" w:w="1425"/>
          </w:tcPr>
          <w:p>
            <w:r/>
            <w:r>
              <w:rPr>
                <w:rFonts w:eastAsia="Hiragino Sans" w:ascii="Hiragino Sans" w:hAnsi="Hiragino Sans"/>
                <w:b w:val="0"/>
                <w:sz w:val="18"/>
              </w:rPr>
              <w:t>(351)</w:t>
            </w:r>
          </w:p>
        </w:tc>
        <w:tc>
          <w:tcPr>
            <w:tcW w:type="dxa" w:w="1425"/>
          </w:tcPr>
          <w:p>
            <w:r/>
            <w:r>
              <w:rPr>
                <w:rFonts w:eastAsia="Hiragino Sans" w:ascii="Hiragino Sans" w:hAnsi="Hiragino Sans"/>
                <w:b w:val="0"/>
                <w:sz w:val="18"/>
              </w:rPr>
              <w:t>(360)</w:t>
            </w:r>
          </w:p>
        </w:tc>
        <w:tc>
          <w:tcPr>
            <w:tcW w:type="dxa" w:w="1425"/>
          </w:tcPr>
          <w:p>
            <w:r/>
            <w:r>
              <w:rPr>
                <w:rFonts w:eastAsia="Hiragino Sans" w:ascii="Hiragino Sans" w:hAnsi="Hiragino Sans"/>
                <w:b w:val="0"/>
                <w:sz w:val="18"/>
              </w:rPr>
              <w:t>(368)</w:t>
            </w:r>
          </w:p>
        </w:tc>
        <w:tc>
          <w:tcPr>
            <w:tcW w:type="dxa" w:w="1425"/>
          </w:tcPr>
          <w:p>
            <w:r/>
            <w:r>
              <w:rPr>
                <w:rFonts w:eastAsia="Hiragino Sans" w:ascii="Hiragino Sans" w:hAnsi="Hiragino Sans"/>
                <w:b w:val="0"/>
                <w:sz w:val="18"/>
              </w:rPr>
              <w:t>(376)</w:t>
            </w:r>
          </w:p>
        </w:tc>
      </w:tr>
    </w:tbl>
    <w:p>
      <w:pPr>
        <w:spacing w:after="40"/>
      </w:pPr>
    </w:p>
    <w:p>
      <w:pPr>
        <w:pStyle w:val="ListBullet"/>
        <w:ind w:left="240"/>
      </w:pPr>
      <w:r>
        <w:rPr>
          <w:rFonts w:eastAsia="Hiragino Sans" w:ascii="Hiragino Sans" w:hAnsi="Hiragino Sans"/>
          <w:b w:val="0"/>
          <w:sz w:val="20"/>
        </w:rPr>
        <w:t>（注）1. 自己資本利益率は、親会社株主に帰属する当期純利益を期首・期末の自己資本の平均により除して算定しております。</w:t>
      </w:r>
    </w:p>
    <w:p>
      <w:pPr>
        <w:pStyle w:val="ListBullet"/>
        <w:ind w:left="240"/>
      </w:pPr>
      <w:r>
        <w:rPr>
          <w:rFonts w:eastAsia="Hiragino Sans" w:ascii="Hiragino Sans" w:hAnsi="Hiragino Sans"/>
          <w:b w:val="0"/>
          <w:sz w:val="20"/>
        </w:rPr>
        <w:t>（注）2. 第28期の包括利益の減少は、主として円高進行に伴う為替換算調整勘定の減少によるものであります。</w:t>
      </w:r>
    </w:p>
    <w:p>
      <w:pPr>
        <w:pStyle w:val="ListBullet"/>
        <w:ind w:left="240"/>
      </w:pPr>
      <w:r>
        <w:rPr>
          <w:rFonts w:eastAsia="Hiragino Sans" w:ascii="Hiragino Sans" w:hAnsi="Hiragino Sans"/>
          <w:b w:val="0"/>
          <w:sz w:val="20"/>
        </w:rPr>
        <w:t>（注）3. 第24期の潜在株式調整後1株当たり当期純利益は、潜在株式（第3回新株予約権）は存在するものの、期中平均株価が行使価額（1,150円）を下回り希薄化効果を有しないため、記載しておりません。</w:t>
      </w:r>
    </w:p>
    <w:p>
      <w:pPr>
        <w:pStyle w:val="Heading3"/>
      </w:pPr>
      <w:r>
        <w:t>(2) 提出会社の経営指標等</w:t>
      </w:r>
    </w:p>
    <w:tbl>
      <w:tblPr>
        <w:tblStyle w:val="TableGrid"/>
        <w:tblW w:type="auto" w:w="0"/>
        <w:jc w:val="center"/>
        <w:tblLayout w:type="autofit"/>
        <w:tblLook w:firstColumn="1" w:firstRow="1" w:lastColumn="0" w:lastRow="0" w:noHBand="0" w:noVBand="1" w:val="04A0"/>
      </w:tblPr>
      <w:tblGrid>
        <w:gridCol w:w="1425"/>
        <w:gridCol w:w="1425"/>
        <w:gridCol w:w="1425"/>
        <w:gridCol w:w="1425"/>
        <w:gridCol w:w="1425"/>
        <w:gridCol w:w="1425"/>
        <w:gridCol w:w="1425"/>
      </w:tblGrid>
      <w:tr>
        <w:tc>
          <w:tcPr>
            <w:tcW w:type="dxa" w:w="1425"/>
            <w:shd w:val="clear" w:fill="24406B"/>
          </w:tcPr>
          <w:p>
            <w:r/>
            <w:r>
              <w:rPr>
                <w:rFonts w:eastAsia="Hiragino Sans" w:ascii="Hiragino Sans" w:hAnsi="Hiragino Sans"/>
                <w:b/>
                <w:color w:val="FFFFFF"/>
                <w:sz w:val="18"/>
              </w:rPr>
              <w:t>回次</w:t>
            </w:r>
          </w:p>
        </w:tc>
        <w:tc>
          <w:tcPr>
            <w:tcW w:type="dxa" w:w="1425"/>
            <w:shd w:val="clear" w:fill="24406B"/>
          </w:tcPr>
          <w:p>
            <w:r/>
            <w:r>
              <w:rPr>
                <w:rFonts w:eastAsia="Hiragino Sans" w:ascii="Hiragino Sans" w:hAnsi="Hiragino Sans"/>
                <w:b/>
                <w:color w:val="FFFFFF"/>
                <w:sz w:val="18"/>
              </w:rPr>
              <w:t>単位</w:t>
            </w:r>
          </w:p>
        </w:tc>
        <w:tc>
          <w:tcPr>
            <w:tcW w:type="dxa" w:w="1425"/>
            <w:shd w:val="clear" w:fill="24406B"/>
          </w:tcPr>
          <w:p>
            <w:r/>
            <w:r>
              <w:rPr>
                <w:rFonts w:eastAsia="Hiragino Sans" w:ascii="Hiragino Sans" w:hAnsi="Hiragino Sans"/>
                <w:b/>
                <w:color w:val="FFFFFF"/>
                <w:sz w:val="18"/>
              </w:rPr>
              <w:t>第24期</w:t>
            </w:r>
          </w:p>
        </w:tc>
        <w:tc>
          <w:tcPr>
            <w:tcW w:type="dxa" w:w="1425"/>
            <w:shd w:val="clear" w:fill="24406B"/>
          </w:tcPr>
          <w:p>
            <w:r/>
            <w:r>
              <w:rPr>
                <w:rFonts w:eastAsia="Hiragino Sans" w:ascii="Hiragino Sans" w:hAnsi="Hiragino Sans"/>
                <w:b/>
                <w:color w:val="FFFFFF"/>
                <w:sz w:val="18"/>
              </w:rPr>
              <w:t>第25期</w:t>
            </w:r>
          </w:p>
        </w:tc>
        <w:tc>
          <w:tcPr>
            <w:tcW w:type="dxa" w:w="1425"/>
            <w:shd w:val="clear" w:fill="24406B"/>
          </w:tcPr>
          <w:p>
            <w:r/>
            <w:r>
              <w:rPr>
                <w:rFonts w:eastAsia="Hiragino Sans" w:ascii="Hiragino Sans" w:hAnsi="Hiragino Sans"/>
                <w:b/>
                <w:color w:val="FFFFFF"/>
                <w:sz w:val="18"/>
              </w:rPr>
              <w:t>第26期</w:t>
            </w:r>
          </w:p>
        </w:tc>
        <w:tc>
          <w:tcPr>
            <w:tcW w:type="dxa" w:w="1425"/>
            <w:shd w:val="clear" w:fill="24406B"/>
          </w:tcPr>
          <w:p>
            <w:r/>
            <w:r>
              <w:rPr>
                <w:rFonts w:eastAsia="Hiragino Sans" w:ascii="Hiragino Sans" w:hAnsi="Hiragino Sans"/>
                <w:b/>
                <w:color w:val="FFFFFF"/>
                <w:sz w:val="18"/>
              </w:rPr>
              <w:t>第27期</w:t>
            </w:r>
          </w:p>
        </w:tc>
        <w:tc>
          <w:tcPr>
            <w:tcW w:type="dxa" w:w="1425"/>
            <w:shd w:val="clear" w:fill="24406B"/>
          </w:tcPr>
          <w:p>
            <w:r/>
            <w:r>
              <w:rPr>
                <w:rFonts w:eastAsia="Hiragino Sans" w:ascii="Hiragino Sans" w:hAnsi="Hiragino Sans"/>
                <w:b/>
                <w:color w:val="FFFFFF"/>
                <w:sz w:val="18"/>
              </w:rPr>
              <w:t>第28期</w:t>
            </w:r>
          </w:p>
        </w:tc>
      </w:tr>
      <w:tr>
        <w:tc>
          <w:tcPr>
            <w:tcW w:type="dxa" w:w="1425"/>
          </w:tcPr>
          <w:p>
            <w:r/>
            <w:r>
              <w:rPr>
                <w:rFonts w:eastAsia="Hiragino Sans" w:ascii="Hiragino Sans" w:hAnsi="Hiragino Sans"/>
                <w:b w:val="0"/>
                <w:sz w:val="18"/>
              </w:rPr>
              <w:t>決算年月</w:t>
            </w:r>
          </w:p>
        </w:tc>
        <w:tc>
          <w:tcPr>
            <w:tcW w:type="dxa" w:w="1425"/>
          </w:tcPr>
          <w:p>
            <w:r/>
            <w:r>
              <w:rPr>
                <w:rFonts w:eastAsia="Hiragino Sans" w:ascii="Hiragino Sans" w:hAnsi="Hiragino Sans"/>
                <w:b w:val="0"/>
                <w:sz w:val="18"/>
              </w:rPr>
              <w:t>—</w:t>
            </w:r>
          </w:p>
        </w:tc>
        <w:tc>
          <w:tcPr>
            <w:tcW w:type="dxa" w:w="1425"/>
          </w:tcPr>
          <w:p>
            <w:r/>
            <w:r>
              <w:rPr>
                <w:rFonts w:eastAsia="Hiragino Sans" w:ascii="Hiragino Sans" w:hAnsi="Hiragino Sans"/>
                <w:b w:val="0"/>
                <w:sz w:val="18"/>
              </w:rPr>
              <w:t>2022年3月</w:t>
            </w:r>
          </w:p>
        </w:tc>
        <w:tc>
          <w:tcPr>
            <w:tcW w:type="dxa" w:w="1425"/>
          </w:tcPr>
          <w:p>
            <w:r/>
            <w:r>
              <w:rPr>
                <w:rFonts w:eastAsia="Hiragino Sans" w:ascii="Hiragino Sans" w:hAnsi="Hiragino Sans"/>
                <w:b w:val="0"/>
                <w:sz w:val="18"/>
              </w:rPr>
              <w:t>2023年3月</w:t>
            </w:r>
          </w:p>
        </w:tc>
        <w:tc>
          <w:tcPr>
            <w:tcW w:type="dxa" w:w="1425"/>
          </w:tcPr>
          <w:p>
            <w:r/>
            <w:r>
              <w:rPr>
                <w:rFonts w:eastAsia="Hiragino Sans" w:ascii="Hiragino Sans" w:hAnsi="Hiragino Sans"/>
                <w:b w:val="0"/>
                <w:sz w:val="18"/>
              </w:rPr>
              <w:t>2024年3月</w:t>
            </w:r>
          </w:p>
        </w:tc>
        <w:tc>
          <w:tcPr>
            <w:tcW w:type="dxa" w:w="1425"/>
          </w:tcPr>
          <w:p>
            <w:r/>
            <w:r>
              <w:rPr>
                <w:rFonts w:eastAsia="Hiragino Sans" w:ascii="Hiragino Sans" w:hAnsi="Hiragino Sans"/>
                <w:b w:val="0"/>
                <w:sz w:val="18"/>
              </w:rPr>
              <w:t>2025年3月</w:t>
            </w:r>
          </w:p>
        </w:tc>
        <w:tc>
          <w:tcPr>
            <w:tcW w:type="dxa" w:w="1425"/>
          </w:tcPr>
          <w:p>
            <w:r/>
            <w:r>
              <w:rPr>
                <w:rFonts w:eastAsia="Hiragino Sans" w:ascii="Hiragino Sans" w:hAnsi="Hiragino Sans"/>
                <w:b w:val="0"/>
                <w:sz w:val="18"/>
              </w:rPr>
              <w:t>2026年3月</w:t>
            </w:r>
          </w:p>
        </w:tc>
      </w:tr>
      <w:tr>
        <w:tc>
          <w:tcPr>
            <w:tcW w:type="dxa" w:w="1425"/>
            <w:shd w:val="clear" w:fill="F7F8FA"/>
          </w:tcPr>
          <w:p>
            <w:r/>
            <w:r>
              <w:rPr>
                <w:rFonts w:eastAsia="Hiragino Sans" w:ascii="Hiragino Sans" w:hAnsi="Hiragino Sans"/>
                <w:b w:val="0"/>
                <w:sz w:val="18"/>
              </w:rPr>
              <w:t>売上高</w:t>
            </w:r>
          </w:p>
        </w:tc>
        <w:tc>
          <w:tcPr>
            <w:tcW w:type="dxa" w:w="1425"/>
            <w:shd w:val="clear" w:fill="F7F8FA"/>
          </w:tcPr>
          <w:p>
            <w:r/>
            <w:r>
              <w:rPr>
                <w:rFonts w:eastAsia="Hiragino Sans" w:ascii="Hiragino Sans" w:hAnsi="Hiragino Sans"/>
                <w:b w:val="0"/>
                <w:sz w:val="18"/>
              </w:rPr>
              <w:t>百万円</w:t>
            </w:r>
          </w:p>
        </w:tc>
        <w:tc>
          <w:tcPr>
            <w:tcW w:type="dxa" w:w="1425"/>
            <w:shd w:val="clear" w:fill="F7F8FA"/>
          </w:tcPr>
          <w:p>
            <w:r/>
            <w:r>
              <w:rPr>
                <w:rFonts w:eastAsia="Hiragino Sans" w:ascii="Hiragino Sans" w:hAnsi="Hiragino Sans"/>
                <w:b w:val="0"/>
                <w:sz w:val="18"/>
              </w:rPr>
              <w:t>30,200</w:t>
            </w:r>
          </w:p>
        </w:tc>
        <w:tc>
          <w:tcPr>
            <w:tcW w:type="dxa" w:w="1425"/>
            <w:shd w:val="clear" w:fill="F7F8FA"/>
          </w:tcPr>
          <w:p>
            <w:r/>
            <w:r>
              <w:rPr>
                <w:rFonts w:eastAsia="Hiragino Sans" w:ascii="Hiragino Sans" w:hAnsi="Hiragino Sans"/>
                <w:b w:val="0"/>
                <w:sz w:val="18"/>
              </w:rPr>
              <w:t>31,400</w:t>
            </w:r>
          </w:p>
        </w:tc>
        <w:tc>
          <w:tcPr>
            <w:tcW w:type="dxa" w:w="1425"/>
            <w:shd w:val="clear" w:fill="F7F8FA"/>
          </w:tcPr>
          <w:p>
            <w:r/>
            <w:r>
              <w:rPr>
                <w:rFonts w:eastAsia="Hiragino Sans" w:ascii="Hiragino Sans" w:hAnsi="Hiragino Sans"/>
                <w:b w:val="0"/>
                <w:sz w:val="18"/>
              </w:rPr>
              <w:t>31,100</w:t>
            </w:r>
          </w:p>
        </w:tc>
        <w:tc>
          <w:tcPr>
            <w:tcW w:type="dxa" w:w="1425"/>
            <w:shd w:val="clear" w:fill="F7F8FA"/>
          </w:tcPr>
          <w:p>
            <w:r/>
            <w:r>
              <w:rPr>
                <w:rFonts w:eastAsia="Hiragino Sans" w:ascii="Hiragino Sans" w:hAnsi="Hiragino Sans"/>
                <w:b w:val="0"/>
                <w:sz w:val="18"/>
              </w:rPr>
              <w:t>31,900</w:t>
            </w:r>
          </w:p>
        </w:tc>
        <w:tc>
          <w:tcPr>
            <w:tcW w:type="dxa" w:w="1425"/>
            <w:shd w:val="clear" w:fill="F7F8FA"/>
          </w:tcPr>
          <w:p>
            <w:r/>
            <w:r>
              <w:rPr>
                <w:rFonts w:eastAsia="Hiragino Sans" w:ascii="Hiragino Sans" w:hAnsi="Hiragino Sans"/>
                <w:b w:val="0"/>
                <w:sz w:val="18"/>
              </w:rPr>
              <w:t>32,400</w:t>
            </w:r>
          </w:p>
        </w:tc>
      </w:tr>
      <w:tr>
        <w:tc>
          <w:tcPr>
            <w:tcW w:type="dxa" w:w="1425"/>
          </w:tcPr>
          <w:p>
            <w:r/>
            <w:r>
              <w:rPr>
                <w:rFonts w:eastAsia="Hiragino Sans" w:ascii="Hiragino Sans" w:hAnsi="Hiragino Sans"/>
                <w:b w:val="0"/>
                <w:sz w:val="18"/>
              </w:rPr>
              <w:t>経常利益</w:t>
            </w:r>
          </w:p>
        </w:tc>
        <w:tc>
          <w:tcPr>
            <w:tcW w:type="dxa" w:w="1425"/>
          </w:tcPr>
          <w:p>
            <w:r/>
            <w:r>
              <w:rPr>
                <w:rFonts w:eastAsia="Hiragino Sans" w:ascii="Hiragino Sans" w:hAnsi="Hiragino Sans"/>
                <w:b w:val="0"/>
                <w:sz w:val="18"/>
              </w:rPr>
              <w:t>百万円</w:t>
            </w:r>
          </w:p>
        </w:tc>
        <w:tc>
          <w:tcPr>
            <w:tcW w:type="dxa" w:w="1425"/>
          </w:tcPr>
          <w:p>
            <w:r/>
            <w:r>
              <w:rPr>
                <w:rFonts w:eastAsia="Hiragino Sans" w:ascii="Hiragino Sans" w:hAnsi="Hiragino Sans"/>
                <w:b w:val="0"/>
                <w:sz w:val="18"/>
              </w:rPr>
              <w:t>2,420</w:t>
            </w:r>
          </w:p>
        </w:tc>
        <w:tc>
          <w:tcPr>
            <w:tcW w:type="dxa" w:w="1425"/>
          </w:tcPr>
          <w:p>
            <w:r/>
            <w:r>
              <w:rPr>
                <w:rFonts w:eastAsia="Hiragino Sans" w:ascii="Hiragino Sans" w:hAnsi="Hiragino Sans"/>
                <w:b w:val="0"/>
                <w:sz w:val="18"/>
              </w:rPr>
              <w:t>2,660</w:t>
            </w:r>
          </w:p>
        </w:tc>
        <w:tc>
          <w:tcPr>
            <w:tcW w:type="dxa" w:w="1425"/>
          </w:tcPr>
          <w:p>
            <w:r/>
            <w:r>
              <w:rPr>
                <w:rFonts w:eastAsia="Hiragino Sans" w:ascii="Hiragino Sans" w:hAnsi="Hiragino Sans"/>
                <w:b w:val="0"/>
                <w:sz w:val="18"/>
              </w:rPr>
              <w:t>2,480</w:t>
            </w:r>
          </w:p>
        </w:tc>
        <w:tc>
          <w:tcPr>
            <w:tcW w:type="dxa" w:w="1425"/>
          </w:tcPr>
          <w:p>
            <w:r/>
            <w:r>
              <w:rPr>
                <w:rFonts w:eastAsia="Hiragino Sans" w:ascii="Hiragino Sans" w:hAnsi="Hiragino Sans"/>
                <w:b w:val="0"/>
                <w:sz w:val="18"/>
              </w:rPr>
              <w:t>2,720</w:t>
            </w:r>
          </w:p>
        </w:tc>
        <w:tc>
          <w:tcPr>
            <w:tcW w:type="dxa" w:w="1425"/>
          </w:tcPr>
          <w:p>
            <w:r/>
            <w:r>
              <w:rPr>
                <w:rFonts w:eastAsia="Hiragino Sans" w:ascii="Hiragino Sans" w:hAnsi="Hiragino Sans"/>
                <w:b w:val="0"/>
                <w:sz w:val="18"/>
              </w:rPr>
              <w:t>2,850</w:t>
            </w:r>
          </w:p>
        </w:tc>
      </w:tr>
      <w:tr>
        <w:tc>
          <w:tcPr>
            <w:tcW w:type="dxa" w:w="1425"/>
            <w:shd w:val="clear" w:fill="F7F8FA"/>
          </w:tcPr>
          <w:p>
            <w:r/>
            <w:r>
              <w:rPr>
                <w:rFonts w:eastAsia="Hiragino Sans" w:ascii="Hiragino Sans" w:hAnsi="Hiragino Sans"/>
                <w:b w:val="0"/>
                <w:sz w:val="18"/>
              </w:rPr>
              <w:t>当期純利益</w:t>
            </w:r>
          </w:p>
        </w:tc>
        <w:tc>
          <w:tcPr>
            <w:tcW w:type="dxa" w:w="1425"/>
            <w:shd w:val="clear" w:fill="F7F8FA"/>
          </w:tcPr>
          <w:p>
            <w:r/>
            <w:r>
              <w:rPr>
                <w:rFonts w:eastAsia="Hiragino Sans" w:ascii="Hiragino Sans" w:hAnsi="Hiragino Sans"/>
                <w:b w:val="0"/>
                <w:sz w:val="18"/>
              </w:rPr>
              <w:t>百万円</w:t>
            </w:r>
          </w:p>
        </w:tc>
        <w:tc>
          <w:tcPr>
            <w:tcW w:type="dxa" w:w="1425"/>
            <w:shd w:val="clear" w:fill="F7F8FA"/>
          </w:tcPr>
          <w:p>
            <w:r/>
            <w:r>
              <w:rPr>
                <w:rFonts w:eastAsia="Hiragino Sans" w:ascii="Hiragino Sans" w:hAnsi="Hiragino Sans"/>
                <w:b w:val="0"/>
                <w:sz w:val="18"/>
              </w:rPr>
              <w:t>1,650</w:t>
            </w:r>
          </w:p>
        </w:tc>
        <w:tc>
          <w:tcPr>
            <w:tcW w:type="dxa" w:w="1425"/>
            <w:shd w:val="clear" w:fill="F7F8FA"/>
          </w:tcPr>
          <w:p>
            <w:r/>
            <w:r>
              <w:rPr>
                <w:rFonts w:eastAsia="Hiragino Sans" w:ascii="Hiragino Sans" w:hAnsi="Hiragino Sans"/>
                <w:b w:val="0"/>
                <w:sz w:val="18"/>
              </w:rPr>
              <w:t>1,820</w:t>
            </w:r>
          </w:p>
        </w:tc>
        <w:tc>
          <w:tcPr>
            <w:tcW w:type="dxa" w:w="1425"/>
            <w:shd w:val="clear" w:fill="F7F8FA"/>
          </w:tcPr>
          <w:p>
            <w:r/>
            <w:r>
              <w:rPr>
                <w:rFonts w:eastAsia="Hiragino Sans" w:ascii="Hiragino Sans" w:hAnsi="Hiragino Sans"/>
                <w:b w:val="0"/>
                <w:sz w:val="18"/>
              </w:rPr>
              <w:t>1,700</w:t>
            </w:r>
          </w:p>
        </w:tc>
        <w:tc>
          <w:tcPr>
            <w:tcW w:type="dxa" w:w="1425"/>
            <w:shd w:val="clear" w:fill="F7F8FA"/>
          </w:tcPr>
          <w:p>
            <w:r/>
            <w:r>
              <w:rPr>
                <w:rFonts w:eastAsia="Hiragino Sans" w:ascii="Hiragino Sans" w:hAnsi="Hiragino Sans"/>
                <w:b w:val="0"/>
                <w:sz w:val="18"/>
              </w:rPr>
              <w:t>1,880</w:t>
            </w:r>
          </w:p>
        </w:tc>
        <w:tc>
          <w:tcPr>
            <w:tcW w:type="dxa" w:w="1425"/>
            <w:shd w:val="clear" w:fill="F7F8FA"/>
          </w:tcPr>
          <w:p>
            <w:r/>
            <w:r>
              <w:rPr>
                <w:rFonts w:eastAsia="Hiragino Sans" w:ascii="Hiragino Sans" w:hAnsi="Hiragino Sans"/>
                <w:b w:val="0"/>
                <w:sz w:val="18"/>
              </w:rPr>
              <w:t>1,980</w:t>
            </w:r>
          </w:p>
        </w:tc>
      </w:tr>
      <w:tr>
        <w:tc>
          <w:tcPr>
            <w:tcW w:type="dxa" w:w="1425"/>
          </w:tcPr>
          <w:p>
            <w:r/>
            <w:r>
              <w:rPr>
                <w:rFonts w:eastAsia="Hiragino Sans" w:ascii="Hiragino Sans" w:hAnsi="Hiragino Sans"/>
                <w:b w:val="0"/>
                <w:sz w:val="18"/>
              </w:rPr>
              <w:t>資本金</w:t>
            </w:r>
          </w:p>
        </w:tc>
        <w:tc>
          <w:tcPr>
            <w:tcW w:type="dxa" w:w="1425"/>
          </w:tcPr>
          <w:p>
            <w:r/>
            <w:r>
              <w:rPr>
                <w:rFonts w:eastAsia="Hiragino Sans" w:ascii="Hiragino Sans" w:hAnsi="Hiragino Sans"/>
                <w:b w:val="0"/>
                <w:sz w:val="18"/>
              </w:rPr>
              <w:t>百万円</w:t>
            </w:r>
          </w:p>
        </w:tc>
        <w:tc>
          <w:tcPr>
            <w:tcW w:type="dxa" w:w="1425"/>
          </w:tcPr>
          <w:p>
            <w:r/>
            <w:r>
              <w:rPr>
                <w:rFonts w:eastAsia="Hiragino Sans" w:ascii="Hiragino Sans" w:hAnsi="Hiragino Sans"/>
                <w:b w:val="0"/>
                <w:sz w:val="18"/>
              </w:rPr>
              <w:t>3,200</w:t>
            </w:r>
          </w:p>
        </w:tc>
        <w:tc>
          <w:tcPr>
            <w:tcW w:type="dxa" w:w="1425"/>
          </w:tcPr>
          <w:p>
            <w:r/>
            <w:r>
              <w:rPr>
                <w:rFonts w:eastAsia="Hiragino Sans" w:ascii="Hiragino Sans" w:hAnsi="Hiragino Sans"/>
                <w:b w:val="0"/>
                <w:sz w:val="18"/>
              </w:rPr>
              <w:t>3,200</w:t>
            </w:r>
          </w:p>
        </w:tc>
        <w:tc>
          <w:tcPr>
            <w:tcW w:type="dxa" w:w="1425"/>
          </w:tcPr>
          <w:p>
            <w:r/>
            <w:r>
              <w:rPr>
                <w:rFonts w:eastAsia="Hiragino Sans" w:ascii="Hiragino Sans" w:hAnsi="Hiragino Sans"/>
                <w:b w:val="0"/>
                <w:sz w:val="18"/>
              </w:rPr>
              <w:t>3,200</w:t>
            </w:r>
          </w:p>
        </w:tc>
        <w:tc>
          <w:tcPr>
            <w:tcW w:type="dxa" w:w="1425"/>
          </w:tcPr>
          <w:p>
            <w:r/>
            <w:r>
              <w:rPr>
                <w:rFonts w:eastAsia="Hiragino Sans" w:ascii="Hiragino Sans" w:hAnsi="Hiragino Sans"/>
                <w:b w:val="0"/>
                <w:sz w:val="18"/>
              </w:rPr>
              <w:t>3,200</w:t>
            </w:r>
          </w:p>
        </w:tc>
        <w:tc>
          <w:tcPr>
            <w:tcW w:type="dxa" w:w="1425"/>
          </w:tcPr>
          <w:p>
            <w:r/>
            <w:r>
              <w:rPr>
                <w:rFonts w:eastAsia="Hiragino Sans" w:ascii="Hiragino Sans" w:hAnsi="Hiragino Sans"/>
                <w:b w:val="0"/>
                <w:sz w:val="18"/>
              </w:rPr>
              <w:t>3,200</w:t>
            </w:r>
          </w:p>
        </w:tc>
      </w:tr>
      <w:tr>
        <w:tc>
          <w:tcPr>
            <w:tcW w:type="dxa" w:w="1425"/>
            <w:shd w:val="clear" w:fill="F7F8FA"/>
          </w:tcPr>
          <w:p>
            <w:r/>
            <w:r>
              <w:rPr>
                <w:rFonts w:eastAsia="Hiragino Sans" w:ascii="Hiragino Sans" w:hAnsi="Hiragino Sans"/>
                <w:b w:val="0"/>
                <w:sz w:val="18"/>
              </w:rPr>
              <w:t>発行済株式総数</w:t>
            </w:r>
          </w:p>
        </w:tc>
        <w:tc>
          <w:tcPr>
            <w:tcW w:type="dxa" w:w="1425"/>
            <w:shd w:val="clear" w:fill="F7F8FA"/>
          </w:tcPr>
          <w:p>
            <w:r/>
            <w:r>
              <w:rPr>
                <w:rFonts w:eastAsia="Hiragino Sans" w:ascii="Hiragino Sans" w:hAnsi="Hiragino Sans"/>
                <w:b w:val="0"/>
                <w:sz w:val="18"/>
              </w:rPr>
              <w:t>千株</w:t>
            </w:r>
          </w:p>
        </w:tc>
        <w:tc>
          <w:tcPr>
            <w:tcW w:type="dxa" w:w="1425"/>
            <w:shd w:val="clear" w:fill="F7F8FA"/>
          </w:tcPr>
          <w:p>
            <w:r/>
            <w:r>
              <w:rPr>
                <w:rFonts w:eastAsia="Hiragino Sans" w:ascii="Hiragino Sans" w:hAnsi="Hiragino Sans"/>
                <w:b w:val="0"/>
                <w:sz w:val="18"/>
              </w:rPr>
              <w:t>26,000</w:t>
            </w:r>
          </w:p>
        </w:tc>
        <w:tc>
          <w:tcPr>
            <w:tcW w:type="dxa" w:w="1425"/>
            <w:shd w:val="clear" w:fill="F7F8FA"/>
          </w:tcPr>
          <w:p>
            <w:r/>
            <w:r>
              <w:rPr>
                <w:rFonts w:eastAsia="Hiragino Sans" w:ascii="Hiragino Sans" w:hAnsi="Hiragino Sans"/>
                <w:b w:val="0"/>
                <w:sz w:val="18"/>
              </w:rPr>
              <w:t>26,000</w:t>
            </w:r>
          </w:p>
        </w:tc>
        <w:tc>
          <w:tcPr>
            <w:tcW w:type="dxa" w:w="1425"/>
            <w:shd w:val="clear" w:fill="F7F8FA"/>
          </w:tcPr>
          <w:p>
            <w:r/>
            <w:r>
              <w:rPr>
                <w:rFonts w:eastAsia="Hiragino Sans" w:ascii="Hiragino Sans" w:hAnsi="Hiragino Sans"/>
                <w:b w:val="0"/>
                <w:sz w:val="18"/>
              </w:rPr>
              <w:t>26,000</w:t>
            </w:r>
          </w:p>
        </w:tc>
        <w:tc>
          <w:tcPr>
            <w:tcW w:type="dxa" w:w="1425"/>
            <w:shd w:val="clear" w:fill="F7F8FA"/>
          </w:tcPr>
          <w:p>
            <w:r/>
            <w:r>
              <w:rPr>
                <w:rFonts w:eastAsia="Hiragino Sans" w:ascii="Hiragino Sans" w:hAnsi="Hiragino Sans"/>
                <w:b w:val="0"/>
                <w:sz w:val="18"/>
              </w:rPr>
              <w:t>26,000</w:t>
            </w:r>
          </w:p>
        </w:tc>
        <w:tc>
          <w:tcPr>
            <w:tcW w:type="dxa" w:w="1425"/>
            <w:shd w:val="clear" w:fill="F7F8FA"/>
          </w:tcPr>
          <w:p>
            <w:r/>
            <w:r>
              <w:rPr>
                <w:rFonts w:eastAsia="Hiragino Sans" w:ascii="Hiragino Sans" w:hAnsi="Hiragino Sans"/>
                <w:b w:val="0"/>
                <w:sz w:val="18"/>
              </w:rPr>
              <w:t>26,000</w:t>
            </w:r>
          </w:p>
        </w:tc>
      </w:tr>
      <w:tr>
        <w:tc>
          <w:tcPr>
            <w:tcW w:type="dxa" w:w="1425"/>
          </w:tcPr>
          <w:p>
            <w:r/>
            <w:r>
              <w:rPr>
                <w:rFonts w:eastAsia="Hiragino Sans" w:ascii="Hiragino Sans" w:hAnsi="Hiragino Sans"/>
                <w:b w:val="0"/>
                <w:sz w:val="18"/>
              </w:rPr>
              <w:t>純資産額</w:t>
            </w:r>
          </w:p>
        </w:tc>
        <w:tc>
          <w:tcPr>
            <w:tcW w:type="dxa" w:w="1425"/>
          </w:tcPr>
          <w:p>
            <w:r/>
            <w:r>
              <w:rPr>
                <w:rFonts w:eastAsia="Hiragino Sans" w:ascii="Hiragino Sans" w:hAnsi="Hiragino Sans"/>
                <w:b w:val="0"/>
                <w:sz w:val="18"/>
              </w:rPr>
              <w:t>百万円</w:t>
            </w:r>
          </w:p>
        </w:tc>
        <w:tc>
          <w:tcPr>
            <w:tcW w:type="dxa" w:w="1425"/>
          </w:tcPr>
          <w:p>
            <w:r/>
            <w:r>
              <w:rPr>
                <w:rFonts w:eastAsia="Hiragino Sans" w:ascii="Hiragino Sans" w:hAnsi="Hiragino Sans"/>
                <w:b w:val="0"/>
                <w:sz w:val="18"/>
              </w:rPr>
              <w:t>24,900</w:t>
            </w:r>
          </w:p>
        </w:tc>
        <w:tc>
          <w:tcPr>
            <w:tcW w:type="dxa" w:w="1425"/>
          </w:tcPr>
          <w:p>
            <w:r/>
            <w:r>
              <w:rPr>
                <w:rFonts w:eastAsia="Hiragino Sans" w:ascii="Hiragino Sans" w:hAnsi="Hiragino Sans"/>
                <w:b w:val="0"/>
                <w:sz w:val="18"/>
              </w:rPr>
              <w:t>25,700</w:t>
            </w:r>
          </w:p>
        </w:tc>
        <w:tc>
          <w:tcPr>
            <w:tcW w:type="dxa" w:w="1425"/>
          </w:tcPr>
          <w:p>
            <w:r/>
            <w:r>
              <w:rPr>
                <w:rFonts w:eastAsia="Hiragino Sans" w:ascii="Hiragino Sans" w:hAnsi="Hiragino Sans"/>
                <w:b w:val="0"/>
                <w:sz w:val="18"/>
              </w:rPr>
              <w:t>26,300</w:t>
            </w:r>
          </w:p>
        </w:tc>
        <w:tc>
          <w:tcPr>
            <w:tcW w:type="dxa" w:w="1425"/>
          </w:tcPr>
          <w:p>
            <w:r/>
            <w:r>
              <w:rPr>
                <w:rFonts w:eastAsia="Hiragino Sans" w:ascii="Hiragino Sans" w:hAnsi="Hiragino Sans"/>
                <w:b w:val="0"/>
                <w:sz w:val="18"/>
              </w:rPr>
              <w:t>27,300</w:t>
            </w:r>
          </w:p>
        </w:tc>
        <w:tc>
          <w:tcPr>
            <w:tcW w:type="dxa" w:w="1425"/>
          </w:tcPr>
          <w:p>
            <w:r/>
            <w:r>
              <w:rPr>
                <w:rFonts w:eastAsia="Hiragino Sans" w:ascii="Hiragino Sans" w:hAnsi="Hiragino Sans"/>
                <w:b w:val="0"/>
                <w:sz w:val="18"/>
              </w:rPr>
              <w:t>28,100</w:t>
            </w:r>
          </w:p>
        </w:tc>
      </w:tr>
      <w:tr>
        <w:tc>
          <w:tcPr>
            <w:tcW w:type="dxa" w:w="1425"/>
            <w:shd w:val="clear" w:fill="F7F8FA"/>
          </w:tcPr>
          <w:p>
            <w:r/>
            <w:r>
              <w:rPr>
                <w:rFonts w:eastAsia="Hiragino Sans" w:ascii="Hiragino Sans" w:hAnsi="Hiragino Sans"/>
                <w:b w:val="0"/>
                <w:sz w:val="18"/>
              </w:rPr>
              <w:t>総資産額</w:t>
            </w:r>
          </w:p>
        </w:tc>
        <w:tc>
          <w:tcPr>
            <w:tcW w:type="dxa" w:w="1425"/>
            <w:shd w:val="clear" w:fill="F7F8FA"/>
          </w:tcPr>
          <w:p>
            <w:r/>
            <w:r>
              <w:rPr>
                <w:rFonts w:eastAsia="Hiragino Sans" w:ascii="Hiragino Sans" w:hAnsi="Hiragino Sans"/>
                <w:b w:val="0"/>
                <w:sz w:val="18"/>
              </w:rPr>
              <w:t>百万円</w:t>
            </w:r>
          </w:p>
        </w:tc>
        <w:tc>
          <w:tcPr>
            <w:tcW w:type="dxa" w:w="1425"/>
            <w:shd w:val="clear" w:fill="F7F8FA"/>
          </w:tcPr>
          <w:p>
            <w:r/>
            <w:r>
              <w:rPr>
                <w:rFonts w:eastAsia="Hiragino Sans" w:ascii="Hiragino Sans" w:hAnsi="Hiragino Sans"/>
                <w:b w:val="0"/>
                <w:sz w:val="18"/>
              </w:rPr>
              <w:t>40,100</w:t>
            </w:r>
          </w:p>
        </w:tc>
        <w:tc>
          <w:tcPr>
            <w:tcW w:type="dxa" w:w="1425"/>
            <w:shd w:val="clear" w:fill="F7F8FA"/>
          </w:tcPr>
          <w:p>
            <w:r/>
            <w:r>
              <w:rPr>
                <w:rFonts w:eastAsia="Hiragino Sans" w:ascii="Hiragino Sans" w:hAnsi="Hiragino Sans"/>
                <w:b w:val="0"/>
                <w:sz w:val="18"/>
              </w:rPr>
              <w:t>41,800</w:t>
            </w:r>
          </w:p>
        </w:tc>
        <w:tc>
          <w:tcPr>
            <w:tcW w:type="dxa" w:w="1425"/>
            <w:shd w:val="clear" w:fill="F7F8FA"/>
          </w:tcPr>
          <w:p>
            <w:r/>
            <w:r>
              <w:rPr>
                <w:rFonts w:eastAsia="Hiragino Sans" w:ascii="Hiragino Sans" w:hAnsi="Hiragino Sans"/>
                <w:b w:val="0"/>
                <w:sz w:val="18"/>
              </w:rPr>
              <w:t>42,600</w:t>
            </w:r>
          </w:p>
        </w:tc>
        <w:tc>
          <w:tcPr>
            <w:tcW w:type="dxa" w:w="1425"/>
            <w:shd w:val="clear" w:fill="F7F8FA"/>
          </w:tcPr>
          <w:p>
            <w:r/>
            <w:r>
              <w:rPr>
                <w:rFonts w:eastAsia="Hiragino Sans" w:ascii="Hiragino Sans" w:hAnsi="Hiragino Sans"/>
                <w:b w:val="0"/>
                <w:sz w:val="18"/>
              </w:rPr>
              <w:t>44,300</w:t>
            </w:r>
          </w:p>
        </w:tc>
        <w:tc>
          <w:tcPr>
            <w:tcW w:type="dxa" w:w="1425"/>
            <w:shd w:val="clear" w:fill="F7F8FA"/>
          </w:tcPr>
          <w:p>
            <w:r/>
            <w:r>
              <w:rPr>
                <w:rFonts w:eastAsia="Hiragino Sans" w:ascii="Hiragino Sans" w:hAnsi="Hiragino Sans"/>
                <w:b w:val="0"/>
                <w:sz w:val="18"/>
              </w:rPr>
              <w:t>45,200</w:t>
            </w:r>
          </w:p>
        </w:tc>
      </w:tr>
      <w:tr>
        <w:tc>
          <w:tcPr>
            <w:tcW w:type="dxa" w:w="1425"/>
          </w:tcPr>
          <w:p>
            <w:r/>
            <w:r>
              <w:rPr>
                <w:rFonts w:eastAsia="Hiragino Sans" w:ascii="Hiragino Sans" w:hAnsi="Hiragino Sans"/>
                <w:b w:val="0"/>
                <w:sz w:val="18"/>
              </w:rPr>
              <w:t>1株当たり純資産額</w:t>
            </w:r>
          </w:p>
        </w:tc>
        <w:tc>
          <w:tcPr>
            <w:tcW w:type="dxa" w:w="1425"/>
          </w:tcPr>
          <w:p>
            <w:r/>
            <w:r>
              <w:rPr>
                <w:rFonts w:eastAsia="Hiragino Sans" w:ascii="Hiragino Sans" w:hAnsi="Hiragino Sans"/>
                <w:b w:val="0"/>
                <w:sz w:val="18"/>
              </w:rPr>
              <w:t>円</w:t>
            </w:r>
          </w:p>
        </w:tc>
        <w:tc>
          <w:tcPr>
            <w:tcW w:type="dxa" w:w="1425"/>
          </w:tcPr>
          <w:p>
            <w:r/>
            <w:r>
              <w:rPr>
                <w:rFonts w:eastAsia="Hiragino Sans" w:ascii="Hiragino Sans" w:hAnsi="Hiragino Sans"/>
                <w:b w:val="0"/>
                <w:sz w:val="18"/>
              </w:rPr>
              <w:t>983.79</w:t>
            </w:r>
          </w:p>
        </w:tc>
        <w:tc>
          <w:tcPr>
            <w:tcW w:type="dxa" w:w="1425"/>
          </w:tcPr>
          <w:p>
            <w:r/>
            <w:r>
              <w:rPr>
                <w:rFonts w:eastAsia="Hiragino Sans" w:ascii="Hiragino Sans" w:hAnsi="Hiragino Sans"/>
                <w:b w:val="0"/>
                <w:sz w:val="18"/>
              </w:rPr>
              <w:t>1,016.15</w:t>
            </w:r>
          </w:p>
        </w:tc>
        <w:tc>
          <w:tcPr>
            <w:tcW w:type="dxa" w:w="1425"/>
          </w:tcPr>
          <w:p>
            <w:r/>
            <w:r>
              <w:rPr>
                <w:rFonts w:eastAsia="Hiragino Sans" w:ascii="Hiragino Sans" w:hAnsi="Hiragino Sans"/>
                <w:b w:val="0"/>
                <w:sz w:val="18"/>
              </w:rPr>
              <w:t>1,040.96</w:t>
            </w:r>
          </w:p>
        </w:tc>
        <w:tc>
          <w:tcPr>
            <w:tcW w:type="dxa" w:w="1425"/>
          </w:tcPr>
          <w:p>
            <w:r/>
            <w:r>
              <w:rPr>
                <w:rFonts w:eastAsia="Hiragino Sans" w:ascii="Hiragino Sans" w:hAnsi="Hiragino Sans"/>
                <w:b w:val="0"/>
                <w:sz w:val="18"/>
              </w:rPr>
              <w:t>1,081.79</w:t>
            </w:r>
          </w:p>
        </w:tc>
        <w:tc>
          <w:tcPr>
            <w:tcW w:type="dxa" w:w="1425"/>
          </w:tcPr>
          <w:p>
            <w:r/>
            <w:r>
              <w:rPr>
                <w:rFonts w:eastAsia="Hiragino Sans" w:ascii="Hiragino Sans" w:hAnsi="Hiragino Sans"/>
                <w:b w:val="0"/>
                <w:sz w:val="18"/>
              </w:rPr>
              <w:t>1,114.55</w:t>
            </w:r>
          </w:p>
        </w:tc>
      </w:tr>
      <w:tr>
        <w:tc>
          <w:tcPr>
            <w:tcW w:type="dxa" w:w="1425"/>
            <w:shd w:val="clear" w:fill="F7F8FA"/>
          </w:tcPr>
          <w:p>
            <w:r/>
            <w:r>
              <w:rPr>
                <w:rFonts w:eastAsia="Hiragino Sans" w:ascii="Hiragino Sans" w:hAnsi="Hiragino Sans"/>
                <w:b w:val="0"/>
                <w:sz w:val="18"/>
              </w:rPr>
              <w:t>1株当たり配当額（うち中間配当額）</w:t>
            </w:r>
          </w:p>
        </w:tc>
        <w:tc>
          <w:tcPr>
            <w:tcW w:type="dxa" w:w="1425"/>
            <w:shd w:val="clear" w:fill="F7F8FA"/>
          </w:tcPr>
          <w:p>
            <w:r/>
            <w:r>
              <w:rPr>
                <w:rFonts w:eastAsia="Hiragino Sans" w:ascii="Hiragino Sans" w:hAnsi="Hiragino Sans"/>
                <w:b w:val="0"/>
                <w:sz w:val="18"/>
              </w:rPr>
              <w:t>円</w:t>
            </w:r>
          </w:p>
        </w:tc>
        <w:tc>
          <w:tcPr>
            <w:tcW w:type="dxa" w:w="1425"/>
            <w:shd w:val="clear" w:fill="F7F8FA"/>
          </w:tcPr>
          <w:p>
            <w:r/>
            <w:r>
              <w:rPr>
                <w:rFonts w:eastAsia="Hiragino Sans" w:ascii="Hiragino Sans" w:hAnsi="Hiragino Sans"/>
                <w:b w:val="0"/>
                <w:sz w:val="18"/>
              </w:rPr>
              <w:t>24 (11)</w:t>
            </w:r>
          </w:p>
        </w:tc>
        <w:tc>
          <w:tcPr>
            <w:tcW w:type="dxa" w:w="1425"/>
            <w:shd w:val="clear" w:fill="F7F8FA"/>
          </w:tcPr>
          <w:p>
            <w:r/>
            <w:r>
              <w:rPr>
                <w:rFonts w:eastAsia="Hiragino Sans" w:ascii="Hiragino Sans" w:hAnsi="Hiragino Sans"/>
                <w:b w:val="0"/>
                <w:sz w:val="18"/>
              </w:rPr>
              <w:t>26 (12)</w:t>
            </w:r>
          </w:p>
        </w:tc>
        <w:tc>
          <w:tcPr>
            <w:tcW w:type="dxa" w:w="1425"/>
            <w:shd w:val="clear" w:fill="F7F8FA"/>
          </w:tcPr>
          <w:p>
            <w:r/>
            <w:r>
              <w:rPr>
                <w:rFonts w:eastAsia="Hiragino Sans" w:ascii="Hiragino Sans" w:hAnsi="Hiragino Sans"/>
                <w:b w:val="0"/>
                <w:sz w:val="18"/>
              </w:rPr>
              <w:t>26 (12)</w:t>
            </w:r>
          </w:p>
        </w:tc>
        <w:tc>
          <w:tcPr>
            <w:tcW w:type="dxa" w:w="1425"/>
            <w:shd w:val="clear" w:fill="F7F8FA"/>
          </w:tcPr>
          <w:p>
            <w:r/>
            <w:r>
              <w:rPr>
                <w:rFonts w:eastAsia="Hiragino Sans" w:ascii="Hiragino Sans" w:hAnsi="Hiragino Sans"/>
                <w:b w:val="0"/>
                <w:sz w:val="18"/>
              </w:rPr>
              <w:t>30 (14)</w:t>
            </w:r>
          </w:p>
        </w:tc>
        <w:tc>
          <w:tcPr>
            <w:tcW w:type="dxa" w:w="1425"/>
            <w:shd w:val="clear" w:fill="F7F8FA"/>
          </w:tcPr>
          <w:p>
            <w:r/>
            <w:r>
              <w:rPr>
                <w:rFonts w:eastAsia="Hiragino Sans" w:ascii="Hiragino Sans" w:hAnsi="Hiragino Sans"/>
                <w:b w:val="0"/>
                <w:sz w:val="18"/>
              </w:rPr>
              <w:t>34 (17)</w:t>
            </w:r>
          </w:p>
        </w:tc>
      </w:tr>
      <w:tr>
        <w:tc>
          <w:tcPr>
            <w:tcW w:type="dxa" w:w="1425"/>
          </w:tcPr>
          <w:p>
            <w:r/>
            <w:r>
              <w:rPr>
                <w:rFonts w:eastAsia="Hiragino Sans" w:ascii="Hiragino Sans" w:hAnsi="Hiragino Sans"/>
                <w:b w:val="0"/>
                <w:sz w:val="18"/>
              </w:rPr>
              <w:t>1株当たり当期純利益</w:t>
            </w:r>
          </w:p>
        </w:tc>
        <w:tc>
          <w:tcPr>
            <w:tcW w:type="dxa" w:w="1425"/>
          </w:tcPr>
          <w:p>
            <w:r/>
            <w:r>
              <w:rPr>
                <w:rFonts w:eastAsia="Hiragino Sans" w:ascii="Hiragino Sans" w:hAnsi="Hiragino Sans"/>
                <w:b w:val="0"/>
                <w:sz w:val="18"/>
              </w:rPr>
              <w:t>円</w:t>
            </w:r>
          </w:p>
        </w:tc>
        <w:tc>
          <w:tcPr>
            <w:tcW w:type="dxa" w:w="1425"/>
          </w:tcPr>
          <w:p>
            <w:r/>
            <w:r>
              <w:rPr>
                <w:rFonts w:eastAsia="Hiragino Sans" w:ascii="Hiragino Sans" w:hAnsi="Hiragino Sans"/>
                <w:b w:val="0"/>
                <w:sz w:val="18"/>
              </w:rPr>
              <w:t>65.18</w:t>
            </w:r>
          </w:p>
        </w:tc>
        <w:tc>
          <w:tcPr>
            <w:tcW w:type="dxa" w:w="1425"/>
          </w:tcPr>
          <w:p>
            <w:r/>
            <w:r>
              <w:rPr>
                <w:rFonts w:eastAsia="Hiragino Sans" w:ascii="Hiragino Sans" w:hAnsi="Hiragino Sans"/>
                <w:b w:val="0"/>
                <w:sz w:val="18"/>
              </w:rPr>
              <w:t>71.98</w:t>
            </w:r>
          </w:p>
        </w:tc>
        <w:tc>
          <w:tcPr>
            <w:tcW w:type="dxa" w:w="1425"/>
          </w:tcPr>
          <w:p>
            <w:r/>
            <w:r>
              <w:rPr>
                <w:rFonts w:eastAsia="Hiragino Sans" w:ascii="Hiragino Sans" w:hAnsi="Hiragino Sans"/>
                <w:b w:val="0"/>
                <w:sz w:val="18"/>
              </w:rPr>
              <w:t>67.31</w:t>
            </w:r>
          </w:p>
        </w:tc>
        <w:tc>
          <w:tcPr>
            <w:tcW w:type="dxa" w:w="1425"/>
          </w:tcPr>
          <w:p>
            <w:r/>
            <w:r>
              <w:rPr>
                <w:rFonts w:eastAsia="Hiragino Sans" w:ascii="Hiragino Sans" w:hAnsi="Hiragino Sans"/>
                <w:b w:val="0"/>
                <w:sz w:val="18"/>
              </w:rPr>
              <w:t>74.54</w:t>
            </w:r>
          </w:p>
        </w:tc>
        <w:tc>
          <w:tcPr>
            <w:tcW w:type="dxa" w:w="1425"/>
          </w:tcPr>
          <w:p>
            <w:r/>
            <w:r>
              <w:rPr>
                <w:rFonts w:eastAsia="Hiragino Sans" w:ascii="Hiragino Sans" w:hAnsi="Hiragino Sans"/>
                <w:b w:val="0"/>
                <w:sz w:val="18"/>
              </w:rPr>
              <w:t>78.62</w:t>
            </w:r>
          </w:p>
        </w:tc>
      </w:tr>
      <w:tr>
        <w:tc>
          <w:tcPr>
            <w:tcW w:type="dxa" w:w="1425"/>
            <w:shd w:val="clear" w:fill="F7F8FA"/>
          </w:tcPr>
          <w:p>
            <w:r/>
            <w:r>
              <w:rPr>
                <w:rFonts w:eastAsia="Hiragino Sans" w:ascii="Hiragino Sans" w:hAnsi="Hiragino Sans"/>
                <w:b w:val="0"/>
                <w:sz w:val="18"/>
              </w:rPr>
              <w:t>自己資本比率</w:t>
            </w:r>
          </w:p>
        </w:tc>
        <w:tc>
          <w:tcPr>
            <w:tcW w:type="dxa" w:w="1425"/>
            <w:shd w:val="clear" w:fill="F7F8FA"/>
          </w:tcPr>
          <w:p>
            <w:r/>
            <w:r>
              <w:rPr>
                <w:rFonts w:eastAsia="Hiragino Sans" w:ascii="Hiragino Sans" w:hAnsi="Hiragino Sans"/>
                <w:b w:val="0"/>
                <w:sz w:val="18"/>
              </w:rPr>
              <w:t>%</w:t>
            </w:r>
          </w:p>
        </w:tc>
        <w:tc>
          <w:tcPr>
            <w:tcW w:type="dxa" w:w="1425"/>
            <w:shd w:val="clear" w:fill="F7F8FA"/>
          </w:tcPr>
          <w:p>
            <w:r/>
            <w:r>
              <w:rPr>
                <w:rFonts w:eastAsia="Hiragino Sans" w:ascii="Hiragino Sans" w:hAnsi="Hiragino Sans"/>
                <w:b w:val="0"/>
                <w:sz w:val="18"/>
              </w:rPr>
              <w:t>62.1</w:t>
            </w:r>
          </w:p>
        </w:tc>
        <w:tc>
          <w:tcPr>
            <w:tcW w:type="dxa" w:w="1425"/>
            <w:shd w:val="clear" w:fill="F7F8FA"/>
          </w:tcPr>
          <w:p>
            <w:r/>
            <w:r>
              <w:rPr>
                <w:rFonts w:eastAsia="Hiragino Sans" w:ascii="Hiragino Sans" w:hAnsi="Hiragino Sans"/>
                <w:b w:val="0"/>
                <w:sz w:val="18"/>
              </w:rPr>
              <w:t>61.4</w:t>
            </w:r>
          </w:p>
        </w:tc>
        <w:tc>
          <w:tcPr>
            <w:tcW w:type="dxa" w:w="1425"/>
            <w:shd w:val="clear" w:fill="F7F8FA"/>
          </w:tcPr>
          <w:p>
            <w:r/>
            <w:r>
              <w:rPr>
                <w:rFonts w:eastAsia="Hiragino Sans" w:ascii="Hiragino Sans" w:hAnsi="Hiragino Sans"/>
                <w:b w:val="0"/>
                <w:sz w:val="18"/>
              </w:rPr>
              <w:t>61.7</w:t>
            </w:r>
          </w:p>
        </w:tc>
        <w:tc>
          <w:tcPr>
            <w:tcW w:type="dxa" w:w="1425"/>
            <w:shd w:val="clear" w:fill="F7F8FA"/>
          </w:tcPr>
          <w:p>
            <w:r/>
            <w:r>
              <w:rPr>
                <w:rFonts w:eastAsia="Hiragino Sans" w:ascii="Hiragino Sans" w:hAnsi="Hiragino Sans"/>
                <w:b w:val="0"/>
                <w:sz w:val="18"/>
              </w:rPr>
              <w:t>61.6</w:t>
            </w:r>
          </w:p>
        </w:tc>
        <w:tc>
          <w:tcPr>
            <w:tcW w:type="dxa" w:w="1425"/>
            <w:shd w:val="clear" w:fill="F7F8FA"/>
          </w:tcPr>
          <w:p>
            <w:r/>
            <w:r>
              <w:rPr>
                <w:rFonts w:eastAsia="Hiragino Sans" w:ascii="Hiragino Sans" w:hAnsi="Hiragino Sans"/>
                <w:b w:val="0"/>
                <w:sz w:val="18"/>
              </w:rPr>
              <w:t>62.1</w:t>
            </w:r>
          </w:p>
        </w:tc>
      </w:tr>
      <w:tr>
        <w:tc>
          <w:tcPr>
            <w:tcW w:type="dxa" w:w="1425"/>
          </w:tcPr>
          <w:p>
            <w:r/>
            <w:r>
              <w:rPr>
                <w:rFonts w:eastAsia="Hiragino Sans" w:ascii="Hiragino Sans" w:hAnsi="Hiragino Sans"/>
                <w:b w:val="0"/>
                <w:sz w:val="18"/>
              </w:rPr>
              <w:t>自己資本利益率</w:t>
            </w:r>
          </w:p>
        </w:tc>
        <w:tc>
          <w:tcPr>
            <w:tcW w:type="dxa" w:w="1425"/>
          </w:tcPr>
          <w:p>
            <w:r/>
            <w:r>
              <w:rPr>
                <w:rFonts w:eastAsia="Hiragino Sans" w:ascii="Hiragino Sans" w:hAnsi="Hiragino Sans"/>
                <w:b w:val="0"/>
                <w:sz w:val="18"/>
              </w:rPr>
              <w:t>%</w:t>
            </w:r>
          </w:p>
        </w:tc>
        <w:tc>
          <w:tcPr>
            <w:tcW w:type="dxa" w:w="1425"/>
          </w:tcPr>
          <w:p>
            <w:r/>
            <w:r>
              <w:rPr>
                <w:rFonts w:eastAsia="Hiragino Sans" w:ascii="Hiragino Sans" w:hAnsi="Hiragino Sans"/>
                <w:b w:val="0"/>
                <w:sz w:val="18"/>
              </w:rPr>
              <w:t>6.7</w:t>
            </w:r>
          </w:p>
        </w:tc>
        <w:tc>
          <w:tcPr>
            <w:tcW w:type="dxa" w:w="1425"/>
          </w:tcPr>
          <w:p>
            <w:r/>
            <w:r>
              <w:rPr>
                <w:rFonts w:eastAsia="Hiragino Sans" w:ascii="Hiragino Sans" w:hAnsi="Hiragino Sans"/>
                <w:b w:val="0"/>
                <w:sz w:val="18"/>
              </w:rPr>
              <w:t>7.2</w:t>
            </w:r>
          </w:p>
        </w:tc>
        <w:tc>
          <w:tcPr>
            <w:tcW w:type="dxa" w:w="1425"/>
          </w:tcPr>
          <w:p>
            <w:r/>
            <w:r>
              <w:rPr>
                <w:rFonts w:eastAsia="Hiragino Sans" w:ascii="Hiragino Sans" w:hAnsi="Hiragino Sans"/>
                <w:b w:val="0"/>
                <w:sz w:val="18"/>
              </w:rPr>
              <w:t>6.5</w:t>
            </w:r>
          </w:p>
        </w:tc>
        <w:tc>
          <w:tcPr>
            <w:tcW w:type="dxa" w:w="1425"/>
          </w:tcPr>
          <w:p>
            <w:r/>
            <w:r>
              <w:rPr>
                <w:rFonts w:eastAsia="Hiragino Sans" w:ascii="Hiragino Sans" w:hAnsi="Hiragino Sans"/>
                <w:b w:val="0"/>
                <w:sz w:val="18"/>
              </w:rPr>
              <w:t>7.0</w:t>
            </w:r>
          </w:p>
        </w:tc>
        <w:tc>
          <w:tcPr>
            <w:tcW w:type="dxa" w:w="1425"/>
          </w:tcPr>
          <w:p>
            <w:r/>
            <w:r>
              <w:rPr>
                <w:rFonts w:eastAsia="Hiragino Sans" w:ascii="Hiragino Sans" w:hAnsi="Hiragino Sans"/>
                <w:b w:val="0"/>
                <w:sz w:val="18"/>
              </w:rPr>
              <w:t>7.2</w:t>
            </w:r>
          </w:p>
        </w:tc>
      </w:tr>
      <w:tr>
        <w:tc>
          <w:tcPr>
            <w:tcW w:type="dxa" w:w="1425"/>
            <w:shd w:val="clear" w:fill="F7F8FA"/>
          </w:tcPr>
          <w:p>
            <w:r/>
            <w:r>
              <w:rPr>
                <w:rFonts w:eastAsia="Hiragino Sans" w:ascii="Hiragino Sans" w:hAnsi="Hiragino Sans"/>
                <w:b w:val="0"/>
                <w:sz w:val="18"/>
              </w:rPr>
              <w:t>株価収益率</w:t>
            </w:r>
          </w:p>
        </w:tc>
        <w:tc>
          <w:tcPr>
            <w:tcW w:type="dxa" w:w="1425"/>
            <w:shd w:val="clear" w:fill="F7F8FA"/>
          </w:tcPr>
          <w:p>
            <w:r/>
            <w:r>
              <w:rPr>
                <w:rFonts w:eastAsia="Hiragino Sans" w:ascii="Hiragino Sans" w:hAnsi="Hiragino Sans"/>
                <w:b w:val="0"/>
                <w:sz w:val="18"/>
              </w:rPr>
              <w:t>倍</w:t>
            </w:r>
          </w:p>
        </w:tc>
        <w:tc>
          <w:tcPr>
            <w:tcW w:type="dxa" w:w="1425"/>
            <w:shd w:val="clear" w:fill="F7F8FA"/>
          </w:tcPr>
          <w:p>
            <w:r/>
            <w:r>
              <w:rPr>
                <w:rFonts w:eastAsia="Hiragino Sans" w:ascii="Hiragino Sans" w:hAnsi="Hiragino Sans"/>
                <w:b w:val="0"/>
                <w:sz w:val="18"/>
              </w:rPr>
              <w:t>15.0</w:t>
            </w:r>
          </w:p>
        </w:tc>
        <w:tc>
          <w:tcPr>
            <w:tcW w:type="dxa" w:w="1425"/>
            <w:shd w:val="clear" w:fill="F7F8FA"/>
          </w:tcPr>
          <w:p>
            <w:r/>
            <w:r>
              <w:rPr>
                <w:rFonts w:eastAsia="Hiragino Sans" w:ascii="Hiragino Sans" w:hAnsi="Hiragino Sans"/>
                <w:b w:val="0"/>
                <w:sz w:val="18"/>
              </w:rPr>
              <w:t>16.2</w:t>
            </w:r>
          </w:p>
        </w:tc>
        <w:tc>
          <w:tcPr>
            <w:tcW w:type="dxa" w:w="1425"/>
            <w:shd w:val="clear" w:fill="F7F8FA"/>
          </w:tcPr>
          <w:p>
            <w:r/>
            <w:r>
              <w:rPr>
                <w:rFonts w:eastAsia="Hiragino Sans" w:ascii="Hiragino Sans" w:hAnsi="Hiragino Sans"/>
                <w:b w:val="0"/>
                <w:sz w:val="18"/>
              </w:rPr>
              <w:t>17.8</w:t>
            </w:r>
          </w:p>
        </w:tc>
        <w:tc>
          <w:tcPr>
            <w:tcW w:type="dxa" w:w="1425"/>
            <w:shd w:val="clear" w:fill="F7F8FA"/>
          </w:tcPr>
          <w:p>
            <w:r/>
            <w:r>
              <w:rPr>
                <w:rFonts w:eastAsia="Hiragino Sans" w:ascii="Hiragino Sans" w:hAnsi="Hiragino Sans"/>
                <w:b w:val="0"/>
                <w:sz w:val="18"/>
              </w:rPr>
              <w:t>20.4</w:t>
            </w:r>
          </w:p>
        </w:tc>
        <w:tc>
          <w:tcPr>
            <w:tcW w:type="dxa" w:w="1425"/>
            <w:shd w:val="clear" w:fill="F7F8FA"/>
          </w:tcPr>
          <w:p>
            <w:r/>
            <w:r>
              <w:rPr>
                <w:rFonts w:eastAsia="Hiragino Sans" w:ascii="Hiragino Sans" w:hAnsi="Hiragino Sans"/>
                <w:b w:val="0"/>
                <w:sz w:val="18"/>
              </w:rPr>
              <w:t>21.7</w:t>
            </w:r>
          </w:p>
        </w:tc>
      </w:tr>
      <w:tr>
        <w:tc>
          <w:tcPr>
            <w:tcW w:type="dxa" w:w="1425"/>
          </w:tcPr>
          <w:p>
            <w:r/>
            <w:r>
              <w:rPr>
                <w:rFonts w:eastAsia="Hiragino Sans" w:ascii="Hiragino Sans" w:hAnsi="Hiragino Sans"/>
                <w:b w:val="0"/>
                <w:sz w:val="18"/>
              </w:rPr>
              <w:t>配当性向</w:t>
            </w:r>
          </w:p>
        </w:tc>
        <w:tc>
          <w:tcPr>
            <w:tcW w:type="dxa" w:w="1425"/>
          </w:tcPr>
          <w:p>
            <w:r/>
            <w:r>
              <w:rPr>
                <w:rFonts w:eastAsia="Hiragino Sans" w:ascii="Hiragino Sans" w:hAnsi="Hiragino Sans"/>
                <w:b w:val="0"/>
                <w:sz w:val="18"/>
              </w:rPr>
              <w:t>%</w:t>
            </w:r>
          </w:p>
        </w:tc>
        <w:tc>
          <w:tcPr>
            <w:tcW w:type="dxa" w:w="1425"/>
          </w:tcPr>
          <w:p>
            <w:r/>
            <w:r>
              <w:rPr>
                <w:rFonts w:eastAsia="Hiragino Sans" w:ascii="Hiragino Sans" w:hAnsi="Hiragino Sans"/>
                <w:b w:val="0"/>
                <w:sz w:val="18"/>
              </w:rPr>
              <w:t>36.8</w:t>
            </w:r>
          </w:p>
        </w:tc>
        <w:tc>
          <w:tcPr>
            <w:tcW w:type="dxa" w:w="1425"/>
          </w:tcPr>
          <w:p>
            <w:r/>
            <w:r>
              <w:rPr>
                <w:rFonts w:eastAsia="Hiragino Sans" w:ascii="Hiragino Sans" w:hAnsi="Hiragino Sans"/>
                <w:b w:val="0"/>
                <w:sz w:val="18"/>
              </w:rPr>
              <w:t>36.1</w:t>
            </w:r>
          </w:p>
        </w:tc>
        <w:tc>
          <w:tcPr>
            <w:tcW w:type="dxa" w:w="1425"/>
          </w:tcPr>
          <w:p>
            <w:r/>
            <w:r>
              <w:rPr>
                <w:rFonts w:eastAsia="Hiragino Sans" w:ascii="Hiragino Sans" w:hAnsi="Hiragino Sans"/>
                <w:b w:val="0"/>
                <w:sz w:val="18"/>
              </w:rPr>
              <w:t>38.6</w:t>
            </w:r>
          </w:p>
        </w:tc>
        <w:tc>
          <w:tcPr>
            <w:tcW w:type="dxa" w:w="1425"/>
          </w:tcPr>
          <w:p>
            <w:r/>
            <w:r>
              <w:rPr>
                <w:rFonts w:eastAsia="Hiragino Sans" w:ascii="Hiragino Sans" w:hAnsi="Hiragino Sans"/>
                <w:b w:val="0"/>
                <w:sz w:val="18"/>
              </w:rPr>
              <w:t>40.2</w:t>
            </w:r>
          </w:p>
        </w:tc>
        <w:tc>
          <w:tcPr>
            <w:tcW w:type="dxa" w:w="1425"/>
          </w:tcPr>
          <w:p>
            <w:r/>
            <w:r>
              <w:rPr>
                <w:rFonts w:eastAsia="Hiragino Sans" w:ascii="Hiragino Sans" w:hAnsi="Hiragino Sans"/>
                <w:b w:val="0"/>
                <w:sz w:val="18"/>
              </w:rPr>
              <w:t>43.2</w:t>
            </w:r>
          </w:p>
        </w:tc>
      </w:tr>
      <w:tr>
        <w:tc>
          <w:tcPr>
            <w:tcW w:type="dxa" w:w="1425"/>
            <w:shd w:val="clear" w:fill="F7F8FA"/>
          </w:tcPr>
          <w:p>
            <w:r/>
            <w:r>
              <w:rPr>
                <w:rFonts w:eastAsia="Hiragino Sans" w:ascii="Hiragino Sans" w:hAnsi="Hiragino Sans"/>
                <w:b w:val="0"/>
                <w:sz w:val="18"/>
              </w:rPr>
              <w:t>従業員数</w:t>
            </w:r>
          </w:p>
        </w:tc>
        <w:tc>
          <w:tcPr>
            <w:tcW w:type="dxa" w:w="1425"/>
            <w:shd w:val="clear" w:fill="F7F8FA"/>
          </w:tcPr>
          <w:p>
            <w:r/>
            <w:r>
              <w:rPr>
                <w:rFonts w:eastAsia="Hiragino Sans" w:ascii="Hiragino Sans" w:hAnsi="Hiragino Sans"/>
                <w:b w:val="0"/>
                <w:sz w:val="18"/>
              </w:rPr>
              <w:t>名</w:t>
            </w:r>
          </w:p>
        </w:tc>
        <w:tc>
          <w:tcPr>
            <w:tcW w:type="dxa" w:w="1425"/>
            <w:shd w:val="clear" w:fill="F7F8FA"/>
          </w:tcPr>
          <w:p>
            <w:r/>
            <w:r>
              <w:rPr>
                <w:rFonts w:eastAsia="Hiragino Sans" w:ascii="Hiragino Sans" w:hAnsi="Hiragino Sans"/>
                <w:b w:val="0"/>
                <w:sz w:val="18"/>
              </w:rPr>
              <w:t>1,120</w:t>
            </w:r>
          </w:p>
        </w:tc>
        <w:tc>
          <w:tcPr>
            <w:tcW w:type="dxa" w:w="1425"/>
            <w:shd w:val="clear" w:fill="F7F8FA"/>
          </w:tcPr>
          <w:p>
            <w:r/>
            <w:r>
              <w:rPr>
                <w:rFonts w:eastAsia="Hiragino Sans" w:ascii="Hiragino Sans" w:hAnsi="Hiragino Sans"/>
                <w:b w:val="0"/>
                <w:sz w:val="18"/>
              </w:rPr>
              <w:t>1,135</w:t>
            </w:r>
          </w:p>
        </w:tc>
        <w:tc>
          <w:tcPr>
            <w:tcW w:type="dxa" w:w="1425"/>
            <w:shd w:val="clear" w:fill="F7F8FA"/>
          </w:tcPr>
          <w:p>
            <w:r/>
            <w:r>
              <w:rPr>
                <w:rFonts w:eastAsia="Hiragino Sans" w:ascii="Hiragino Sans" w:hAnsi="Hiragino Sans"/>
                <w:b w:val="0"/>
                <w:sz w:val="18"/>
              </w:rPr>
              <w:t>1,150</w:t>
            </w:r>
          </w:p>
        </w:tc>
        <w:tc>
          <w:tcPr>
            <w:tcW w:type="dxa" w:w="1425"/>
            <w:shd w:val="clear" w:fill="F7F8FA"/>
          </w:tcPr>
          <w:p>
            <w:r/>
            <w:r>
              <w:rPr>
                <w:rFonts w:eastAsia="Hiragino Sans" w:ascii="Hiragino Sans" w:hAnsi="Hiragino Sans"/>
                <w:b w:val="0"/>
                <w:sz w:val="18"/>
              </w:rPr>
              <w:t>1,165</w:t>
            </w:r>
          </w:p>
        </w:tc>
        <w:tc>
          <w:tcPr>
            <w:tcW w:type="dxa" w:w="1425"/>
            <w:shd w:val="clear" w:fill="F7F8FA"/>
          </w:tcPr>
          <w:p>
            <w:r/>
            <w:r>
              <w:rPr>
                <w:rFonts w:eastAsia="Hiragino Sans" w:ascii="Hiragino Sans" w:hAnsi="Hiragino Sans"/>
                <w:b w:val="0"/>
                <w:sz w:val="18"/>
              </w:rPr>
              <w:t>1,180</w:t>
            </w:r>
          </w:p>
        </w:tc>
      </w:tr>
      <w:tr>
        <w:tc>
          <w:tcPr>
            <w:tcW w:type="dxa" w:w="1425"/>
          </w:tcPr>
          <w:p>
            <w:r/>
            <w:r>
              <w:rPr>
                <w:rFonts w:eastAsia="Hiragino Sans" w:ascii="Hiragino Sans" w:hAnsi="Hiragino Sans"/>
                <w:b w:val="0"/>
                <w:sz w:val="18"/>
              </w:rPr>
              <w:t>株主総利回り（比較指標：配当込みTOPIX）</w:t>
            </w:r>
          </w:p>
        </w:tc>
        <w:tc>
          <w:tcPr>
            <w:tcW w:type="dxa" w:w="1425"/>
          </w:tcPr>
          <w:p>
            <w:r/>
            <w:r>
              <w:rPr>
                <w:rFonts w:eastAsia="Hiragino Sans" w:ascii="Hiragino Sans" w:hAnsi="Hiragino Sans"/>
                <w:b w:val="0"/>
                <w:sz w:val="18"/>
              </w:rPr>
              <w:t>%</w:t>
            </w:r>
          </w:p>
        </w:tc>
        <w:tc>
          <w:tcPr>
            <w:tcW w:type="dxa" w:w="1425"/>
          </w:tcPr>
          <w:p>
            <w:r/>
            <w:r>
              <w:rPr>
                <w:rFonts w:eastAsia="Hiragino Sans" w:ascii="Hiragino Sans" w:hAnsi="Hiragino Sans"/>
                <w:b w:val="0"/>
                <w:sz w:val="18"/>
              </w:rPr>
              <w:t>104.2 (102.0)</w:t>
            </w:r>
          </w:p>
        </w:tc>
        <w:tc>
          <w:tcPr>
            <w:tcW w:type="dxa" w:w="1425"/>
          </w:tcPr>
          <w:p>
            <w:r/>
            <w:r>
              <w:rPr>
                <w:rFonts w:eastAsia="Hiragino Sans" w:ascii="Hiragino Sans" w:hAnsi="Hiragino Sans"/>
                <w:b w:val="0"/>
                <w:sz w:val="18"/>
              </w:rPr>
              <w:t>119.6 (105.2)</w:t>
            </w:r>
          </w:p>
        </w:tc>
        <w:tc>
          <w:tcPr>
            <w:tcW w:type="dxa" w:w="1425"/>
          </w:tcPr>
          <w:p>
            <w:r/>
            <w:r>
              <w:rPr>
                <w:rFonts w:eastAsia="Hiragino Sans" w:ascii="Hiragino Sans" w:hAnsi="Hiragino Sans"/>
                <w:b w:val="0"/>
                <w:sz w:val="18"/>
              </w:rPr>
              <w:t>118.3 (133.9)</w:t>
            </w:r>
          </w:p>
        </w:tc>
        <w:tc>
          <w:tcPr>
            <w:tcW w:type="dxa" w:w="1425"/>
          </w:tcPr>
          <w:p>
            <w:r/>
            <w:r>
              <w:rPr>
                <w:rFonts w:eastAsia="Hiragino Sans" w:ascii="Hiragino Sans" w:hAnsi="Hiragino Sans"/>
                <w:b w:val="0"/>
                <w:sz w:val="18"/>
              </w:rPr>
              <w:t>143.5 (152.1)</w:t>
            </w:r>
          </w:p>
        </w:tc>
        <w:tc>
          <w:tcPr>
            <w:tcW w:type="dxa" w:w="1425"/>
          </w:tcPr>
          <w:p>
            <w:r/>
            <w:r>
              <w:rPr>
                <w:rFonts w:eastAsia="Hiragino Sans" w:ascii="Hiragino Sans" w:hAnsi="Hiragino Sans"/>
                <w:b w:val="0"/>
                <w:sz w:val="18"/>
              </w:rPr>
              <w:t>160.1 (158.7)</w:t>
            </w:r>
          </w:p>
        </w:tc>
      </w:tr>
      <w:tr>
        <w:tc>
          <w:tcPr>
            <w:tcW w:type="dxa" w:w="1425"/>
            <w:shd w:val="clear" w:fill="F7F8FA"/>
          </w:tcPr>
          <w:p>
            <w:r/>
            <w:r>
              <w:rPr>
                <w:rFonts w:eastAsia="Hiragino Sans" w:ascii="Hiragino Sans" w:hAnsi="Hiragino Sans"/>
                <w:b w:val="0"/>
                <w:sz w:val="18"/>
              </w:rPr>
              <w:t>最高株価</w:t>
            </w:r>
          </w:p>
        </w:tc>
        <w:tc>
          <w:tcPr>
            <w:tcW w:type="dxa" w:w="1425"/>
            <w:shd w:val="clear" w:fill="F7F8FA"/>
          </w:tcPr>
          <w:p>
            <w:r/>
            <w:r>
              <w:rPr>
                <w:rFonts w:eastAsia="Hiragino Sans" w:ascii="Hiragino Sans" w:hAnsi="Hiragino Sans"/>
                <w:b w:val="0"/>
                <w:sz w:val="18"/>
              </w:rPr>
              <w:t>円</w:t>
            </w:r>
          </w:p>
        </w:tc>
        <w:tc>
          <w:tcPr>
            <w:tcW w:type="dxa" w:w="1425"/>
            <w:shd w:val="clear" w:fill="F7F8FA"/>
          </w:tcPr>
          <w:p>
            <w:r/>
            <w:r>
              <w:rPr>
                <w:rFonts w:eastAsia="Hiragino Sans" w:ascii="Hiragino Sans" w:hAnsi="Hiragino Sans"/>
                <w:b w:val="0"/>
                <w:sz w:val="18"/>
              </w:rPr>
              <w:t>1,180</w:t>
            </w:r>
          </w:p>
        </w:tc>
        <w:tc>
          <w:tcPr>
            <w:tcW w:type="dxa" w:w="1425"/>
            <w:shd w:val="clear" w:fill="F7F8FA"/>
          </w:tcPr>
          <w:p>
            <w:r/>
            <w:r>
              <w:rPr>
                <w:rFonts w:eastAsia="Hiragino Sans" w:ascii="Hiragino Sans" w:hAnsi="Hiragino Sans"/>
                <w:b w:val="0"/>
                <w:sz w:val="18"/>
              </w:rPr>
              <w:t>1,420</w:t>
            </w:r>
          </w:p>
        </w:tc>
        <w:tc>
          <w:tcPr>
            <w:tcW w:type="dxa" w:w="1425"/>
            <w:shd w:val="clear" w:fill="F7F8FA"/>
          </w:tcPr>
          <w:p>
            <w:r/>
            <w:r>
              <w:rPr>
                <w:rFonts w:eastAsia="Hiragino Sans" w:ascii="Hiragino Sans" w:hAnsi="Hiragino Sans"/>
                <w:b w:val="0"/>
                <w:sz w:val="18"/>
              </w:rPr>
              <w:t>1,380</w:t>
            </w:r>
          </w:p>
        </w:tc>
        <w:tc>
          <w:tcPr>
            <w:tcW w:type="dxa" w:w="1425"/>
            <w:shd w:val="clear" w:fill="F7F8FA"/>
          </w:tcPr>
          <w:p>
            <w:r/>
            <w:r>
              <w:rPr>
                <w:rFonts w:eastAsia="Hiragino Sans" w:ascii="Hiragino Sans" w:hAnsi="Hiragino Sans"/>
                <w:b w:val="0"/>
                <w:sz w:val="18"/>
              </w:rPr>
              <w:t>1,650</w:t>
            </w:r>
          </w:p>
        </w:tc>
        <w:tc>
          <w:tcPr>
            <w:tcW w:type="dxa" w:w="1425"/>
            <w:shd w:val="clear" w:fill="F7F8FA"/>
          </w:tcPr>
          <w:p>
            <w:r/>
            <w:r>
              <w:rPr>
                <w:rFonts w:eastAsia="Hiragino Sans" w:ascii="Hiragino Sans" w:hAnsi="Hiragino Sans"/>
                <w:b w:val="0"/>
                <w:sz w:val="18"/>
              </w:rPr>
              <w:t>1,780</w:t>
            </w:r>
          </w:p>
        </w:tc>
      </w:tr>
      <w:tr>
        <w:tc>
          <w:tcPr>
            <w:tcW w:type="dxa" w:w="1425"/>
          </w:tcPr>
          <w:p>
            <w:r/>
            <w:r>
              <w:rPr>
                <w:rFonts w:eastAsia="Hiragino Sans" w:ascii="Hiragino Sans" w:hAnsi="Hiragino Sans"/>
                <w:b w:val="0"/>
                <w:sz w:val="18"/>
              </w:rPr>
              <w:t>最低株価</w:t>
            </w:r>
          </w:p>
        </w:tc>
        <w:tc>
          <w:tcPr>
            <w:tcW w:type="dxa" w:w="1425"/>
          </w:tcPr>
          <w:p>
            <w:r/>
            <w:r>
              <w:rPr>
                <w:rFonts w:eastAsia="Hiragino Sans" w:ascii="Hiragino Sans" w:hAnsi="Hiragino Sans"/>
                <w:b w:val="0"/>
                <w:sz w:val="18"/>
              </w:rPr>
              <w:t>円</w:t>
            </w:r>
          </w:p>
        </w:tc>
        <w:tc>
          <w:tcPr>
            <w:tcW w:type="dxa" w:w="1425"/>
          </w:tcPr>
          <w:p>
            <w:r/>
            <w:r>
              <w:rPr>
                <w:rFonts w:eastAsia="Hiragino Sans" w:ascii="Hiragino Sans" w:hAnsi="Hiragino Sans"/>
                <w:b w:val="0"/>
                <w:sz w:val="18"/>
              </w:rPr>
              <w:t>845</w:t>
            </w:r>
          </w:p>
        </w:tc>
        <w:tc>
          <w:tcPr>
            <w:tcW w:type="dxa" w:w="1425"/>
          </w:tcPr>
          <w:p>
            <w:r/>
            <w:r>
              <w:rPr>
                <w:rFonts w:eastAsia="Hiragino Sans" w:ascii="Hiragino Sans" w:hAnsi="Hiragino Sans"/>
                <w:b w:val="0"/>
                <w:sz w:val="18"/>
              </w:rPr>
              <w:t>1,010</w:t>
            </w:r>
          </w:p>
        </w:tc>
        <w:tc>
          <w:tcPr>
            <w:tcW w:type="dxa" w:w="1425"/>
          </w:tcPr>
          <w:p>
            <w:r/>
            <w:r>
              <w:rPr>
                <w:rFonts w:eastAsia="Hiragino Sans" w:ascii="Hiragino Sans" w:hAnsi="Hiragino Sans"/>
                <w:b w:val="0"/>
                <w:sz w:val="18"/>
              </w:rPr>
              <w:t>1,050</w:t>
            </w:r>
          </w:p>
        </w:tc>
        <w:tc>
          <w:tcPr>
            <w:tcW w:type="dxa" w:w="1425"/>
          </w:tcPr>
          <w:p>
            <w:r/>
            <w:r>
              <w:rPr>
                <w:rFonts w:eastAsia="Hiragino Sans" w:ascii="Hiragino Sans" w:hAnsi="Hiragino Sans"/>
                <w:b w:val="0"/>
                <w:sz w:val="18"/>
              </w:rPr>
              <w:t>1,180</w:t>
            </w:r>
          </w:p>
        </w:tc>
        <w:tc>
          <w:tcPr>
            <w:tcW w:type="dxa" w:w="1425"/>
          </w:tcPr>
          <w:p>
            <w:r/>
            <w:r>
              <w:rPr>
                <w:rFonts w:eastAsia="Hiragino Sans" w:ascii="Hiragino Sans" w:hAnsi="Hiragino Sans"/>
                <w:b w:val="0"/>
                <w:sz w:val="18"/>
              </w:rPr>
              <w:t>1,390</w:t>
            </w:r>
          </w:p>
        </w:tc>
      </w:tr>
    </w:tbl>
    <w:p>
      <w:pPr>
        <w:spacing w:after="40"/>
      </w:pPr>
    </w:p>
    <w:p>
      <w:pPr>
        <w:pStyle w:val="ListBullet"/>
        <w:ind w:left="240"/>
      </w:pPr>
      <w:r>
        <w:rPr>
          <w:rFonts w:eastAsia="Hiragino Sans" w:ascii="Hiragino Sans" w:hAnsi="Hiragino Sans"/>
          <w:b w:val="0"/>
          <w:sz w:val="20"/>
        </w:rPr>
        <w:t>（注）1. 最高・最低株価は、2022年4月3日以前は東京証券取引所市場第一部、それ以降は東京証券取引所プライム市場におけるものであります。</w:t>
      </w:r>
    </w:p>
    <w:p>
      <w:pPr>
        <w:pStyle w:val="ListBullet"/>
        <w:ind w:left="240"/>
      </w:pPr>
      <w:r>
        <w:rPr>
          <w:rFonts w:eastAsia="Hiragino Sans" w:ascii="Hiragino Sans" w:hAnsi="Hiragino Sans"/>
          <w:b w:val="0"/>
          <w:sz w:val="20"/>
        </w:rPr>
        <w:t>（注）2. 株主総利回りは、2021年3月末の株価を基準とし、配当込みの株価上昇率により算定しております。</w:t>
      </w:r>
    </w:p>
    <w:p>
      <w:pPr>
        <w:pStyle w:val="ListBullet"/>
        <w:ind w:left="240"/>
      </w:pPr>
      <w:r>
        <w:rPr>
          <w:rFonts w:eastAsia="Hiragino Sans" w:ascii="Hiragino Sans" w:hAnsi="Hiragino Sans"/>
          <w:b w:val="0"/>
          <w:sz w:val="20"/>
        </w:rPr>
        <w:t>（注）3. 1株当たり純資産額は、純資産の部の合計額から新株予約権を控除した金額を、期末発行済株式数（自己株式控除後）で除して算定しております（連結・提出会社共通）。1株当たり当期純利益は期中平均株式数25,185千株により算定しております。</w:t>
      </w:r>
    </w:p>
    <w:p>
      <w:pPr>
        <w:ind w:left="120"/>
        <w:shd w:val="clear" w:fill="F3F4F6"/>
        <w:pBdr>
          <w:left w:val="single" w:sz="18" w:space="6" w:color="24406B"/>
        </w:pBdr>
      </w:pPr>
      <w:r>
        <w:rPr>
          <w:rFonts w:eastAsia="Hiragino Sans" w:ascii="Hiragino Sans" w:hAnsi="Hiragino Sans"/>
          <w:b w:val="0"/>
          <w:i/>
          <w:color w:val="444444"/>
          <w:sz w:val="18"/>
        </w:rPr>
        <w:t>チェック観点: 1株当たり指標は期中平均株式数（自己株式控除後）で再計算し、連結・単体の整合を確認。株主総利回りの基準時点と比較指標の記載漏れに注意。</w:t>
      </w:r>
    </w:p>
    <w:p>
      <w:pPr>
        <w:ind w:left="120"/>
        <w:shd w:val="clear" w:fill="F3F4F6"/>
        <w:pBdr>
          <w:left w:val="single" w:sz="18" w:space="6" w:color="24406B"/>
        </w:pBdr>
      </w:pPr>
      <w:r>
        <w:rPr>
          <w:rFonts w:eastAsia="Hiragino Sans" w:ascii="Hiragino Sans" w:hAnsi="Hiragino Sans"/>
          <w:b w:val="0"/>
          <w:i/>
          <w:color w:val="444444"/>
          <w:sz w:val="18"/>
        </w:rPr>
        <w:t>XBRL: jpcrp_cor:NetSalesSummaryOfBusinessResults ほか、経年5期分のコンテキスト設定（Prior4YearDuration〜CurrentYearDuration）を確認。</w:t>
      </w:r>
    </w:p>
    <w:p>
      <w:pPr>
        <w:pStyle w:val="Heading2"/>
      </w:pPr>
      <w:r>
        <w:t>2【沿革】</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年月</w:t>
            </w:r>
          </w:p>
        </w:tc>
        <w:tc>
          <w:tcPr>
            <w:tcW w:type="dxa" w:w="4986"/>
            <w:shd w:val="clear" w:fill="24406B"/>
          </w:tcPr>
          <w:p>
            <w:r/>
            <w:r>
              <w:rPr>
                <w:rFonts w:eastAsia="Hiragino Sans" w:ascii="Hiragino Sans" w:hAnsi="Hiragino Sans"/>
                <w:b/>
                <w:color w:val="FFFFFF"/>
                <w:sz w:val="18"/>
              </w:rPr>
              <w:t>事項</w:t>
            </w:r>
          </w:p>
        </w:tc>
      </w:tr>
      <w:tr>
        <w:tc>
          <w:tcPr>
            <w:tcW w:type="dxa" w:w="4986"/>
          </w:tcPr>
          <w:p>
            <w:r/>
            <w:r>
              <w:rPr>
                <w:rFonts w:eastAsia="Hiragino Sans" w:ascii="Hiragino Sans" w:hAnsi="Hiragino Sans"/>
                <w:b w:val="0"/>
                <w:sz w:val="18"/>
              </w:rPr>
              <w:t>1998年6月</w:t>
            </w:r>
          </w:p>
        </w:tc>
        <w:tc>
          <w:tcPr>
            <w:tcW w:type="dxa" w:w="4986"/>
          </w:tcPr>
          <w:p>
            <w:r/>
            <w:r>
              <w:rPr>
                <w:rFonts w:eastAsia="Hiragino Sans" w:ascii="Hiragino Sans" w:hAnsi="Hiragino Sans"/>
                <w:b w:val="0"/>
                <w:sz w:val="18"/>
              </w:rPr>
              <w:t>精密切削加工部品の製造販売を目的として、長野県諏訪市にサンプル製造株式会社を設立（資本金30百万円）</w:t>
            </w:r>
          </w:p>
        </w:tc>
      </w:tr>
      <w:tr>
        <w:tc>
          <w:tcPr>
            <w:tcW w:type="dxa" w:w="4986"/>
            <w:shd w:val="clear" w:fill="F7F8FA"/>
          </w:tcPr>
          <w:p>
            <w:r/>
            <w:r>
              <w:rPr>
                <w:rFonts w:eastAsia="Hiragino Sans" w:ascii="Hiragino Sans" w:hAnsi="Hiragino Sans"/>
                <w:b w:val="0"/>
                <w:sz w:val="18"/>
              </w:rPr>
              <w:t>2000年4月</w:t>
            </w:r>
          </w:p>
        </w:tc>
        <w:tc>
          <w:tcPr>
            <w:tcW w:type="dxa" w:w="4986"/>
            <w:shd w:val="clear" w:fill="F7F8FA"/>
          </w:tcPr>
          <w:p>
            <w:r/>
            <w:r>
              <w:rPr>
                <w:rFonts w:eastAsia="Hiragino Sans" w:ascii="Hiragino Sans" w:hAnsi="Hiragino Sans"/>
                <w:b w:val="0"/>
                <w:sz w:val="18"/>
              </w:rPr>
              <w:t>諏訪工場を新設し、時計・計測機器向け精密部品の量産を開始</w:t>
            </w:r>
          </w:p>
        </w:tc>
      </w:tr>
      <w:tr>
        <w:tc>
          <w:tcPr>
            <w:tcW w:type="dxa" w:w="4986"/>
          </w:tcPr>
          <w:p>
            <w:r/>
            <w:r>
              <w:rPr>
                <w:rFonts w:eastAsia="Hiragino Sans" w:ascii="Hiragino Sans" w:hAnsi="Hiragino Sans"/>
                <w:b w:val="0"/>
                <w:sz w:val="18"/>
              </w:rPr>
              <w:t>2003年10月</w:t>
            </w:r>
          </w:p>
        </w:tc>
        <w:tc>
          <w:tcPr>
            <w:tcW w:type="dxa" w:w="4986"/>
          </w:tcPr>
          <w:p>
            <w:r/>
            <w:r>
              <w:rPr>
                <w:rFonts w:eastAsia="Hiragino Sans" w:ascii="Hiragino Sans" w:hAnsi="Hiragino Sans"/>
                <w:b w:val="0"/>
                <w:sz w:val="18"/>
              </w:rPr>
              <w:t>品質マネジメントシステム ISO9001 認証取得</w:t>
            </w:r>
          </w:p>
        </w:tc>
      </w:tr>
      <w:tr>
        <w:tc>
          <w:tcPr>
            <w:tcW w:type="dxa" w:w="4986"/>
            <w:shd w:val="clear" w:fill="F7F8FA"/>
          </w:tcPr>
          <w:p>
            <w:r/>
            <w:r>
              <w:rPr>
                <w:rFonts w:eastAsia="Hiragino Sans" w:ascii="Hiragino Sans" w:hAnsi="Hiragino Sans"/>
                <w:b w:val="0"/>
                <w:sz w:val="18"/>
              </w:rPr>
              <w:t>2005年4月</w:t>
            </w:r>
          </w:p>
        </w:tc>
        <w:tc>
          <w:tcPr>
            <w:tcW w:type="dxa" w:w="4986"/>
            <w:shd w:val="clear" w:fill="F7F8FA"/>
          </w:tcPr>
          <w:p>
            <w:r/>
            <w:r>
              <w:rPr>
                <w:rFonts w:eastAsia="Hiragino Sans" w:ascii="Hiragino Sans" w:hAnsi="Hiragino Sans"/>
                <w:b w:val="0"/>
                <w:sz w:val="18"/>
              </w:rPr>
              <w:t>電子部品事業に進出、長野県伊那市に伊那工場を新設</w:t>
            </w:r>
          </w:p>
        </w:tc>
      </w:tr>
      <w:tr>
        <w:tc>
          <w:tcPr>
            <w:tcW w:type="dxa" w:w="4986"/>
          </w:tcPr>
          <w:p>
            <w:r/>
            <w:r>
              <w:rPr>
                <w:rFonts w:eastAsia="Hiragino Sans" w:ascii="Hiragino Sans" w:hAnsi="Hiragino Sans"/>
                <w:b w:val="0"/>
                <w:sz w:val="18"/>
              </w:rPr>
              <w:t>2007年9月</w:t>
            </w:r>
          </w:p>
        </w:tc>
        <w:tc>
          <w:tcPr>
            <w:tcW w:type="dxa" w:w="4986"/>
          </w:tcPr>
          <w:p>
            <w:r/>
            <w:r>
              <w:rPr>
                <w:rFonts w:eastAsia="Hiragino Sans" w:ascii="Hiragino Sans" w:hAnsi="Hiragino Sans"/>
                <w:b w:val="0"/>
                <w:sz w:val="18"/>
              </w:rPr>
              <w:t>ジャスダック証券取引所に株式を上場</w:t>
            </w:r>
          </w:p>
        </w:tc>
      </w:tr>
      <w:tr>
        <w:tc>
          <w:tcPr>
            <w:tcW w:type="dxa" w:w="4986"/>
            <w:shd w:val="clear" w:fill="F7F8FA"/>
          </w:tcPr>
          <w:p>
            <w:r/>
            <w:r>
              <w:rPr>
                <w:rFonts w:eastAsia="Hiragino Sans" w:ascii="Hiragino Sans" w:hAnsi="Hiragino Sans"/>
                <w:b w:val="0"/>
                <w:sz w:val="18"/>
              </w:rPr>
              <w:t>2009年2月</w:t>
            </w:r>
          </w:p>
        </w:tc>
        <w:tc>
          <w:tcPr>
            <w:tcW w:type="dxa" w:w="4986"/>
            <w:shd w:val="clear" w:fill="F7F8FA"/>
          </w:tcPr>
          <w:p>
            <w:r/>
            <w:r>
              <w:rPr>
                <w:rFonts w:eastAsia="Hiragino Sans" w:ascii="Hiragino Sans" w:hAnsi="Hiragino Sans"/>
                <w:b w:val="0"/>
                <w:sz w:val="18"/>
              </w:rPr>
              <w:t>精密金型メーカーのサンプル精機株式会社の株式を取得し子会社化</w:t>
            </w:r>
          </w:p>
        </w:tc>
      </w:tr>
      <w:tr>
        <w:tc>
          <w:tcPr>
            <w:tcW w:type="dxa" w:w="4986"/>
          </w:tcPr>
          <w:p>
            <w:r/>
            <w:r>
              <w:rPr>
                <w:rFonts w:eastAsia="Hiragino Sans" w:ascii="Hiragino Sans" w:hAnsi="Hiragino Sans"/>
                <w:b w:val="0"/>
                <w:sz w:val="18"/>
              </w:rPr>
              <w:t>2010年8月</w:t>
            </w:r>
          </w:p>
        </w:tc>
        <w:tc>
          <w:tcPr>
            <w:tcW w:type="dxa" w:w="4986"/>
          </w:tcPr>
          <w:p>
            <w:r/>
            <w:r>
              <w:rPr>
                <w:rFonts w:eastAsia="Hiragino Sans" w:ascii="Hiragino Sans" w:hAnsi="Hiragino Sans"/>
                <w:b w:val="0"/>
                <w:sz w:val="18"/>
              </w:rPr>
              <w:t>タイ王国に Sample Precision (Thailand) Co., Ltd. を設立（精密機器部品の製造）</w:t>
            </w:r>
          </w:p>
        </w:tc>
      </w:tr>
      <w:tr>
        <w:tc>
          <w:tcPr>
            <w:tcW w:type="dxa" w:w="4986"/>
            <w:shd w:val="clear" w:fill="F7F8FA"/>
          </w:tcPr>
          <w:p>
            <w:r/>
            <w:r>
              <w:rPr>
                <w:rFonts w:eastAsia="Hiragino Sans" w:ascii="Hiragino Sans" w:hAnsi="Hiragino Sans"/>
                <w:b w:val="0"/>
                <w:sz w:val="18"/>
              </w:rPr>
              <w:t>2012年4月</w:t>
            </w:r>
          </w:p>
        </w:tc>
        <w:tc>
          <w:tcPr>
            <w:tcW w:type="dxa" w:w="4986"/>
            <w:shd w:val="clear" w:fill="F7F8FA"/>
          </w:tcPr>
          <w:p>
            <w:r/>
            <w:r>
              <w:rPr>
                <w:rFonts w:eastAsia="Hiragino Sans" w:ascii="Hiragino Sans" w:hAnsi="Hiragino Sans"/>
                <w:b w:val="0"/>
                <w:sz w:val="18"/>
              </w:rPr>
              <w:t>福岡県飯塚市に九州工場を新設、サンプルエレクトロニクス株式会社を設立し電子部品製造を移管</w:t>
            </w:r>
          </w:p>
        </w:tc>
      </w:tr>
      <w:tr>
        <w:tc>
          <w:tcPr>
            <w:tcW w:type="dxa" w:w="4986"/>
          </w:tcPr>
          <w:p>
            <w:r/>
            <w:r>
              <w:rPr>
                <w:rFonts w:eastAsia="Hiragino Sans" w:ascii="Hiragino Sans" w:hAnsi="Hiragino Sans"/>
                <w:b w:val="0"/>
                <w:sz w:val="18"/>
              </w:rPr>
              <w:t>2013年11月</w:t>
            </w:r>
          </w:p>
        </w:tc>
        <w:tc>
          <w:tcPr>
            <w:tcW w:type="dxa" w:w="4986"/>
          </w:tcPr>
          <w:p>
            <w:r/>
            <w:r>
              <w:rPr>
                <w:rFonts w:eastAsia="Hiragino Sans" w:ascii="Hiragino Sans" w:hAnsi="Hiragino Sans"/>
                <w:b w:val="0"/>
                <w:sz w:val="18"/>
              </w:rPr>
              <w:t>中国上海市に Sample Electronics (Shanghai) Co., Ltd. を設立（電子部品の製造販売）</w:t>
            </w:r>
          </w:p>
        </w:tc>
      </w:tr>
      <w:tr>
        <w:tc>
          <w:tcPr>
            <w:tcW w:type="dxa" w:w="4986"/>
            <w:shd w:val="clear" w:fill="F7F8FA"/>
          </w:tcPr>
          <w:p>
            <w:r/>
            <w:r>
              <w:rPr>
                <w:rFonts w:eastAsia="Hiragino Sans" w:ascii="Hiragino Sans" w:hAnsi="Hiragino Sans"/>
                <w:b w:val="0"/>
                <w:sz w:val="18"/>
              </w:rPr>
              <w:t>2015年3月</w:t>
            </w:r>
          </w:p>
        </w:tc>
        <w:tc>
          <w:tcPr>
            <w:tcW w:type="dxa" w:w="4986"/>
            <w:shd w:val="clear" w:fill="F7F8FA"/>
          </w:tcPr>
          <w:p>
            <w:r/>
            <w:r>
              <w:rPr>
                <w:rFonts w:eastAsia="Hiragino Sans" w:ascii="Hiragino Sans" w:hAnsi="Hiragino Sans"/>
                <w:b w:val="0"/>
                <w:sz w:val="18"/>
              </w:rPr>
              <w:t>東京証券取引所市場第二部へ市場変更</w:t>
            </w:r>
          </w:p>
        </w:tc>
      </w:tr>
      <w:tr>
        <w:tc>
          <w:tcPr>
            <w:tcW w:type="dxa" w:w="4986"/>
          </w:tcPr>
          <w:p>
            <w:r/>
            <w:r>
              <w:rPr>
                <w:rFonts w:eastAsia="Hiragino Sans" w:ascii="Hiragino Sans" w:hAnsi="Hiragino Sans"/>
                <w:b w:val="0"/>
                <w:sz w:val="18"/>
              </w:rPr>
              <w:t>2017年3月</w:t>
            </w:r>
          </w:p>
        </w:tc>
        <w:tc>
          <w:tcPr>
            <w:tcW w:type="dxa" w:w="4986"/>
          </w:tcPr>
          <w:p>
            <w:r/>
            <w:r>
              <w:rPr>
                <w:rFonts w:eastAsia="Hiragino Sans" w:ascii="Hiragino Sans" w:hAnsi="Hiragino Sans"/>
                <w:b w:val="0"/>
                <w:sz w:val="18"/>
              </w:rPr>
              <w:t>東京証券取引所市場第一部銘柄に指定、公募増資により資本金3,200百万円</w:t>
            </w:r>
          </w:p>
        </w:tc>
      </w:tr>
      <w:tr>
        <w:tc>
          <w:tcPr>
            <w:tcW w:type="dxa" w:w="4986"/>
            <w:shd w:val="clear" w:fill="F7F8FA"/>
          </w:tcPr>
          <w:p>
            <w:r/>
            <w:r>
              <w:rPr>
                <w:rFonts w:eastAsia="Hiragino Sans" w:ascii="Hiragino Sans" w:hAnsi="Hiragino Sans"/>
                <w:b w:val="0"/>
                <w:sz w:val="18"/>
              </w:rPr>
              <w:t>2018年10月</w:t>
            </w:r>
          </w:p>
        </w:tc>
        <w:tc>
          <w:tcPr>
            <w:tcW w:type="dxa" w:w="4986"/>
            <w:shd w:val="clear" w:fill="F7F8FA"/>
          </w:tcPr>
          <w:p>
            <w:r/>
            <w:r>
              <w:rPr>
                <w:rFonts w:eastAsia="Hiragino Sans" w:ascii="Hiragino Sans" w:hAnsi="Hiragino Sans"/>
                <w:b w:val="0"/>
                <w:sz w:val="18"/>
              </w:rPr>
              <w:t>米国カリフォルニア州に Sample America, Inc. を設立（北米販売拠点）</w:t>
            </w:r>
          </w:p>
        </w:tc>
      </w:tr>
      <w:tr>
        <w:tc>
          <w:tcPr>
            <w:tcW w:type="dxa" w:w="4986"/>
          </w:tcPr>
          <w:p>
            <w:r/>
            <w:r>
              <w:rPr>
                <w:rFonts w:eastAsia="Hiragino Sans" w:ascii="Hiragino Sans" w:hAnsi="Hiragino Sans"/>
                <w:b w:val="0"/>
                <w:sz w:val="18"/>
              </w:rPr>
              <w:t>2019年5月</w:t>
            </w:r>
          </w:p>
        </w:tc>
        <w:tc>
          <w:tcPr>
            <w:tcW w:type="dxa" w:w="4986"/>
          </w:tcPr>
          <w:p>
            <w:r/>
            <w:r>
              <w:rPr>
                <w:rFonts w:eastAsia="Hiragino Sans" w:ascii="Hiragino Sans" w:hAnsi="Hiragino Sans"/>
                <w:b w:val="0"/>
                <w:sz w:val="18"/>
              </w:rPr>
              <w:t>ベトナム社会主義共和国に Sample Precision Vietnam Co., Ltd. を設立（精密機器部品の製造）</w:t>
            </w:r>
          </w:p>
        </w:tc>
      </w:tr>
      <w:tr>
        <w:tc>
          <w:tcPr>
            <w:tcW w:type="dxa" w:w="4986"/>
            <w:shd w:val="clear" w:fill="F7F8FA"/>
          </w:tcPr>
          <w:p>
            <w:r/>
            <w:r>
              <w:rPr>
                <w:rFonts w:eastAsia="Hiragino Sans" w:ascii="Hiragino Sans" w:hAnsi="Hiragino Sans"/>
                <w:b w:val="0"/>
                <w:sz w:val="18"/>
              </w:rPr>
              <w:t>2021年6月</w:t>
            </w:r>
          </w:p>
        </w:tc>
        <w:tc>
          <w:tcPr>
            <w:tcW w:type="dxa" w:w="4986"/>
            <w:shd w:val="clear" w:fill="F7F8FA"/>
          </w:tcPr>
          <w:p>
            <w:r/>
            <w:r>
              <w:rPr>
                <w:rFonts w:eastAsia="Hiragino Sans" w:ascii="Hiragino Sans" w:hAnsi="Hiragino Sans"/>
                <w:b w:val="0"/>
                <w:sz w:val="18"/>
              </w:rPr>
              <w:t>信栄精密工業株式会社へ資本参加（持分法適用関連会社）</w:t>
            </w:r>
          </w:p>
        </w:tc>
      </w:tr>
      <w:tr>
        <w:tc>
          <w:tcPr>
            <w:tcW w:type="dxa" w:w="4986"/>
          </w:tcPr>
          <w:p>
            <w:r/>
            <w:r>
              <w:rPr>
                <w:rFonts w:eastAsia="Hiragino Sans" w:ascii="Hiragino Sans" w:hAnsi="Hiragino Sans"/>
                <w:b w:val="0"/>
                <w:sz w:val="18"/>
              </w:rPr>
              <w:t>2022年4月</w:t>
            </w:r>
          </w:p>
        </w:tc>
        <w:tc>
          <w:tcPr>
            <w:tcW w:type="dxa" w:w="4986"/>
          </w:tcPr>
          <w:p>
            <w:r/>
            <w:r>
              <w:rPr>
                <w:rFonts w:eastAsia="Hiragino Sans" w:ascii="Hiragino Sans" w:hAnsi="Hiragino Sans"/>
                <w:b w:val="0"/>
                <w:sz w:val="18"/>
              </w:rPr>
              <w:t>東京証券取引所の市場区分見直しによりプライム市場へ移行</w:t>
            </w:r>
          </w:p>
        </w:tc>
      </w:tr>
      <w:tr>
        <w:tc>
          <w:tcPr>
            <w:tcW w:type="dxa" w:w="4986"/>
            <w:shd w:val="clear" w:fill="F7F8FA"/>
          </w:tcPr>
          <w:p>
            <w:r/>
            <w:r>
              <w:rPr>
                <w:rFonts w:eastAsia="Hiragino Sans" w:ascii="Hiragino Sans" w:hAnsi="Hiragino Sans"/>
                <w:b w:val="0"/>
                <w:sz w:val="18"/>
              </w:rPr>
              <w:t>2023年7月</w:t>
            </w:r>
          </w:p>
        </w:tc>
        <w:tc>
          <w:tcPr>
            <w:tcW w:type="dxa" w:w="4986"/>
            <w:shd w:val="clear" w:fill="F7F8FA"/>
          </w:tcPr>
          <w:p>
            <w:r/>
            <w:r>
              <w:rPr>
                <w:rFonts w:eastAsia="Hiragino Sans" w:ascii="Hiragino Sans" w:hAnsi="Hiragino Sans"/>
                <w:b w:val="0"/>
                <w:sz w:val="18"/>
              </w:rPr>
              <w:t>サンテック・マテリアルズ株式会社へ資本参加（持分法適用関連会社）</w:t>
            </w:r>
          </w:p>
        </w:tc>
      </w:tr>
      <w:tr>
        <w:tc>
          <w:tcPr>
            <w:tcW w:type="dxa" w:w="4986"/>
          </w:tcPr>
          <w:p>
            <w:r/>
            <w:r>
              <w:rPr>
                <w:rFonts w:eastAsia="Hiragino Sans" w:ascii="Hiragino Sans" w:hAnsi="Hiragino Sans"/>
                <w:b w:val="0"/>
                <w:sz w:val="18"/>
              </w:rPr>
              <w:t>2024年1月</w:t>
            </w:r>
          </w:p>
        </w:tc>
        <w:tc>
          <w:tcPr>
            <w:tcW w:type="dxa" w:w="4986"/>
          </w:tcPr>
          <w:p>
            <w:r/>
            <w:r>
              <w:rPr>
                <w:rFonts w:eastAsia="Hiragino Sans" w:ascii="Hiragino Sans" w:hAnsi="Hiragino Sans"/>
                <w:b w:val="0"/>
                <w:sz w:val="18"/>
              </w:rPr>
              <w:t>ドイツ連邦共和国に Sample Europe GmbH を設立（欧州販売拠点）</w:t>
            </w:r>
          </w:p>
        </w:tc>
      </w:tr>
      <w:tr>
        <w:tc>
          <w:tcPr>
            <w:tcW w:type="dxa" w:w="4986"/>
            <w:shd w:val="clear" w:fill="F7F8FA"/>
          </w:tcPr>
          <w:p>
            <w:r/>
            <w:r>
              <w:rPr>
                <w:rFonts w:eastAsia="Hiragino Sans" w:ascii="Hiragino Sans" w:hAnsi="Hiragino Sans"/>
                <w:b w:val="0"/>
                <w:sz w:val="18"/>
              </w:rPr>
              <w:t>2025年10月</w:t>
            </w:r>
          </w:p>
        </w:tc>
        <w:tc>
          <w:tcPr>
            <w:tcW w:type="dxa" w:w="4986"/>
            <w:shd w:val="clear" w:fill="F7F8FA"/>
          </w:tcPr>
          <w:p>
            <w:r/>
            <w:r>
              <w:rPr>
                <w:rFonts w:eastAsia="Hiragino Sans" w:ascii="Hiragino Sans" w:hAnsi="Hiragino Sans"/>
                <w:b w:val="0"/>
                <w:sz w:val="18"/>
              </w:rPr>
              <w:t>物流機能を分社化しサンプルロジスティクス株式会社を設立</w:t>
            </w:r>
          </w:p>
        </w:tc>
      </w:tr>
    </w:tbl>
    <w:p>
      <w:pPr>
        <w:spacing w:after="40"/>
      </w:pPr>
    </w:p>
    <w:p>
      <w:pPr>
        <w:pStyle w:val="Heading2"/>
      </w:pPr>
      <w:r>
        <w:t>3【事業の内容】</w:t>
      </w:r>
    </w:p>
    <w:p>
      <w:pPr>
        <w:spacing w:after="80"/>
      </w:pPr>
      <w:r>
        <w:rPr>
          <w:rFonts w:eastAsia="Hiragino Sans" w:ascii="Hiragino Sans" w:hAnsi="Hiragino Sans"/>
          <w:b w:val="0"/>
          <w:i w:val="0"/>
        </w:rPr>
        <w:t>当社グループは、当社、連結子会社8社及び持分法適用関連会社2社により構成され、精密機器事業及び電子部品事業を中核とする部品メーカーであります。当社グループの事業内容と各社の位置づけは次のとおりであり、セグメント情報の区分と同一であります。</w:t>
      </w:r>
    </w:p>
    <w:p>
      <w:pPr>
        <w:pStyle w:val="ListBullet"/>
        <w:ind w:left="240"/>
      </w:pPr>
      <w:r>
        <w:rPr>
          <w:rFonts w:eastAsia="Hiragino Sans" w:ascii="Hiragino Sans" w:hAnsi="Hiragino Sans"/>
          <w:b/>
          <w:sz w:val="20"/>
        </w:rPr>
        <w:t>精密機器事業</w:t>
      </w:r>
      <w:r>
        <w:rPr>
          <w:rFonts w:eastAsia="Hiragino Sans" w:ascii="Hiragino Sans" w:hAnsi="Hiragino Sans"/>
          <w:b w:val="0"/>
          <w:sz w:val="20"/>
        </w:rPr>
        <w:t>：半導体製造装置・産業用ロボット・医療機器向けの精密切削加工部品、精密モーションユニット、精密金型の製造販売。当社（諏訪工場）、サンプル精機株式会社、Sample Precision (Thailand) Co., Ltd. 及び Sample Precision Vietnam Co., Ltd. が製造を担当しております。</w:t>
      </w:r>
    </w:p>
    <w:p>
      <w:pPr>
        <w:pStyle w:val="ListBullet"/>
        <w:ind w:left="240"/>
      </w:pPr>
      <w:r>
        <w:rPr>
          <w:rFonts w:eastAsia="Hiragino Sans" w:ascii="Hiragino Sans" w:hAnsi="Hiragino Sans"/>
          <w:b/>
          <w:sz w:val="20"/>
        </w:rPr>
        <w:t>電子部品事業</w:t>
      </w:r>
      <w:r>
        <w:rPr>
          <w:rFonts w:eastAsia="Hiragino Sans" w:ascii="Hiragino Sans" w:hAnsi="Hiragino Sans"/>
          <w:b w:val="0"/>
          <w:sz w:val="20"/>
        </w:rPr>
        <w:t>：車載用・産業機器用のセンサモジュール、コネクタ、積層セラミック部品の製造販売。当社（伊那工場）、サンプルエレクトロニクス株式会社（九州工場）及び Sample Electronics (Shanghai) Co., Ltd. が製造を担当しております。</w:t>
      </w:r>
    </w:p>
    <w:p>
      <w:pPr>
        <w:pStyle w:val="ListBullet"/>
        <w:ind w:left="240"/>
      </w:pPr>
      <w:r>
        <w:rPr>
          <w:rFonts w:eastAsia="Hiragino Sans" w:ascii="Hiragino Sans" w:hAnsi="Hiragino Sans"/>
          <w:b/>
          <w:sz w:val="20"/>
        </w:rPr>
        <w:t>その他</w:t>
      </w:r>
      <w:r>
        <w:rPr>
          <w:rFonts w:eastAsia="Hiragino Sans" w:ascii="Hiragino Sans" w:hAnsi="Hiragino Sans"/>
          <w:b w:val="0"/>
          <w:sz w:val="20"/>
        </w:rPr>
        <w:t>：グループ物流（サンプルロジスティクス株式会社）、治工具販売、設備保守サービス等を含んでおります。</w:t>
      </w:r>
    </w:p>
    <w:p>
      <w:pPr>
        <w:spacing w:after="80"/>
      </w:pPr>
      <w:r>
        <w:rPr>
          <w:rFonts w:eastAsia="Hiragino Sans" w:ascii="Hiragino Sans" w:hAnsi="Hiragino Sans"/>
          <w:b w:val="0"/>
          <w:i w:val="0"/>
        </w:rPr>
        <w:t>販売については、国内は当社営業本部が、北米は Sample America, Inc. が、欧州は Sample Europe GmbH が、中国は Sample Electronics (Shanghai) Co., Ltd. がそれぞれ担当しております。また、持分法適用関連会社の信栄精密工業株式会社からは精密部品の一部供給を、サンテック・マテリアルズ株式会社からは機能性材料の供給を受けております。</w:t>
      </w:r>
    </w:p>
    <w:p>
      <w:pPr>
        <w:spacing w:after="80"/>
      </w:pPr>
      <w:r>
        <w:rPr>
          <w:rFonts w:eastAsia="Hiragino Sans" w:ascii="Hiragino Sans" w:hAnsi="Hiragino Sans"/>
          <w:b w:val="0"/>
          <w:i w:val="0"/>
        </w:rPr>
        <w:t>事業系統図の概要は次のとおりであります。</w:t>
      </w:r>
    </w:p>
    <w:p>
      <w:pPr>
        <w:pStyle w:val="ListBullet"/>
        <w:ind w:left="240"/>
      </w:pPr>
      <w:r>
        <w:rPr>
          <w:rFonts w:eastAsia="Hiragino Sans" w:ascii="Hiragino Sans" w:hAnsi="Hiragino Sans"/>
          <w:b w:val="0"/>
          <w:sz w:val="20"/>
        </w:rPr>
        <w:t>得意先（自動車部品・産業機械・半導体製造装置・医療機器メーカー等）</w:t>
      </w:r>
    </w:p>
    <w:p>
      <w:pPr>
        <w:pStyle w:val="ListBullet"/>
        <w:ind w:left="480"/>
      </w:pPr>
      <w:r>
        <w:rPr>
          <w:rFonts w:eastAsia="Hiragino Sans" w:ascii="Hiragino Sans" w:hAnsi="Hiragino Sans"/>
          <w:b w:val="0"/>
          <w:sz w:val="20"/>
        </w:rPr>
        <w:t>← 製品供給：当社（諏訪工場・伊那工場）／国内製造子会社2社／海外製造子会社3社</w:t>
      </w:r>
    </w:p>
    <w:p>
      <w:pPr>
        <w:pStyle w:val="ListBullet"/>
        <w:ind w:left="480"/>
      </w:pPr>
      <w:r>
        <w:rPr>
          <w:rFonts w:eastAsia="Hiragino Sans" w:ascii="Hiragino Sans" w:hAnsi="Hiragino Sans"/>
          <w:b w:val="0"/>
          <w:sz w:val="20"/>
        </w:rPr>
        <w:t>← 販売：当社営業本部／海外販売子会社2社（北米・欧州）・製造販売子会社1社（中国）</w:t>
      </w:r>
    </w:p>
    <w:p>
      <w:pPr>
        <w:pStyle w:val="ListBullet"/>
        <w:ind w:left="240"/>
      </w:pPr>
      <w:r>
        <w:rPr>
          <w:rFonts w:eastAsia="Hiragino Sans" w:ascii="Hiragino Sans" w:hAnsi="Hiragino Sans"/>
          <w:b w:val="0"/>
          <w:sz w:val="20"/>
        </w:rPr>
        <w:t>当社グループ内</w:t>
      </w:r>
    </w:p>
    <w:p>
      <w:pPr>
        <w:pStyle w:val="ListBullet"/>
        <w:ind w:left="480"/>
      </w:pPr>
      <w:r>
        <w:rPr>
          <w:rFonts w:eastAsia="Hiragino Sans" w:ascii="Hiragino Sans" w:hAnsi="Hiragino Sans"/>
          <w:b w:val="0"/>
          <w:sz w:val="20"/>
        </w:rPr>
        <w:t>物流・保守サービス：サンプルロジスティクス株式会社（その他セグメント）</w:t>
      </w:r>
    </w:p>
    <w:p>
      <w:pPr>
        <w:pStyle w:val="ListBullet"/>
        <w:ind w:left="480"/>
      </w:pPr>
      <w:r>
        <w:rPr>
          <w:rFonts w:eastAsia="Hiragino Sans" w:ascii="Hiragino Sans" w:hAnsi="Hiragino Sans"/>
          <w:b w:val="0"/>
          <w:sz w:val="20"/>
        </w:rPr>
        <w:t>部材供給：持分法適用関連会社2社 → 当社及び製造子会社</w:t>
      </w:r>
    </w:p>
    <w:p>
      <w:pPr>
        <w:ind w:left="120"/>
        <w:shd w:val="clear" w:fill="F3F4F6"/>
        <w:pBdr>
          <w:left w:val="single" w:sz="18" w:space="6" w:color="24406B"/>
        </w:pBdr>
      </w:pPr>
      <w:r>
        <w:rPr>
          <w:rFonts w:eastAsia="Hiragino Sans" w:ascii="Hiragino Sans" w:hAnsi="Hiragino Sans"/>
          <w:b w:val="0"/>
          <w:i/>
          <w:color w:val="444444"/>
          <w:sz w:val="18"/>
        </w:rPr>
        <w:t>チェック観点: セグメント区分と事業の内容の記載単位が一致しているか。関係会社の状況（次項）と社数・役割の齟齬がないか。</w:t>
      </w:r>
    </w:p>
    <w:p>
      <w:pPr>
        <w:pStyle w:val="Heading2"/>
      </w:pPr>
      <w:r>
        <w:t>4【関係会社の状況】</w:t>
      </w:r>
    </w:p>
    <w:tbl>
      <w:tblPr>
        <w:tblStyle w:val="TableGrid"/>
        <w:tblW w:type="auto" w:w="0"/>
        <w:jc w:val="center"/>
        <w:tblLayout w:type="autofit"/>
        <w:tblLook w:firstColumn="1" w:firstRow="1" w:lastColumn="0" w:lastRow="0" w:noHBand="0" w:noVBand="1" w:val="04A0"/>
      </w:tblPr>
      <w:tblGrid>
        <w:gridCol w:w="1662"/>
        <w:gridCol w:w="1662"/>
        <w:gridCol w:w="1662"/>
        <w:gridCol w:w="1662"/>
        <w:gridCol w:w="1662"/>
        <w:gridCol w:w="1662"/>
      </w:tblGrid>
      <w:tr>
        <w:tc>
          <w:tcPr>
            <w:tcW w:type="dxa" w:w="1662"/>
            <w:shd w:val="clear" w:fill="24406B"/>
          </w:tcPr>
          <w:p>
            <w:r/>
            <w:r>
              <w:rPr>
                <w:rFonts w:eastAsia="Hiragino Sans" w:ascii="Hiragino Sans" w:hAnsi="Hiragino Sans"/>
                <w:b/>
                <w:color w:val="FFFFFF"/>
                <w:sz w:val="18"/>
              </w:rPr>
              <w:t>名称</w:t>
            </w:r>
          </w:p>
        </w:tc>
        <w:tc>
          <w:tcPr>
            <w:tcW w:type="dxa" w:w="1662"/>
            <w:shd w:val="clear" w:fill="24406B"/>
          </w:tcPr>
          <w:p>
            <w:r/>
            <w:r>
              <w:rPr>
                <w:rFonts w:eastAsia="Hiragino Sans" w:ascii="Hiragino Sans" w:hAnsi="Hiragino Sans"/>
                <w:b/>
                <w:color w:val="FFFFFF"/>
                <w:sz w:val="18"/>
              </w:rPr>
              <w:t>住所</w:t>
            </w:r>
          </w:p>
        </w:tc>
        <w:tc>
          <w:tcPr>
            <w:tcW w:type="dxa" w:w="1662"/>
            <w:shd w:val="clear" w:fill="24406B"/>
          </w:tcPr>
          <w:p>
            <w:r/>
            <w:r>
              <w:rPr>
                <w:rFonts w:eastAsia="Hiragino Sans" w:ascii="Hiragino Sans" w:hAnsi="Hiragino Sans"/>
                <w:b/>
                <w:color w:val="FFFFFF"/>
                <w:sz w:val="18"/>
              </w:rPr>
              <w:t>資本金</w:t>
            </w:r>
          </w:p>
        </w:tc>
        <w:tc>
          <w:tcPr>
            <w:tcW w:type="dxa" w:w="1662"/>
            <w:shd w:val="clear" w:fill="24406B"/>
          </w:tcPr>
          <w:p>
            <w:r/>
            <w:r>
              <w:rPr>
                <w:rFonts w:eastAsia="Hiragino Sans" w:ascii="Hiragino Sans" w:hAnsi="Hiragino Sans"/>
                <w:b/>
                <w:color w:val="FFFFFF"/>
                <w:sz w:val="18"/>
              </w:rPr>
              <w:t>主要な事業の内容</w:t>
            </w:r>
          </w:p>
        </w:tc>
        <w:tc>
          <w:tcPr>
            <w:tcW w:type="dxa" w:w="1662"/>
            <w:shd w:val="clear" w:fill="24406B"/>
          </w:tcPr>
          <w:p>
            <w:r/>
            <w:r>
              <w:rPr>
                <w:rFonts w:eastAsia="Hiragino Sans" w:ascii="Hiragino Sans" w:hAnsi="Hiragino Sans"/>
                <w:b/>
                <w:color w:val="FFFFFF"/>
                <w:sz w:val="18"/>
              </w:rPr>
              <w:t>議決権の所有割合(%)</w:t>
            </w:r>
          </w:p>
        </w:tc>
        <w:tc>
          <w:tcPr>
            <w:tcW w:type="dxa" w:w="1662"/>
            <w:shd w:val="clear" w:fill="24406B"/>
          </w:tcPr>
          <w:p>
            <w:r/>
            <w:r>
              <w:rPr>
                <w:rFonts w:eastAsia="Hiragino Sans" w:ascii="Hiragino Sans" w:hAnsi="Hiragino Sans"/>
                <w:b/>
                <w:color w:val="FFFFFF"/>
                <w:sz w:val="18"/>
              </w:rPr>
              <w:t>関係内容</w:t>
            </w:r>
          </w:p>
        </w:tc>
      </w:tr>
      <w:tr>
        <w:tc>
          <w:tcPr>
            <w:tcW w:type="dxa" w:w="1662"/>
          </w:tcPr>
          <w:p>
            <w:r/>
            <w:r>
              <w:rPr>
                <w:rFonts w:eastAsia="Hiragino Sans" w:ascii="Hiragino Sans" w:hAnsi="Hiragino Sans"/>
                <w:b w:val="0"/>
                <w:sz w:val="18"/>
              </w:rPr>
              <w:t>（連結子会社） サンプル精機株式会社 ※</w:t>
            </w:r>
          </w:p>
        </w:tc>
        <w:tc>
          <w:tcPr>
            <w:tcW w:type="dxa" w:w="1662"/>
          </w:tcPr>
          <w:p>
            <w:r/>
            <w:r>
              <w:rPr>
                <w:rFonts w:eastAsia="Hiragino Sans" w:ascii="Hiragino Sans" w:hAnsi="Hiragino Sans"/>
                <w:b w:val="0"/>
                <w:sz w:val="18"/>
              </w:rPr>
              <w:t>長野県岡谷市</w:t>
            </w:r>
          </w:p>
        </w:tc>
        <w:tc>
          <w:tcPr>
            <w:tcW w:type="dxa" w:w="1662"/>
          </w:tcPr>
          <w:p>
            <w:r/>
            <w:r>
              <w:rPr>
                <w:rFonts w:eastAsia="Hiragino Sans" w:ascii="Hiragino Sans" w:hAnsi="Hiragino Sans"/>
                <w:b w:val="0"/>
                <w:sz w:val="18"/>
              </w:rPr>
              <w:t>450百万円</w:t>
            </w:r>
          </w:p>
        </w:tc>
        <w:tc>
          <w:tcPr>
            <w:tcW w:type="dxa" w:w="1662"/>
          </w:tcPr>
          <w:p>
            <w:r/>
            <w:r>
              <w:rPr>
                <w:rFonts w:eastAsia="Hiragino Sans" w:ascii="Hiragino Sans" w:hAnsi="Hiragino Sans"/>
                <w:b w:val="0"/>
                <w:sz w:val="18"/>
              </w:rPr>
              <w:t>精密機器</w:t>
            </w:r>
          </w:p>
        </w:tc>
        <w:tc>
          <w:tcPr>
            <w:tcW w:type="dxa" w:w="1662"/>
          </w:tcPr>
          <w:p>
            <w:r/>
            <w:r>
              <w:rPr>
                <w:rFonts w:eastAsia="Hiragino Sans" w:ascii="Hiragino Sans" w:hAnsi="Hiragino Sans"/>
                <w:b w:val="0"/>
                <w:sz w:val="18"/>
              </w:rPr>
              <w:t>100.0</w:t>
            </w:r>
          </w:p>
        </w:tc>
        <w:tc>
          <w:tcPr>
            <w:tcW w:type="dxa" w:w="1662"/>
          </w:tcPr>
          <w:p>
            <w:r/>
            <w:r>
              <w:rPr>
                <w:rFonts w:eastAsia="Hiragino Sans" w:ascii="Hiragino Sans" w:hAnsi="Hiragino Sans"/>
                <w:b w:val="0"/>
                <w:sz w:val="18"/>
              </w:rPr>
              <w:t>精密金型の製造。役員の兼任2名。当社より資金貸付</w:t>
            </w:r>
          </w:p>
        </w:tc>
      </w:tr>
      <w:tr>
        <w:tc>
          <w:tcPr>
            <w:tcW w:type="dxa" w:w="1662"/>
            <w:shd w:val="clear" w:fill="F7F8FA"/>
          </w:tcPr>
          <w:p>
            <w:r/>
            <w:r>
              <w:rPr>
                <w:rFonts w:eastAsia="Hiragino Sans" w:ascii="Hiragino Sans" w:hAnsi="Hiragino Sans"/>
                <w:b w:val="0"/>
                <w:sz w:val="18"/>
              </w:rPr>
              <w:t>（連結子会社） サンプルエレクトロニクス株式会社 ※</w:t>
            </w:r>
          </w:p>
        </w:tc>
        <w:tc>
          <w:tcPr>
            <w:tcW w:type="dxa" w:w="1662"/>
            <w:shd w:val="clear" w:fill="F7F8FA"/>
          </w:tcPr>
          <w:p>
            <w:r/>
            <w:r>
              <w:rPr>
                <w:rFonts w:eastAsia="Hiragino Sans" w:ascii="Hiragino Sans" w:hAnsi="Hiragino Sans"/>
                <w:b w:val="0"/>
                <w:sz w:val="18"/>
              </w:rPr>
              <w:t>福岡県飯塚市</w:t>
            </w:r>
          </w:p>
        </w:tc>
        <w:tc>
          <w:tcPr>
            <w:tcW w:type="dxa" w:w="1662"/>
            <w:shd w:val="clear" w:fill="F7F8FA"/>
          </w:tcPr>
          <w:p>
            <w:r/>
            <w:r>
              <w:rPr>
                <w:rFonts w:eastAsia="Hiragino Sans" w:ascii="Hiragino Sans" w:hAnsi="Hiragino Sans"/>
                <w:b w:val="0"/>
                <w:sz w:val="18"/>
              </w:rPr>
              <w:t>380百万円</w:t>
            </w:r>
          </w:p>
        </w:tc>
        <w:tc>
          <w:tcPr>
            <w:tcW w:type="dxa" w:w="1662"/>
            <w:shd w:val="clear" w:fill="F7F8FA"/>
          </w:tcPr>
          <w:p>
            <w:r/>
            <w:r>
              <w:rPr>
                <w:rFonts w:eastAsia="Hiragino Sans" w:ascii="Hiragino Sans" w:hAnsi="Hiragino Sans"/>
                <w:b w:val="0"/>
                <w:sz w:val="18"/>
              </w:rPr>
              <w:t>電子部品</w:t>
            </w:r>
          </w:p>
        </w:tc>
        <w:tc>
          <w:tcPr>
            <w:tcW w:type="dxa" w:w="1662"/>
            <w:shd w:val="clear" w:fill="F7F8FA"/>
          </w:tcPr>
          <w:p>
            <w:r/>
            <w:r>
              <w:rPr>
                <w:rFonts w:eastAsia="Hiragino Sans" w:ascii="Hiragino Sans" w:hAnsi="Hiragino Sans"/>
                <w:b w:val="0"/>
                <w:sz w:val="18"/>
              </w:rPr>
              <w:t>100.0</w:t>
            </w:r>
          </w:p>
        </w:tc>
        <w:tc>
          <w:tcPr>
            <w:tcW w:type="dxa" w:w="1662"/>
            <w:shd w:val="clear" w:fill="F7F8FA"/>
          </w:tcPr>
          <w:p>
            <w:r/>
            <w:r>
              <w:rPr>
                <w:rFonts w:eastAsia="Hiragino Sans" w:ascii="Hiragino Sans" w:hAnsi="Hiragino Sans"/>
                <w:b w:val="0"/>
                <w:sz w:val="18"/>
              </w:rPr>
              <w:t>電子部品の製造。役員の兼任2名。当社工場用地を賃貸</w:t>
            </w:r>
          </w:p>
        </w:tc>
      </w:tr>
      <w:tr>
        <w:tc>
          <w:tcPr>
            <w:tcW w:type="dxa" w:w="1662"/>
          </w:tcPr>
          <w:p>
            <w:r/>
            <w:r>
              <w:rPr>
                <w:rFonts w:eastAsia="Hiragino Sans" w:ascii="Hiragino Sans" w:hAnsi="Hiragino Sans"/>
                <w:b w:val="0"/>
                <w:sz w:val="18"/>
              </w:rPr>
              <w:t>（連結子会社） サンプルロジスティクス株式会社</w:t>
            </w:r>
          </w:p>
        </w:tc>
        <w:tc>
          <w:tcPr>
            <w:tcW w:type="dxa" w:w="1662"/>
          </w:tcPr>
          <w:p>
            <w:r/>
            <w:r>
              <w:rPr>
                <w:rFonts w:eastAsia="Hiragino Sans" w:ascii="Hiragino Sans" w:hAnsi="Hiragino Sans"/>
                <w:b w:val="0"/>
                <w:sz w:val="18"/>
              </w:rPr>
              <w:t>長野県諏訪市</w:t>
            </w:r>
          </w:p>
        </w:tc>
        <w:tc>
          <w:tcPr>
            <w:tcW w:type="dxa" w:w="1662"/>
          </w:tcPr>
          <w:p>
            <w:r/>
            <w:r>
              <w:rPr>
                <w:rFonts w:eastAsia="Hiragino Sans" w:ascii="Hiragino Sans" w:hAnsi="Hiragino Sans"/>
                <w:b w:val="0"/>
                <w:sz w:val="18"/>
              </w:rPr>
              <w:t>90百万円</w:t>
            </w:r>
          </w:p>
        </w:tc>
        <w:tc>
          <w:tcPr>
            <w:tcW w:type="dxa" w:w="1662"/>
          </w:tcPr>
          <w:p>
            <w:r/>
            <w:r>
              <w:rPr>
                <w:rFonts w:eastAsia="Hiragino Sans" w:ascii="Hiragino Sans" w:hAnsi="Hiragino Sans"/>
                <w:b w:val="0"/>
                <w:sz w:val="18"/>
              </w:rPr>
              <w:t>その他</w:t>
            </w:r>
          </w:p>
        </w:tc>
        <w:tc>
          <w:tcPr>
            <w:tcW w:type="dxa" w:w="1662"/>
          </w:tcPr>
          <w:p>
            <w:r/>
            <w:r>
              <w:rPr>
                <w:rFonts w:eastAsia="Hiragino Sans" w:ascii="Hiragino Sans" w:hAnsi="Hiragino Sans"/>
                <w:b w:val="0"/>
                <w:sz w:val="18"/>
              </w:rPr>
              <w:t>100.0</w:t>
            </w:r>
          </w:p>
        </w:tc>
        <w:tc>
          <w:tcPr>
            <w:tcW w:type="dxa" w:w="1662"/>
          </w:tcPr>
          <w:p>
            <w:r/>
            <w:r>
              <w:rPr>
                <w:rFonts w:eastAsia="Hiragino Sans" w:ascii="Hiragino Sans" w:hAnsi="Hiragino Sans"/>
                <w:b w:val="0"/>
                <w:sz w:val="18"/>
              </w:rPr>
              <w:t>グループ物流の受託。役員の兼任1名</w:t>
            </w:r>
          </w:p>
        </w:tc>
      </w:tr>
      <w:tr>
        <w:tc>
          <w:tcPr>
            <w:tcW w:type="dxa" w:w="1662"/>
            <w:shd w:val="clear" w:fill="F7F8FA"/>
          </w:tcPr>
          <w:p>
            <w:r/>
            <w:r>
              <w:rPr>
                <w:rFonts w:eastAsia="Hiragino Sans" w:ascii="Hiragino Sans" w:hAnsi="Hiragino Sans"/>
                <w:b w:val="0"/>
                <w:sz w:val="18"/>
              </w:rPr>
              <w:t>（連結子会社） Sample Precision (Thailand) Co., Ltd. ※</w:t>
            </w:r>
          </w:p>
        </w:tc>
        <w:tc>
          <w:tcPr>
            <w:tcW w:type="dxa" w:w="1662"/>
            <w:shd w:val="clear" w:fill="F7F8FA"/>
          </w:tcPr>
          <w:p>
            <w:r/>
            <w:r>
              <w:rPr>
                <w:rFonts w:eastAsia="Hiragino Sans" w:ascii="Hiragino Sans" w:hAnsi="Hiragino Sans"/>
                <w:b w:val="0"/>
                <w:sz w:val="18"/>
              </w:rPr>
              <w:t>タイ王国チョンブリ県</w:t>
            </w:r>
          </w:p>
        </w:tc>
        <w:tc>
          <w:tcPr>
            <w:tcW w:type="dxa" w:w="1662"/>
            <w:shd w:val="clear" w:fill="F7F8FA"/>
          </w:tcPr>
          <w:p>
            <w:r/>
            <w:r>
              <w:rPr>
                <w:rFonts w:eastAsia="Hiragino Sans" w:ascii="Hiragino Sans" w:hAnsi="Hiragino Sans"/>
                <w:b w:val="0"/>
                <w:sz w:val="18"/>
              </w:rPr>
              <w:t>320百万タイバーツ</w:t>
            </w:r>
          </w:p>
        </w:tc>
        <w:tc>
          <w:tcPr>
            <w:tcW w:type="dxa" w:w="1662"/>
            <w:shd w:val="clear" w:fill="F7F8FA"/>
          </w:tcPr>
          <w:p>
            <w:r/>
            <w:r>
              <w:rPr>
                <w:rFonts w:eastAsia="Hiragino Sans" w:ascii="Hiragino Sans" w:hAnsi="Hiragino Sans"/>
                <w:b w:val="0"/>
                <w:sz w:val="18"/>
              </w:rPr>
              <w:t>精密機器</w:t>
            </w:r>
          </w:p>
        </w:tc>
        <w:tc>
          <w:tcPr>
            <w:tcW w:type="dxa" w:w="1662"/>
            <w:shd w:val="clear" w:fill="F7F8FA"/>
          </w:tcPr>
          <w:p>
            <w:r/>
            <w:r>
              <w:rPr>
                <w:rFonts w:eastAsia="Hiragino Sans" w:ascii="Hiragino Sans" w:hAnsi="Hiragino Sans"/>
                <w:b w:val="0"/>
                <w:sz w:val="18"/>
              </w:rPr>
              <w:t>100.0</w:t>
            </w:r>
          </w:p>
        </w:tc>
        <w:tc>
          <w:tcPr>
            <w:tcW w:type="dxa" w:w="1662"/>
            <w:shd w:val="clear" w:fill="F7F8FA"/>
          </w:tcPr>
          <w:p>
            <w:r/>
            <w:r>
              <w:rPr>
                <w:rFonts w:eastAsia="Hiragino Sans" w:ascii="Hiragino Sans" w:hAnsi="Hiragino Sans"/>
                <w:b w:val="0"/>
                <w:sz w:val="18"/>
              </w:rPr>
              <w:t>精密部品の製造。役員の兼任2名。当社より債務保証</w:t>
            </w:r>
          </w:p>
        </w:tc>
      </w:tr>
      <w:tr>
        <w:tc>
          <w:tcPr>
            <w:tcW w:type="dxa" w:w="1662"/>
          </w:tcPr>
          <w:p>
            <w:r/>
            <w:r>
              <w:rPr>
                <w:rFonts w:eastAsia="Hiragino Sans" w:ascii="Hiragino Sans" w:hAnsi="Hiragino Sans"/>
                <w:b w:val="0"/>
                <w:sz w:val="18"/>
              </w:rPr>
              <w:t>（連結子会社） Sample Electronics (Shanghai) Co., Ltd. ※</w:t>
            </w:r>
          </w:p>
        </w:tc>
        <w:tc>
          <w:tcPr>
            <w:tcW w:type="dxa" w:w="1662"/>
          </w:tcPr>
          <w:p>
            <w:r/>
            <w:r>
              <w:rPr>
                <w:rFonts w:eastAsia="Hiragino Sans" w:ascii="Hiragino Sans" w:hAnsi="Hiragino Sans"/>
                <w:b w:val="0"/>
                <w:sz w:val="18"/>
              </w:rPr>
              <w:t>中国上海市</w:t>
            </w:r>
          </w:p>
        </w:tc>
        <w:tc>
          <w:tcPr>
            <w:tcW w:type="dxa" w:w="1662"/>
          </w:tcPr>
          <w:p>
            <w:r/>
            <w:r>
              <w:rPr>
                <w:rFonts w:eastAsia="Hiragino Sans" w:ascii="Hiragino Sans" w:hAnsi="Hiragino Sans"/>
                <w:b w:val="0"/>
                <w:sz w:val="18"/>
              </w:rPr>
              <w:t>180百万人民元</w:t>
            </w:r>
          </w:p>
        </w:tc>
        <w:tc>
          <w:tcPr>
            <w:tcW w:type="dxa" w:w="1662"/>
          </w:tcPr>
          <w:p>
            <w:r/>
            <w:r>
              <w:rPr>
                <w:rFonts w:eastAsia="Hiragino Sans" w:ascii="Hiragino Sans" w:hAnsi="Hiragino Sans"/>
                <w:b w:val="0"/>
                <w:sz w:val="18"/>
              </w:rPr>
              <w:t>電子部品</w:t>
            </w:r>
          </w:p>
        </w:tc>
        <w:tc>
          <w:tcPr>
            <w:tcW w:type="dxa" w:w="1662"/>
          </w:tcPr>
          <w:p>
            <w:r/>
            <w:r>
              <w:rPr>
                <w:rFonts w:eastAsia="Hiragino Sans" w:ascii="Hiragino Sans" w:hAnsi="Hiragino Sans"/>
                <w:b w:val="0"/>
                <w:sz w:val="18"/>
              </w:rPr>
              <w:t>90.0</w:t>
            </w:r>
          </w:p>
        </w:tc>
        <w:tc>
          <w:tcPr>
            <w:tcW w:type="dxa" w:w="1662"/>
          </w:tcPr>
          <w:p>
            <w:r/>
            <w:r>
              <w:rPr>
                <w:rFonts w:eastAsia="Hiragino Sans" w:ascii="Hiragino Sans" w:hAnsi="Hiragino Sans"/>
                <w:b w:val="0"/>
                <w:sz w:val="18"/>
              </w:rPr>
              <w:t>電子部品の製造販売。役員の兼任1名</w:t>
            </w:r>
          </w:p>
        </w:tc>
      </w:tr>
      <w:tr>
        <w:tc>
          <w:tcPr>
            <w:tcW w:type="dxa" w:w="1662"/>
            <w:shd w:val="clear" w:fill="F7F8FA"/>
          </w:tcPr>
          <w:p>
            <w:r/>
            <w:r>
              <w:rPr>
                <w:rFonts w:eastAsia="Hiragino Sans" w:ascii="Hiragino Sans" w:hAnsi="Hiragino Sans"/>
                <w:b w:val="0"/>
                <w:sz w:val="18"/>
              </w:rPr>
              <w:t>（連結子会社） Sample Precision Vietnam Co., Ltd.</w:t>
            </w:r>
          </w:p>
        </w:tc>
        <w:tc>
          <w:tcPr>
            <w:tcW w:type="dxa" w:w="1662"/>
            <w:shd w:val="clear" w:fill="F7F8FA"/>
          </w:tcPr>
          <w:p>
            <w:r/>
            <w:r>
              <w:rPr>
                <w:rFonts w:eastAsia="Hiragino Sans" w:ascii="Hiragino Sans" w:hAnsi="Hiragino Sans"/>
                <w:b w:val="0"/>
                <w:sz w:val="18"/>
              </w:rPr>
              <w:t>ベトナム ドンナイ省</w:t>
            </w:r>
          </w:p>
        </w:tc>
        <w:tc>
          <w:tcPr>
            <w:tcW w:type="dxa" w:w="1662"/>
            <w:shd w:val="clear" w:fill="F7F8FA"/>
          </w:tcPr>
          <w:p>
            <w:r/>
            <w:r>
              <w:rPr>
                <w:rFonts w:eastAsia="Hiragino Sans" w:ascii="Hiragino Sans" w:hAnsi="Hiragino Sans"/>
                <w:b w:val="0"/>
                <w:sz w:val="18"/>
              </w:rPr>
              <w:t>8百万米ドル</w:t>
            </w:r>
          </w:p>
        </w:tc>
        <w:tc>
          <w:tcPr>
            <w:tcW w:type="dxa" w:w="1662"/>
            <w:shd w:val="clear" w:fill="F7F8FA"/>
          </w:tcPr>
          <w:p>
            <w:r/>
            <w:r>
              <w:rPr>
                <w:rFonts w:eastAsia="Hiragino Sans" w:ascii="Hiragino Sans" w:hAnsi="Hiragino Sans"/>
                <w:b w:val="0"/>
                <w:sz w:val="18"/>
              </w:rPr>
              <w:t>精密機器</w:t>
            </w:r>
          </w:p>
        </w:tc>
        <w:tc>
          <w:tcPr>
            <w:tcW w:type="dxa" w:w="1662"/>
            <w:shd w:val="clear" w:fill="F7F8FA"/>
          </w:tcPr>
          <w:p>
            <w:r/>
            <w:r>
              <w:rPr>
                <w:rFonts w:eastAsia="Hiragino Sans" w:ascii="Hiragino Sans" w:hAnsi="Hiragino Sans"/>
                <w:b w:val="0"/>
                <w:sz w:val="18"/>
              </w:rPr>
              <w:t>100.0</w:t>
            </w:r>
          </w:p>
        </w:tc>
        <w:tc>
          <w:tcPr>
            <w:tcW w:type="dxa" w:w="1662"/>
            <w:shd w:val="clear" w:fill="F7F8FA"/>
          </w:tcPr>
          <w:p>
            <w:r/>
            <w:r>
              <w:rPr>
                <w:rFonts w:eastAsia="Hiragino Sans" w:ascii="Hiragino Sans" w:hAnsi="Hiragino Sans"/>
                <w:b w:val="0"/>
                <w:sz w:val="18"/>
              </w:rPr>
              <w:t>精密部品の製造。役員の兼任1名</w:t>
            </w:r>
          </w:p>
        </w:tc>
      </w:tr>
      <w:tr>
        <w:tc>
          <w:tcPr>
            <w:tcW w:type="dxa" w:w="1662"/>
          </w:tcPr>
          <w:p>
            <w:r/>
            <w:r>
              <w:rPr>
                <w:rFonts w:eastAsia="Hiragino Sans" w:ascii="Hiragino Sans" w:hAnsi="Hiragino Sans"/>
                <w:b w:val="0"/>
                <w:sz w:val="18"/>
              </w:rPr>
              <w:t>（連結子会社） Sample America, Inc.</w:t>
            </w:r>
          </w:p>
        </w:tc>
        <w:tc>
          <w:tcPr>
            <w:tcW w:type="dxa" w:w="1662"/>
          </w:tcPr>
          <w:p>
            <w:r/>
            <w:r>
              <w:rPr>
                <w:rFonts w:eastAsia="Hiragino Sans" w:ascii="Hiragino Sans" w:hAnsi="Hiragino Sans"/>
                <w:b w:val="0"/>
                <w:sz w:val="18"/>
              </w:rPr>
              <w:t>米国カリフォルニア州</w:t>
            </w:r>
          </w:p>
        </w:tc>
        <w:tc>
          <w:tcPr>
            <w:tcW w:type="dxa" w:w="1662"/>
          </w:tcPr>
          <w:p>
            <w:r/>
            <w:r>
              <w:rPr>
                <w:rFonts w:eastAsia="Hiragino Sans" w:ascii="Hiragino Sans" w:hAnsi="Hiragino Sans"/>
                <w:b w:val="0"/>
                <w:sz w:val="18"/>
              </w:rPr>
              <w:t>5百万米ドル</w:t>
            </w:r>
          </w:p>
        </w:tc>
        <w:tc>
          <w:tcPr>
            <w:tcW w:type="dxa" w:w="1662"/>
          </w:tcPr>
          <w:p>
            <w:r/>
            <w:r>
              <w:rPr>
                <w:rFonts w:eastAsia="Hiragino Sans" w:ascii="Hiragino Sans" w:hAnsi="Hiragino Sans"/>
                <w:b w:val="0"/>
                <w:sz w:val="18"/>
              </w:rPr>
              <w:t>精密機器・電子部品の販売</w:t>
            </w:r>
          </w:p>
        </w:tc>
        <w:tc>
          <w:tcPr>
            <w:tcW w:type="dxa" w:w="1662"/>
          </w:tcPr>
          <w:p>
            <w:r/>
            <w:r>
              <w:rPr>
                <w:rFonts w:eastAsia="Hiragino Sans" w:ascii="Hiragino Sans" w:hAnsi="Hiragino Sans"/>
                <w:b w:val="0"/>
                <w:sz w:val="18"/>
              </w:rPr>
              <w:t>100.0</w:t>
            </w:r>
          </w:p>
        </w:tc>
        <w:tc>
          <w:tcPr>
            <w:tcW w:type="dxa" w:w="1662"/>
          </w:tcPr>
          <w:p>
            <w:r/>
            <w:r>
              <w:rPr>
                <w:rFonts w:eastAsia="Hiragino Sans" w:ascii="Hiragino Sans" w:hAnsi="Hiragino Sans"/>
                <w:b w:val="0"/>
                <w:sz w:val="18"/>
              </w:rPr>
              <w:t>北米における当社製品の販売。役員の兼任1名</w:t>
            </w:r>
          </w:p>
        </w:tc>
      </w:tr>
      <w:tr>
        <w:tc>
          <w:tcPr>
            <w:tcW w:type="dxa" w:w="1662"/>
            <w:shd w:val="clear" w:fill="F7F8FA"/>
          </w:tcPr>
          <w:p>
            <w:r/>
            <w:r>
              <w:rPr>
                <w:rFonts w:eastAsia="Hiragino Sans" w:ascii="Hiragino Sans" w:hAnsi="Hiragino Sans"/>
                <w:b w:val="0"/>
                <w:sz w:val="18"/>
              </w:rPr>
              <w:t>（連結子会社） Sample Europe GmbH</w:t>
            </w:r>
          </w:p>
        </w:tc>
        <w:tc>
          <w:tcPr>
            <w:tcW w:type="dxa" w:w="1662"/>
            <w:shd w:val="clear" w:fill="F7F8FA"/>
          </w:tcPr>
          <w:p>
            <w:r/>
            <w:r>
              <w:rPr>
                <w:rFonts w:eastAsia="Hiragino Sans" w:ascii="Hiragino Sans" w:hAnsi="Hiragino Sans"/>
                <w:b w:val="0"/>
                <w:sz w:val="18"/>
              </w:rPr>
              <w:t>ドイツ デュッセルドルフ市</w:t>
            </w:r>
          </w:p>
        </w:tc>
        <w:tc>
          <w:tcPr>
            <w:tcW w:type="dxa" w:w="1662"/>
            <w:shd w:val="clear" w:fill="F7F8FA"/>
          </w:tcPr>
          <w:p>
            <w:r/>
            <w:r>
              <w:rPr>
                <w:rFonts w:eastAsia="Hiragino Sans" w:ascii="Hiragino Sans" w:hAnsi="Hiragino Sans"/>
                <w:b w:val="0"/>
                <w:sz w:val="18"/>
              </w:rPr>
              <w:t>3百万ユーロ</w:t>
            </w:r>
          </w:p>
        </w:tc>
        <w:tc>
          <w:tcPr>
            <w:tcW w:type="dxa" w:w="1662"/>
            <w:shd w:val="clear" w:fill="F7F8FA"/>
          </w:tcPr>
          <w:p>
            <w:r/>
            <w:r>
              <w:rPr>
                <w:rFonts w:eastAsia="Hiragino Sans" w:ascii="Hiragino Sans" w:hAnsi="Hiragino Sans"/>
                <w:b w:val="0"/>
                <w:sz w:val="18"/>
              </w:rPr>
              <w:t>精密機器・電子部品の販売</w:t>
            </w:r>
          </w:p>
        </w:tc>
        <w:tc>
          <w:tcPr>
            <w:tcW w:type="dxa" w:w="1662"/>
            <w:shd w:val="clear" w:fill="F7F8FA"/>
          </w:tcPr>
          <w:p>
            <w:r/>
            <w:r>
              <w:rPr>
                <w:rFonts w:eastAsia="Hiragino Sans" w:ascii="Hiragino Sans" w:hAnsi="Hiragino Sans"/>
                <w:b w:val="0"/>
                <w:sz w:val="18"/>
              </w:rPr>
              <w:t>100.0</w:t>
            </w:r>
          </w:p>
        </w:tc>
        <w:tc>
          <w:tcPr>
            <w:tcW w:type="dxa" w:w="1662"/>
            <w:shd w:val="clear" w:fill="F7F8FA"/>
          </w:tcPr>
          <w:p>
            <w:r/>
            <w:r>
              <w:rPr>
                <w:rFonts w:eastAsia="Hiragino Sans" w:ascii="Hiragino Sans" w:hAnsi="Hiragino Sans"/>
                <w:b w:val="0"/>
                <w:sz w:val="18"/>
              </w:rPr>
              <w:t>欧州における当社製品の販売。役員の兼任1名</w:t>
            </w:r>
          </w:p>
        </w:tc>
      </w:tr>
      <w:tr>
        <w:tc>
          <w:tcPr>
            <w:tcW w:type="dxa" w:w="1662"/>
          </w:tcPr>
          <w:p>
            <w:r/>
            <w:r>
              <w:rPr>
                <w:rFonts w:eastAsia="Hiragino Sans" w:ascii="Hiragino Sans" w:hAnsi="Hiragino Sans"/>
                <w:b w:val="0"/>
                <w:sz w:val="18"/>
              </w:rPr>
              <w:t>（持分法適用関連会社） 信栄精密工業株式会社</w:t>
            </w:r>
          </w:p>
        </w:tc>
        <w:tc>
          <w:tcPr>
            <w:tcW w:type="dxa" w:w="1662"/>
          </w:tcPr>
          <w:p>
            <w:r/>
            <w:r>
              <w:rPr>
                <w:rFonts w:eastAsia="Hiragino Sans" w:ascii="Hiragino Sans" w:hAnsi="Hiragino Sans"/>
                <w:b w:val="0"/>
                <w:sz w:val="18"/>
              </w:rPr>
              <w:t>長野県茅野市</w:t>
            </w:r>
          </w:p>
        </w:tc>
        <w:tc>
          <w:tcPr>
            <w:tcW w:type="dxa" w:w="1662"/>
          </w:tcPr>
          <w:p>
            <w:r/>
            <w:r>
              <w:rPr>
                <w:rFonts w:eastAsia="Hiragino Sans" w:ascii="Hiragino Sans" w:hAnsi="Hiragino Sans"/>
                <w:b w:val="0"/>
                <w:sz w:val="18"/>
              </w:rPr>
              <w:t>300百万円</w:t>
            </w:r>
          </w:p>
        </w:tc>
        <w:tc>
          <w:tcPr>
            <w:tcW w:type="dxa" w:w="1662"/>
          </w:tcPr>
          <w:p>
            <w:r/>
            <w:r>
              <w:rPr>
                <w:rFonts w:eastAsia="Hiragino Sans" w:ascii="Hiragino Sans" w:hAnsi="Hiragino Sans"/>
                <w:b w:val="0"/>
                <w:sz w:val="18"/>
              </w:rPr>
              <w:t>精密機器</w:t>
            </w:r>
          </w:p>
        </w:tc>
        <w:tc>
          <w:tcPr>
            <w:tcW w:type="dxa" w:w="1662"/>
          </w:tcPr>
          <w:p>
            <w:r/>
            <w:r>
              <w:rPr>
                <w:rFonts w:eastAsia="Hiragino Sans" w:ascii="Hiragino Sans" w:hAnsi="Hiragino Sans"/>
                <w:b w:val="0"/>
                <w:sz w:val="18"/>
              </w:rPr>
              <w:t>35.0</w:t>
            </w:r>
          </w:p>
        </w:tc>
        <w:tc>
          <w:tcPr>
            <w:tcW w:type="dxa" w:w="1662"/>
          </w:tcPr>
          <w:p>
            <w:r/>
            <w:r>
              <w:rPr>
                <w:rFonts w:eastAsia="Hiragino Sans" w:ascii="Hiragino Sans" w:hAnsi="Hiragino Sans"/>
                <w:b w:val="0"/>
                <w:sz w:val="18"/>
              </w:rPr>
              <w:t>精密部品の一部供給を受託。役員の兼任1名</w:t>
            </w:r>
          </w:p>
        </w:tc>
      </w:tr>
      <w:tr>
        <w:tc>
          <w:tcPr>
            <w:tcW w:type="dxa" w:w="1662"/>
            <w:shd w:val="clear" w:fill="F7F8FA"/>
          </w:tcPr>
          <w:p>
            <w:r/>
            <w:r>
              <w:rPr>
                <w:rFonts w:eastAsia="Hiragino Sans" w:ascii="Hiragino Sans" w:hAnsi="Hiragino Sans"/>
                <w:b w:val="0"/>
                <w:sz w:val="18"/>
              </w:rPr>
              <w:t>（持分法適用関連会社） サンテック・マテリアルズ株式会社</w:t>
            </w:r>
          </w:p>
        </w:tc>
        <w:tc>
          <w:tcPr>
            <w:tcW w:type="dxa" w:w="1662"/>
            <w:shd w:val="clear" w:fill="F7F8FA"/>
          </w:tcPr>
          <w:p>
            <w:r/>
            <w:r>
              <w:rPr>
                <w:rFonts w:eastAsia="Hiragino Sans" w:ascii="Hiragino Sans" w:hAnsi="Hiragino Sans"/>
                <w:b w:val="0"/>
                <w:sz w:val="18"/>
              </w:rPr>
              <w:t>東京都大田区</w:t>
            </w:r>
          </w:p>
        </w:tc>
        <w:tc>
          <w:tcPr>
            <w:tcW w:type="dxa" w:w="1662"/>
            <w:shd w:val="clear" w:fill="F7F8FA"/>
          </w:tcPr>
          <w:p>
            <w:r/>
            <w:r>
              <w:rPr>
                <w:rFonts w:eastAsia="Hiragino Sans" w:ascii="Hiragino Sans" w:hAnsi="Hiragino Sans"/>
                <w:b w:val="0"/>
                <w:sz w:val="18"/>
              </w:rPr>
              <w:t>200百万円</w:t>
            </w:r>
          </w:p>
        </w:tc>
        <w:tc>
          <w:tcPr>
            <w:tcW w:type="dxa" w:w="1662"/>
            <w:shd w:val="clear" w:fill="F7F8FA"/>
          </w:tcPr>
          <w:p>
            <w:r/>
            <w:r>
              <w:rPr>
                <w:rFonts w:eastAsia="Hiragino Sans" w:ascii="Hiragino Sans" w:hAnsi="Hiragino Sans"/>
                <w:b w:val="0"/>
                <w:sz w:val="18"/>
              </w:rPr>
              <w:t>機能性材料の製造販売</w:t>
            </w:r>
          </w:p>
        </w:tc>
        <w:tc>
          <w:tcPr>
            <w:tcW w:type="dxa" w:w="1662"/>
            <w:shd w:val="clear" w:fill="F7F8FA"/>
          </w:tcPr>
          <w:p>
            <w:r/>
            <w:r>
              <w:rPr>
                <w:rFonts w:eastAsia="Hiragino Sans" w:ascii="Hiragino Sans" w:hAnsi="Hiragino Sans"/>
                <w:b w:val="0"/>
                <w:sz w:val="18"/>
              </w:rPr>
              <w:t>25.0</w:t>
            </w:r>
          </w:p>
        </w:tc>
        <w:tc>
          <w:tcPr>
            <w:tcW w:type="dxa" w:w="1662"/>
            <w:shd w:val="clear" w:fill="F7F8FA"/>
          </w:tcPr>
          <w:p>
            <w:r/>
            <w:r>
              <w:rPr>
                <w:rFonts w:eastAsia="Hiragino Sans" w:ascii="Hiragino Sans" w:hAnsi="Hiragino Sans"/>
                <w:b w:val="0"/>
                <w:sz w:val="18"/>
              </w:rPr>
              <w:t>機能性材料の供給を受ける</w:t>
            </w:r>
          </w:p>
        </w:tc>
      </w:tr>
    </w:tbl>
    <w:p>
      <w:pPr>
        <w:spacing w:after="40"/>
      </w:pPr>
    </w:p>
    <w:p>
      <w:pPr>
        <w:pStyle w:val="ListBullet"/>
        <w:ind w:left="240"/>
      </w:pPr>
      <w:r>
        <w:rPr>
          <w:rFonts w:eastAsia="Hiragino Sans" w:ascii="Hiragino Sans" w:hAnsi="Hiragino Sans"/>
          <w:b w:val="0"/>
          <w:sz w:val="20"/>
        </w:rPr>
        <w:t>（注）1. ※印は特定子会社であります。特定子会社の判定は、提出会社の資本金の額（3,200百万円）の10%（320百万円）以上の資本金を有すること（サンプル精機450百万円、サンプルエレクトロニクス380百万円、Sample Precision (Thailand) 320百万タイバーツ、Sample Electronics (Shanghai) 180百万人民元）を基準としております。なお、Sample Precision Vietnam（8百万米ドル）、Sample America（5百万米ドル）、Sample Europe（3百万ユーロ）は、期末の為替相場で換算した資本金が基準に満たないため該当しておりません。</w:t>
      </w:r>
    </w:p>
    <w:p>
      <w:pPr>
        <w:pStyle w:val="ListBullet"/>
        <w:ind w:left="240"/>
      </w:pPr>
      <w:r>
        <w:rPr>
          <w:rFonts w:eastAsia="Hiragino Sans" w:ascii="Hiragino Sans" w:hAnsi="Hiragino Sans"/>
          <w:b w:val="0"/>
          <w:sz w:val="20"/>
        </w:rPr>
        <w:t>（注）2. 有価証券届出書又は有価証券報告書を提出している会社はありません。</w:t>
      </w:r>
    </w:p>
    <w:p>
      <w:pPr>
        <w:pStyle w:val="ListBullet"/>
        <w:ind w:left="240"/>
      </w:pPr>
      <w:r>
        <w:rPr>
          <w:rFonts w:eastAsia="Hiragino Sans" w:ascii="Hiragino Sans" w:hAnsi="Hiragino Sans"/>
          <w:b w:val="0"/>
          <w:sz w:val="20"/>
        </w:rPr>
        <w:t>（注）3. Sample Precision (Thailand) Co., Ltd. は、売上高（連結会社相互間の内部売上高を除く）の連結売上高に占める割合が10%を超えております。主要な損益情報等：売上高 5,320百万円、経常利益 420百万円、当期純利益 310百万円、純資産額 3,150百万円、総資産額 4,820百万円。</w:t>
      </w:r>
    </w:p>
    <w:p>
      <w:pPr>
        <w:ind w:left="120"/>
        <w:shd w:val="clear" w:fill="F3F4F6"/>
        <w:pBdr>
          <w:left w:val="single" w:sz="18" w:space="6" w:color="24406B"/>
        </w:pBdr>
      </w:pPr>
      <w:r>
        <w:rPr>
          <w:rFonts w:eastAsia="Hiragino Sans" w:ascii="Hiragino Sans" w:hAnsi="Hiragino Sans"/>
          <w:b w:val="0"/>
          <w:i/>
          <w:color w:val="444444"/>
          <w:sz w:val="18"/>
        </w:rPr>
        <w:t>チェック観点: 特定子会社の判定（資本金・売上高基準）と、売上高10%超子会社の主要損益情報の記載要否を毎期見直す。</w:t>
      </w:r>
    </w:p>
    <w:p>
      <w:pPr>
        <w:pStyle w:val="Heading2"/>
      </w:pPr>
      <w:r>
        <w:t>5【従業員の状況】</w:t>
      </w:r>
    </w:p>
    <w:p>
      <w:pPr>
        <w:pStyle w:val="Heading3"/>
      </w:pPr>
      <w:r>
        <w:t>(1) 連結会社の状況（2026年3月31日現在）</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セグメントの名称</w:t>
            </w:r>
          </w:p>
        </w:tc>
        <w:tc>
          <w:tcPr>
            <w:tcW w:type="dxa" w:w="3324"/>
            <w:shd w:val="clear" w:fill="24406B"/>
          </w:tcPr>
          <w:p>
            <w:r/>
            <w:r>
              <w:rPr>
                <w:rFonts w:eastAsia="Hiragino Sans" w:ascii="Hiragino Sans" w:hAnsi="Hiragino Sans"/>
                <w:b/>
                <w:color w:val="FFFFFF"/>
                <w:sz w:val="18"/>
              </w:rPr>
              <w:t>従業員数(名)</w:t>
            </w:r>
          </w:p>
        </w:tc>
        <w:tc>
          <w:tcPr>
            <w:tcW w:type="dxa" w:w="3324"/>
            <w:shd w:val="clear" w:fill="24406B"/>
          </w:tcPr>
          <w:p>
            <w:r/>
            <w:r>
              <w:rPr>
                <w:rFonts w:eastAsia="Hiragino Sans" w:ascii="Hiragino Sans" w:hAnsi="Hiragino Sans"/>
                <w:b/>
                <w:color w:val="FFFFFF"/>
                <w:sz w:val="18"/>
              </w:rPr>
              <w:t>（外、平均臨時雇用者数）</w:t>
            </w:r>
          </w:p>
        </w:tc>
      </w:tr>
      <w:tr>
        <w:tc>
          <w:tcPr>
            <w:tcW w:type="dxa" w:w="3324"/>
          </w:tcPr>
          <w:p>
            <w:r/>
            <w:r>
              <w:rPr>
                <w:rFonts w:eastAsia="Hiragino Sans" w:ascii="Hiragino Sans" w:hAnsi="Hiragino Sans"/>
                <w:b w:val="0"/>
                <w:sz w:val="18"/>
              </w:rPr>
              <w:t>精密機器</w:t>
            </w:r>
          </w:p>
        </w:tc>
        <w:tc>
          <w:tcPr>
            <w:tcW w:type="dxa" w:w="3324"/>
          </w:tcPr>
          <w:p>
            <w:r/>
            <w:r>
              <w:rPr>
                <w:rFonts w:eastAsia="Hiragino Sans" w:ascii="Hiragino Sans" w:hAnsi="Hiragino Sans"/>
                <w:b w:val="0"/>
                <w:sz w:val="18"/>
              </w:rPr>
              <w:t>1,280</w:t>
            </w:r>
          </w:p>
        </w:tc>
        <w:tc>
          <w:tcPr>
            <w:tcW w:type="dxa" w:w="3324"/>
          </w:tcPr>
          <w:p>
            <w:r/>
            <w:r>
              <w:rPr>
                <w:rFonts w:eastAsia="Hiragino Sans" w:ascii="Hiragino Sans" w:hAnsi="Hiragino Sans"/>
                <w:b w:val="0"/>
                <w:sz w:val="18"/>
              </w:rPr>
              <w:t>(198)</w:t>
            </w:r>
          </w:p>
        </w:tc>
      </w:tr>
      <w:tr>
        <w:tc>
          <w:tcPr>
            <w:tcW w:type="dxa" w:w="3324"/>
            <w:shd w:val="clear" w:fill="F7F8FA"/>
          </w:tcPr>
          <w:p>
            <w:r/>
            <w:r>
              <w:rPr>
                <w:rFonts w:eastAsia="Hiragino Sans" w:ascii="Hiragino Sans" w:hAnsi="Hiragino Sans"/>
                <w:b w:val="0"/>
                <w:sz w:val="18"/>
              </w:rPr>
              <w:t>電子部品</w:t>
            </w:r>
          </w:p>
        </w:tc>
        <w:tc>
          <w:tcPr>
            <w:tcW w:type="dxa" w:w="3324"/>
            <w:shd w:val="clear" w:fill="F7F8FA"/>
          </w:tcPr>
          <w:p>
            <w:r/>
            <w:r>
              <w:rPr>
                <w:rFonts w:eastAsia="Hiragino Sans" w:ascii="Hiragino Sans" w:hAnsi="Hiragino Sans"/>
                <w:b w:val="0"/>
                <w:sz w:val="18"/>
              </w:rPr>
              <w:t>890</w:t>
            </w:r>
          </w:p>
        </w:tc>
        <w:tc>
          <w:tcPr>
            <w:tcW w:type="dxa" w:w="3324"/>
            <w:shd w:val="clear" w:fill="F7F8FA"/>
          </w:tcPr>
          <w:p>
            <w:r/>
            <w:r>
              <w:rPr>
                <w:rFonts w:eastAsia="Hiragino Sans" w:ascii="Hiragino Sans" w:hAnsi="Hiragino Sans"/>
                <w:b w:val="0"/>
                <w:sz w:val="18"/>
              </w:rPr>
              <w:t>(152)</w:t>
            </w:r>
          </w:p>
        </w:tc>
      </w:tr>
      <w:tr>
        <w:tc>
          <w:tcPr>
            <w:tcW w:type="dxa" w:w="3324"/>
          </w:tcPr>
          <w:p>
            <w:r/>
            <w:r>
              <w:rPr>
                <w:rFonts w:eastAsia="Hiragino Sans" w:ascii="Hiragino Sans" w:hAnsi="Hiragino Sans"/>
                <w:b w:val="0"/>
                <w:sz w:val="18"/>
              </w:rPr>
              <w:t>その他</w:t>
            </w:r>
          </w:p>
        </w:tc>
        <w:tc>
          <w:tcPr>
            <w:tcW w:type="dxa" w:w="3324"/>
          </w:tcPr>
          <w:p>
            <w:r/>
            <w:r>
              <w:rPr>
                <w:rFonts w:eastAsia="Hiragino Sans" w:ascii="Hiragino Sans" w:hAnsi="Hiragino Sans"/>
                <w:b w:val="0"/>
                <w:sz w:val="18"/>
              </w:rPr>
              <w:t>145</w:t>
            </w:r>
          </w:p>
        </w:tc>
        <w:tc>
          <w:tcPr>
            <w:tcW w:type="dxa" w:w="3324"/>
          </w:tcPr>
          <w:p>
            <w:r/>
            <w:r>
              <w:rPr>
                <w:rFonts w:eastAsia="Hiragino Sans" w:ascii="Hiragino Sans" w:hAnsi="Hiragino Sans"/>
                <w:b w:val="0"/>
                <w:sz w:val="18"/>
              </w:rPr>
              <w:t>(18)</w:t>
            </w:r>
          </w:p>
        </w:tc>
      </w:tr>
      <w:tr>
        <w:tc>
          <w:tcPr>
            <w:tcW w:type="dxa" w:w="3324"/>
            <w:shd w:val="clear" w:fill="F7F8FA"/>
          </w:tcPr>
          <w:p>
            <w:r/>
            <w:r>
              <w:rPr>
                <w:rFonts w:eastAsia="Hiragino Sans" w:ascii="Hiragino Sans" w:hAnsi="Hiragino Sans"/>
                <w:b w:val="0"/>
                <w:sz w:val="18"/>
              </w:rPr>
              <w:t>全社（共通）</w:t>
            </w:r>
          </w:p>
        </w:tc>
        <w:tc>
          <w:tcPr>
            <w:tcW w:type="dxa" w:w="3324"/>
            <w:shd w:val="clear" w:fill="F7F8FA"/>
          </w:tcPr>
          <w:p>
            <w:r/>
            <w:r>
              <w:rPr>
                <w:rFonts w:eastAsia="Hiragino Sans" w:ascii="Hiragino Sans" w:hAnsi="Hiragino Sans"/>
                <w:b w:val="0"/>
                <w:sz w:val="18"/>
              </w:rPr>
              <w:t>115</w:t>
            </w:r>
          </w:p>
        </w:tc>
        <w:tc>
          <w:tcPr>
            <w:tcW w:type="dxa" w:w="3324"/>
            <w:shd w:val="clear" w:fill="F7F8FA"/>
          </w:tcPr>
          <w:p>
            <w:r/>
            <w:r>
              <w:rPr>
                <w:rFonts w:eastAsia="Hiragino Sans" w:ascii="Hiragino Sans" w:hAnsi="Hiragino Sans"/>
                <w:b w:val="0"/>
                <w:sz w:val="18"/>
              </w:rPr>
              <w:t>(8)</w:t>
            </w:r>
          </w:p>
        </w:tc>
      </w:tr>
      <w:tr>
        <w:tc>
          <w:tcPr>
            <w:tcW w:type="dxa" w:w="3324"/>
          </w:tcPr>
          <w:p>
            <w:r/>
            <w:r>
              <w:rPr>
                <w:rFonts w:eastAsia="Hiragino Sans" w:ascii="Hiragino Sans" w:hAnsi="Hiragino Sans"/>
                <w:b w:val="0"/>
                <w:sz w:val="18"/>
              </w:rPr>
              <w:t>合計</w:t>
            </w:r>
          </w:p>
        </w:tc>
        <w:tc>
          <w:tcPr>
            <w:tcW w:type="dxa" w:w="3324"/>
          </w:tcPr>
          <w:p>
            <w:r/>
            <w:r>
              <w:rPr>
                <w:rFonts w:eastAsia="Hiragino Sans" w:ascii="Hiragino Sans" w:hAnsi="Hiragino Sans"/>
                <w:b w:val="0"/>
                <w:sz w:val="18"/>
              </w:rPr>
              <w:t>2,430</w:t>
            </w:r>
          </w:p>
        </w:tc>
        <w:tc>
          <w:tcPr>
            <w:tcW w:type="dxa" w:w="3324"/>
          </w:tcPr>
          <w:p>
            <w:r/>
            <w:r>
              <w:rPr>
                <w:rFonts w:eastAsia="Hiragino Sans" w:ascii="Hiragino Sans" w:hAnsi="Hiragino Sans"/>
                <w:b w:val="0"/>
                <w:sz w:val="18"/>
              </w:rPr>
              <w:t>(376)</w:t>
            </w:r>
          </w:p>
        </w:tc>
      </w:tr>
    </w:tbl>
    <w:p>
      <w:pPr>
        <w:spacing w:after="40"/>
      </w:pPr>
    </w:p>
    <w:p>
      <w:pPr>
        <w:pStyle w:val="Heading3"/>
      </w:pPr>
      <w:r>
        <w:t>(2) 提出会社の状況（2026年3月31日現在）</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従業員数(名)</w:t>
            </w:r>
          </w:p>
        </w:tc>
        <w:tc>
          <w:tcPr>
            <w:tcW w:type="dxa" w:w="2493"/>
            <w:shd w:val="clear" w:fill="24406B"/>
          </w:tcPr>
          <w:p>
            <w:r/>
            <w:r>
              <w:rPr>
                <w:rFonts w:eastAsia="Hiragino Sans" w:ascii="Hiragino Sans" w:hAnsi="Hiragino Sans"/>
                <w:b/>
                <w:color w:val="FFFFFF"/>
                <w:sz w:val="18"/>
              </w:rPr>
              <w:t>平均年齢(歳)</w:t>
            </w:r>
          </w:p>
        </w:tc>
        <w:tc>
          <w:tcPr>
            <w:tcW w:type="dxa" w:w="2493"/>
            <w:shd w:val="clear" w:fill="24406B"/>
          </w:tcPr>
          <w:p>
            <w:r/>
            <w:r>
              <w:rPr>
                <w:rFonts w:eastAsia="Hiragino Sans" w:ascii="Hiragino Sans" w:hAnsi="Hiragino Sans"/>
                <w:b/>
                <w:color w:val="FFFFFF"/>
                <w:sz w:val="18"/>
              </w:rPr>
              <w:t>平均勤続年数(年)</w:t>
            </w:r>
          </w:p>
        </w:tc>
        <w:tc>
          <w:tcPr>
            <w:tcW w:type="dxa" w:w="2493"/>
            <w:shd w:val="clear" w:fill="24406B"/>
          </w:tcPr>
          <w:p>
            <w:r/>
            <w:r>
              <w:rPr>
                <w:rFonts w:eastAsia="Hiragino Sans" w:ascii="Hiragino Sans" w:hAnsi="Hiragino Sans"/>
                <w:b/>
                <w:color w:val="FFFFFF"/>
                <w:sz w:val="18"/>
              </w:rPr>
              <w:t>平均年間給与(千円)</w:t>
            </w:r>
          </w:p>
        </w:tc>
      </w:tr>
      <w:tr>
        <w:tc>
          <w:tcPr>
            <w:tcW w:type="dxa" w:w="2493"/>
          </w:tcPr>
          <w:p>
            <w:r/>
            <w:r>
              <w:rPr>
                <w:rFonts w:eastAsia="Hiragino Sans" w:ascii="Hiragino Sans" w:hAnsi="Hiragino Sans"/>
                <w:b w:val="0"/>
                <w:sz w:val="18"/>
              </w:rPr>
              <w:t>1,180</w:t>
            </w:r>
          </w:p>
        </w:tc>
        <w:tc>
          <w:tcPr>
            <w:tcW w:type="dxa" w:w="2493"/>
          </w:tcPr>
          <w:p>
            <w:r/>
            <w:r>
              <w:rPr>
                <w:rFonts w:eastAsia="Hiragino Sans" w:ascii="Hiragino Sans" w:hAnsi="Hiragino Sans"/>
                <w:b w:val="0"/>
                <w:sz w:val="18"/>
              </w:rPr>
              <w:t>41.2</w:t>
            </w:r>
          </w:p>
        </w:tc>
        <w:tc>
          <w:tcPr>
            <w:tcW w:type="dxa" w:w="2493"/>
          </w:tcPr>
          <w:p>
            <w:r/>
            <w:r>
              <w:rPr>
                <w:rFonts w:eastAsia="Hiragino Sans" w:ascii="Hiragino Sans" w:hAnsi="Hiragino Sans"/>
                <w:b w:val="0"/>
                <w:sz w:val="18"/>
              </w:rPr>
              <w:t>14.8</w:t>
            </w:r>
          </w:p>
        </w:tc>
        <w:tc>
          <w:tcPr>
            <w:tcW w:type="dxa" w:w="2493"/>
          </w:tcPr>
          <w:p>
            <w:r/>
            <w:r>
              <w:rPr>
                <w:rFonts w:eastAsia="Hiragino Sans" w:ascii="Hiragino Sans" w:hAnsi="Hiragino Sans"/>
                <w:b w:val="0"/>
                <w:sz w:val="18"/>
              </w:rPr>
              <w:t>6,214</w:t>
            </w:r>
          </w:p>
        </w:tc>
      </w:tr>
    </w:tbl>
    <w:p>
      <w:pPr>
        <w:spacing w:after="40"/>
      </w:pP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セグメントの名称</w:t>
            </w:r>
          </w:p>
        </w:tc>
        <w:tc>
          <w:tcPr>
            <w:tcW w:type="dxa" w:w="4986"/>
            <w:shd w:val="clear" w:fill="24406B"/>
          </w:tcPr>
          <w:p>
            <w:r/>
            <w:r>
              <w:rPr>
                <w:rFonts w:eastAsia="Hiragino Sans" w:ascii="Hiragino Sans" w:hAnsi="Hiragino Sans"/>
                <w:b/>
                <w:color w:val="FFFFFF"/>
                <w:sz w:val="18"/>
              </w:rPr>
              <w:t>従業員数(名)</w:t>
            </w:r>
          </w:p>
        </w:tc>
      </w:tr>
      <w:tr>
        <w:tc>
          <w:tcPr>
            <w:tcW w:type="dxa" w:w="4986"/>
          </w:tcPr>
          <w:p>
            <w:r/>
            <w:r>
              <w:rPr>
                <w:rFonts w:eastAsia="Hiragino Sans" w:ascii="Hiragino Sans" w:hAnsi="Hiragino Sans"/>
                <w:b w:val="0"/>
                <w:sz w:val="18"/>
              </w:rPr>
              <w:t>精密機器</w:t>
            </w:r>
          </w:p>
        </w:tc>
        <w:tc>
          <w:tcPr>
            <w:tcW w:type="dxa" w:w="4986"/>
          </w:tcPr>
          <w:p>
            <w:r/>
            <w:r>
              <w:rPr>
                <w:rFonts w:eastAsia="Hiragino Sans" w:ascii="Hiragino Sans" w:hAnsi="Hiragino Sans"/>
                <w:b w:val="0"/>
                <w:sz w:val="18"/>
              </w:rPr>
              <w:t>620</w:t>
            </w:r>
          </w:p>
        </w:tc>
      </w:tr>
      <w:tr>
        <w:tc>
          <w:tcPr>
            <w:tcW w:type="dxa" w:w="4986"/>
            <w:shd w:val="clear" w:fill="F7F8FA"/>
          </w:tcPr>
          <w:p>
            <w:r/>
            <w:r>
              <w:rPr>
                <w:rFonts w:eastAsia="Hiragino Sans" w:ascii="Hiragino Sans" w:hAnsi="Hiragino Sans"/>
                <w:b w:val="0"/>
                <w:sz w:val="18"/>
              </w:rPr>
              <w:t>電子部品</w:t>
            </w:r>
          </w:p>
        </w:tc>
        <w:tc>
          <w:tcPr>
            <w:tcW w:type="dxa" w:w="4986"/>
            <w:shd w:val="clear" w:fill="F7F8FA"/>
          </w:tcPr>
          <w:p>
            <w:r/>
            <w:r>
              <w:rPr>
                <w:rFonts w:eastAsia="Hiragino Sans" w:ascii="Hiragino Sans" w:hAnsi="Hiragino Sans"/>
                <w:b w:val="0"/>
                <w:sz w:val="18"/>
              </w:rPr>
              <w:t>445</w:t>
            </w:r>
          </w:p>
        </w:tc>
      </w:tr>
      <w:tr>
        <w:tc>
          <w:tcPr>
            <w:tcW w:type="dxa" w:w="4986"/>
          </w:tcPr>
          <w:p>
            <w:r/>
            <w:r>
              <w:rPr>
                <w:rFonts w:eastAsia="Hiragino Sans" w:ascii="Hiragino Sans" w:hAnsi="Hiragino Sans"/>
                <w:b w:val="0"/>
                <w:sz w:val="18"/>
              </w:rPr>
              <w:t>全社（共通）</w:t>
            </w:r>
          </w:p>
        </w:tc>
        <w:tc>
          <w:tcPr>
            <w:tcW w:type="dxa" w:w="4986"/>
          </w:tcPr>
          <w:p>
            <w:r/>
            <w:r>
              <w:rPr>
                <w:rFonts w:eastAsia="Hiragino Sans" w:ascii="Hiragino Sans" w:hAnsi="Hiragino Sans"/>
                <w:b w:val="0"/>
                <w:sz w:val="18"/>
              </w:rPr>
              <w:t>115</w:t>
            </w:r>
          </w:p>
        </w:tc>
      </w:tr>
      <w:tr>
        <w:tc>
          <w:tcPr>
            <w:tcW w:type="dxa" w:w="4986"/>
            <w:shd w:val="clear" w:fill="F7F8FA"/>
          </w:tcPr>
          <w:p>
            <w:r/>
            <w:r>
              <w:rPr>
                <w:rFonts w:eastAsia="Hiragino Sans" w:ascii="Hiragino Sans" w:hAnsi="Hiragino Sans"/>
                <w:b w:val="0"/>
                <w:sz w:val="18"/>
              </w:rPr>
              <w:t>合計</w:t>
            </w:r>
          </w:p>
        </w:tc>
        <w:tc>
          <w:tcPr>
            <w:tcW w:type="dxa" w:w="4986"/>
            <w:shd w:val="clear" w:fill="F7F8FA"/>
          </w:tcPr>
          <w:p>
            <w:r/>
            <w:r>
              <w:rPr>
                <w:rFonts w:eastAsia="Hiragino Sans" w:ascii="Hiragino Sans" w:hAnsi="Hiragino Sans"/>
                <w:b w:val="0"/>
                <w:sz w:val="18"/>
              </w:rPr>
              <w:t>1,180</w:t>
            </w:r>
          </w:p>
        </w:tc>
      </w:tr>
    </w:tbl>
    <w:p>
      <w:pPr>
        <w:spacing w:after="40"/>
      </w:pPr>
    </w:p>
    <w:p>
      <w:pPr>
        <w:pStyle w:val="ListBullet"/>
        <w:ind w:left="240"/>
      </w:pPr>
      <w:r>
        <w:rPr>
          <w:rFonts w:eastAsia="Hiragino Sans" w:ascii="Hiragino Sans" w:hAnsi="Hiragino Sans"/>
          <w:b w:val="0"/>
          <w:sz w:val="20"/>
        </w:rPr>
        <w:t>（注）平均年間給与は、賞与及び基準外賃金を含んでおります。</w:t>
      </w:r>
    </w:p>
    <w:p>
      <w:pPr>
        <w:pStyle w:val="Heading3"/>
      </w:pPr>
      <w:r>
        <w:t>(3) 労働組合の状況</w:t>
      </w:r>
    </w:p>
    <w:p>
      <w:pPr>
        <w:spacing w:after="80"/>
      </w:pPr>
      <w:r>
        <w:rPr>
          <w:rFonts w:eastAsia="Hiragino Sans" w:ascii="Hiragino Sans" w:hAnsi="Hiragino Sans"/>
          <w:b w:val="0"/>
          <w:i w:val="0"/>
        </w:rPr>
        <w:t>当社にはサンプル製造労働組合（組合員数852名、上部団体には加盟しておりません）が組織されており、労使関係は円満に推移しております。連結子会社には労働組合はありませんが、労使協議の場を定期的に設けております。</w:t>
      </w:r>
    </w:p>
    <w:p>
      <w:pPr>
        <w:pStyle w:val="Heading3"/>
      </w:pPr>
      <w:r>
        <w:t>(4) 管理職に占める女性労働者の割合、男性労働者の育児休業取得率及び労働者の男女の賃金の差異</w:t>
      </w:r>
    </w:p>
    <w:tbl>
      <w:tblPr>
        <w:tblStyle w:val="TableGrid"/>
        <w:tblW w:type="auto" w:w="0"/>
        <w:jc w:val="center"/>
        <w:tblLayout w:type="autofit"/>
        <w:tblLook w:firstColumn="1" w:firstRow="1" w:lastColumn="0" w:lastRow="0" w:noHBand="0" w:noVBand="1" w:val="04A0"/>
      </w:tblPr>
      <w:tblGrid>
        <w:gridCol w:w="1662"/>
        <w:gridCol w:w="1662"/>
        <w:gridCol w:w="1662"/>
        <w:gridCol w:w="1662"/>
        <w:gridCol w:w="1662"/>
        <w:gridCol w:w="1662"/>
      </w:tblGrid>
      <w:tr>
        <w:tc>
          <w:tcPr>
            <w:tcW w:type="dxa" w:w="1662"/>
            <w:shd w:val="clear" w:fill="24406B"/>
          </w:tcPr>
          <w:p>
            <w:r/>
            <w:r>
              <w:rPr>
                <w:rFonts w:eastAsia="Hiragino Sans" w:ascii="Hiragino Sans" w:hAnsi="Hiragino Sans"/>
                <w:b/>
                <w:color w:val="FFFFFF"/>
                <w:sz w:val="18"/>
              </w:rPr>
              <w:t>会社名</w:t>
            </w:r>
          </w:p>
        </w:tc>
        <w:tc>
          <w:tcPr>
            <w:tcW w:type="dxa" w:w="1662"/>
            <w:shd w:val="clear" w:fill="24406B"/>
          </w:tcPr>
          <w:p>
            <w:r/>
            <w:r>
              <w:rPr>
                <w:rFonts w:eastAsia="Hiragino Sans" w:ascii="Hiragino Sans" w:hAnsi="Hiragino Sans"/>
                <w:b/>
                <w:color w:val="FFFFFF"/>
                <w:sz w:val="18"/>
              </w:rPr>
              <w:t>女性管理職比率(%)</w:t>
            </w:r>
          </w:p>
        </w:tc>
        <w:tc>
          <w:tcPr>
            <w:tcW w:type="dxa" w:w="1662"/>
            <w:shd w:val="clear" w:fill="24406B"/>
          </w:tcPr>
          <w:p>
            <w:r/>
            <w:r>
              <w:rPr>
                <w:rFonts w:eastAsia="Hiragino Sans" w:ascii="Hiragino Sans" w:hAnsi="Hiragino Sans"/>
                <w:b/>
                <w:color w:val="FFFFFF"/>
                <w:sz w:val="18"/>
              </w:rPr>
              <w:t>男性育児休業取得率(%)</w:t>
            </w:r>
          </w:p>
        </w:tc>
        <w:tc>
          <w:tcPr>
            <w:tcW w:type="dxa" w:w="1662"/>
            <w:shd w:val="clear" w:fill="24406B"/>
          </w:tcPr>
          <w:p>
            <w:r/>
            <w:r>
              <w:rPr>
                <w:rFonts w:eastAsia="Hiragino Sans" w:ascii="Hiragino Sans" w:hAnsi="Hiragino Sans"/>
                <w:b/>
                <w:color w:val="FFFFFF"/>
                <w:sz w:val="18"/>
              </w:rPr>
              <w:t>賃金差異・全労働者(%)</w:t>
            </w:r>
          </w:p>
        </w:tc>
        <w:tc>
          <w:tcPr>
            <w:tcW w:type="dxa" w:w="1662"/>
            <w:shd w:val="clear" w:fill="24406B"/>
          </w:tcPr>
          <w:p>
            <w:r/>
            <w:r>
              <w:rPr>
                <w:rFonts w:eastAsia="Hiragino Sans" w:ascii="Hiragino Sans" w:hAnsi="Hiragino Sans"/>
                <w:b/>
                <w:color w:val="FFFFFF"/>
                <w:sz w:val="18"/>
              </w:rPr>
              <w:t>賃金差異・正規(%)</w:t>
            </w:r>
          </w:p>
        </w:tc>
        <w:tc>
          <w:tcPr>
            <w:tcW w:type="dxa" w:w="1662"/>
            <w:shd w:val="clear" w:fill="24406B"/>
          </w:tcPr>
          <w:p>
            <w:r/>
            <w:r>
              <w:rPr>
                <w:rFonts w:eastAsia="Hiragino Sans" w:ascii="Hiragino Sans" w:hAnsi="Hiragino Sans"/>
                <w:b/>
                <w:color w:val="FFFFFF"/>
                <w:sz w:val="18"/>
              </w:rPr>
              <w:t>賃金差異・非正規(%)</w:t>
            </w:r>
          </w:p>
        </w:tc>
      </w:tr>
      <w:tr>
        <w:tc>
          <w:tcPr>
            <w:tcW w:type="dxa" w:w="1662"/>
          </w:tcPr>
          <w:p>
            <w:r/>
            <w:r>
              <w:rPr>
                <w:rFonts w:eastAsia="Hiragino Sans" w:ascii="Hiragino Sans" w:hAnsi="Hiragino Sans"/>
                <w:b w:val="0"/>
                <w:sz w:val="18"/>
              </w:rPr>
              <w:t>提出会社</w:t>
            </w:r>
          </w:p>
        </w:tc>
        <w:tc>
          <w:tcPr>
            <w:tcW w:type="dxa" w:w="1662"/>
          </w:tcPr>
          <w:p>
            <w:r/>
            <w:r>
              <w:rPr>
                <w:rFonts w:eastAsia="Hiragino Sans" w:ascii="Hiragino Sans" w:hAnsi="Hiragino Sans"/>
                <w:b w:val="0"/>
                <w:sz w:val="18"/>
              </w:rPr>
              <w:t>8.4</w:t>
            </w:r>
          </w:p>
        </w:tc>
        <w:tc>
          <w:tcPr>
            <w:tcW w:type="dxa" w:w="1662"/>
          </w:tcPr>
          <w:p>
            <w:r/>
            <w:r>
              <w:rPr>
                <w:rFonts w:eastAsia="Hiragino Sans" w:ascii="Hiragino Sans" w:hAnsi="Hiragino Sans"/>
                <w:b w:val="0"/>
                <w:sz w:val="18"/>
              </w:rPr>
              <w:t>62.0</w:t>
            </w:r>
          </w:p>
        </w:tc>
        <w:tc>
          <w:tcPr>
            <w:tcW w:type="dxa" w:w="1662"/>
          </w:tcPr>
          <w:p>
            <w:r/>
            <w:r>
              <w:rPr>
                <w:rFonts w:eastAsia="Hiragino Sans" w:ascii="Hiragino Sans" w:hAnsi="Hiragino Sans"/>
                <w:b w:val="0"/>
                <w:sz w:val="18"/>
              </w:rPr>
              <w:t>72.4</w:t>
            </w:r>
          </w:p>
        </w:tc>
        <w:tc>
          <w:tcPr>
            <w:tcW w:type="dxa" w:w="1662"/>
          </w:tcPr>
          <w:p>
            <w:r/>
            <w:r>
              <w:rPr>
                <w:rFonts w:eastAsia="Hiragino Sans" w:ascii="Hiragino Sans" w:hAnsi="Hiragino Sans"/>
                <w:b w:val="0"/>
                <w:sz w:val="18"/>
              </w:rPr>
              <w:t>78.1</w:t>
            </w:r>
          </w:p>
        </w:tc>
        <w:tc>
          <w:tcPr>
            <w:tcW w:type="dxa" w:w="1662"/>
          </w:tcPr>
          <w:p>
            <w:r/>
            <w:r>
              <w:rPr>
                <w:rFonts w:eastAsia="Hiragino Sans" w:ascii="Hiragino Sans" w:hAnsi="Hiragino Sans"/>
                <w:b w:val="0"/>
                <w:sz w:val="18"/>
              </w:rPr>
              <w:t>81.3</w:t>
            </w:r>
          </w:p>
        </w:tc>
      </w:tr>
      <w:tr>
        <w:tc>
          <w:tcPr>
            <w:tcW w:type="dxa" w:w="1662"/>
            <w:shd w:val="clear" w:fill="F7F8FA"/>
          </w:tcPr>
          <w:p>
            <w:r/>
            <w:r>
              <w:rPr>
                <w:rFonts w:eastAsia="Hiragino Sans" w:ascii="Hiragino Sans" w:hAnsi="Hiragino Sans"/>
                <w:b w:val="0"/>
                <w:sz w:val="18"/>
              </w:rPr>
              <w:t>サンプル精機株式会社</w:t>
            </w:r>
          </w:p>
        </w:tc>
        <w:tc>
          <w:tcPr>
            <w:tcW w:type="dxa" w:w="1662"/>
            <w:shd w:val="clear" w:fill="F7F8FA"/>
          </w:tcPr>
          <w:p>
            <w:r/>
            <w:r>
              <w:rPr>
                <w:rFonts w:eastAsia="Hiragino Sans" w:ascii="Hiragino Sans" w:hAnsi="Hiragino Sans"/>
                <w:b w:val="0"/>
                <w:sz w:val="18"/>
              </w:rPr>
              <w:t>6.2</w:t>
            </w:r>
          </w:p>
        </w:tc>
        <w:tc>
          <w:tcPr>
            <w:tcW w:type="dxa" w:w="1662"/>
            <w:shd w:val="clear" w:fill="F7F8FA"/>
          </w:tcPr>
          <w:p>
            <w:r/>
            <w:r>
              <w:rPr>
                <w:rFonts w:eastAsia="Hiragino Sans" w:ascii="Hiragino Sans" w:hAnsi="Hiragino Sans"/>
                <w:b w:val="0"/>
                <w:sz w:val="18"/>
              </w:rPr>
              <w:t>50.0</w:t>
            </w:r>
          </w:p>
        </w:tc>
        <w:tc>
          <w:tcPr>
            <w:tcW w:type="dxa" w:w="1662"/>
            <w:shd w:val="clear" w:fill="F7F8FA"/>
          </w:tcPr>
          <w:p>
            <w:r/>
            <w:r>
              <w:rPr>
                <w:rFonts w:eastAsia="Hiragino Sans" w:ascii="Hiragino Sans" w:hAnsi="Hiragino Sans"/>
                <w:b w:val="0"/>
                <w:sz w:val="18"/>
              </w:rPr>
              <w:t>74.8</w:t>
            </w:r>
          </w:p>
        </w:tc>
        <w:tc>
          <w:tcPr>
            <w:tcW w:type="dxa" w:w="1662"/>
            <w:shd w:val="clear" w:fill="F7F8FA"/>
          </w:tcPr>
          <w:p>
            <w:r/>
            <w:r>
              <w:rPr>
                <w:rFonts w:eastAsia="Hiragino Sans" w:ascii="Hiragino Sans" w:hAnsi="Hiragino Sans"/>
                <w:b w:val="0"/>
                <w:sz w:val="18"/>
              </w:rPr>
              <w:t>79.5</w:t>
            </w:r>
          </w:p>
        </w:tc>
        <w:tc>
          <w:tcPr>
            <w:tcW w:type="dxa" w:w="1662"/>
            <w:shd w:val="clear" w:fill="F7F8FA"/>
          </w:tcPr>
          <w:p>
            <w:r/>
            <w:r>
              <w:rPr>
                <w:rFonts w:eastAsia="Hiragino Sans" w:ascii="Hiragino Sans" w:hAnsi="Hiragino Sans"/>
                <w:b w:val="0"/>
                <w:sz w:val="18"/>
              </w:rPr>
              <w:t>82.0</w:t>
            </w:r>
          </w:p>
        </w:tc>
      </w:tr>
      <w:tr>
        <w:tc>
          <w:tcPr>
            <w:tcW w:type="dxa" w:w="1662"/>
          </w:tcPr>
          <w:p>
            <w:r/>
            <w:r>
              <w:rPr>
                <w:rFonts w:eastAsia="Hiragino Sans" w:ascii="Hiragino Sans" w:hAnsi="Hiragino Sans"/>
                <w:b w:val="0"/>
                <w:sz w:val="18"/>
              </w:rPr>
              <w:t>サンプルエレクトロニクス株式会社</w:t>
            </w:r>
          </w:p>
        </w:tc>
        <w:tc>
          <w:tcPr>
            <w:tcW w:type="dxa" w:w="1662"/>
          </w:tcPr>
          <w:p>
            <w:r/>
            <w:r>
              <w:rPr>
                <w:rFonts w:eastAsia="Hiragino Sans" w:ascii="Hiragino Sans" w:hAnsi="Hiragino Sans"/>
                <w:b w:val="0"/>
                <w:sz w:val="18"/>
              </w:rPr>
              <w:t>7.5</w:t>
            </w:r>
          </w:p>
        </w:tc>
        <w:tc>
          <w:tcPr>
            <w:tcW w:type="dxa" w:w="1662"/>
          </w:tcPr>
          <w:p>
            <w:r/>
            <w:r>
              <w:rPr>
                <w:rFonts w:eastAsia="Hiragino Sans" w:ascii="Hiragino Sans" w:hAnsi="Hiragino Sans"/>
                <w:b w:val="0"/>
                <w:sz w:val="18"/>
              </w:rPr>
              <w:t>57.1</w:t>
            </w:r>
          </w:p>
        </w:tc>
        <w:tc>
          <w:tcPr>
            <w:tcW w:type="dxa" w:w="1662"/>
          </w:tcPr>
          <w:p>
            <w:r/>
            <w:r>
              <w:rPr>
                <w:rFonts w:eastAsia="Hiragino Sans" w:ascii="Hiragino Sans" w:hAnsi="Hiragino Sans"/>
                <w:b w:val="0"/>
                <w:sz w:val="18"/>
              </w:rPr>
              <w:t>73.1</w:t>
            </w:r>
          </w:p>
        </w:tc>
        <w:tc>
          <w:tcPr>
            <w:tcW w:type="dxa" w:w="1662"/>
          </w:tcPr>
          <w:p>
            <w:r/>
            <w:r>
              <w:rPr>
                <w:rFonts w:eastAsia="Hiragino Sans" w:ascii="Hiragino Sans" w:hAnsi="Hiragino Sans"/>
                <w:b w:val="0"/>
                <w:sz w:val="18"/>
              </w:rPr>
              <w:t>78.8</w:t>
            </w:r>
          </w:p>
        </w:tc>
        <w:tc>
          <w:tcPr>
            <w:tcW w:type="dxa" w:w="1662"/>
          </w:tcPr>
          <w:p>
            <w:r/>
            <w:r>
              <w:rPr>
                <w:rFonts w:eastAsia="Hiragino Sans" w:ascii="Hiragino Sans" w:hAnsi="Hiragino Sans"/>
                <w:b w:val="0"/>
                <w:sz w:val="18"/>
              </w:rPr>
              <w:t>80.6</w:t>
            </w:r>
          </w:p>
        </w:tc>
      </w:tr>
    </w:tbl>
    <w:p>
      <w:pPr>
        <w:spacing w:after="40"/>
      </w:pPr>
    </w:p>
    <w:p>
      <w:pPr>
        <w:pStyle w:val="ListBullet"/>
        <w:ind w:left="240"/>
      </w:pPr>
      <w:r>
        <w:rPr>
          <w:rFonts w:eastAsia="Hiragino Sans" w:ascii="Hiragino Sans" w:hAnsi="Hiragino Sans"/>
          <w:b w:val="0"/>
          <w:sz w:val="20"/>
        </w:rPr>
        <w:t>（注）1. 「女性の職業生活における活躍の推進に関する法律」及び「育児休業、介護休業等育児又は家族介護を行う労働者の福祉に関する法律」の規定に基づき算出したものであります。</w:t>
      </w:r>
    </w:p>
    <w:p>
      <w:pPr>
        <w:pStyle w:val="ListBullet"/>
        <w:ind w:left="240"/>
      </w:pPr>
      <w:r>
        <w:rPr>
          <w:rFonts w:eastAsia="Hiragino Sans" w:ascii="Hiragino Sans" w:hAnsi="Hiragino Sans"/>
          <w:b w:val="0"/>
          <w:sz w:val="20"/>
        </w:rPr>
        <w:t>（注）2. 賃金差異は、男性労働者の賃金に対する女性労働者の賃金の割合であります。差異の主因は管理職に占める女性比率及び交替勤務手当の対象者構成の差によるものであり、同一労働の賃金に差異はありません。</w:t>
      </w:r>
    </w:p>
    <w:p>
      <w:pPr>
        <w:ind w:left="120"/>
        <w:shd w:val="clear" w:fill="F3F4F6"/>
        <w:pBdr>
          <w:left w:val="single" w:sz="18" w:space="6" w:color="24406B"/>
        </w:pBdr>
      </w:pPr>
      <w:r>
        <w:rPr>
          <w:rFonts w:eastAsia="Hiragino Sans" w:ascii="Hiragino Sans" w:hAnsi="Hiragino Sans"/>
          <w:b w:val="0"/>
          <w:i/>
          <w:color w:val="444444"/>
          <w:sz w:val="18"/>
        </w:rPr>
        <w:t>チェック観点: 女性活躍推進法に基づく公表義務対象会社（常用労働者301人以上）の網羅性。賃金差異の補足説明が数値の言い訳ではなく要因分解になっているか。</w:t>
      </w:r>
    </w:p>
    <w:p>
      <w:pPr>
        <w:pStyle w:val="Heading1"/>
      </w:pPr>
      <w:r>
        <w:t>第2【事業の状況】</w:t>
      </w:r>
    </w:p>
    <w:p>
      <w:pPr>
        <w:pStyle w:val="Heading2"/>
      </w:pPr>
      <w:r>
        <w:t>1【経営方針、経営環境及び対処すべき課題等】</w:t>
      </w:r>
    </w:p>
    <w:p>
      <w:pPr>
        <w:spacing w:after="80"/>
      </w:pPr>
      <w:r>
        <w:rPr>
          <w:rFonts w:eastAsia="Hiragino Sans" w:ascii="Hiragino Sans" w:hAnsi="Hiragino Sans"/>
          <w:b w:val="0"/>
          <w:i w:val="0"/>
        </w:rPr>
        <w:t>本項に記載した将来に関する事項は、当連結会計年度末現在において当社グループが判断したものであります。</w:t>
      </w:r>
    </w:p>
    <w:p>
      <w:pPr>
        <w:pStyle w:val="Heading3"/>
      </w:pPr>
      <w:r>
        <w:t>(1) 経営方針</w:t>
      </w:r>
    </w:p>
    <w:p>
      <w:pPr>
        <w:spacing w:after="80"/>
      </w:pPr>
      <w:r>
        <w:rPr>
          <w:rFonts w:eastAsia="Hiragino Sans" w:ascii="Hiragino Sans" w:hAnsi="Hiragino Sans"/>
          <w:b w:val="0"/>
          <w:i w:val="0"/>
        </w:rPr>
        <w:t>当社グループは、「精密のちからで、社会の基盤をささえる」を経営理念とし、ミクロンオーダーの加工技術と品質保証体制を強みに、半導体・自動車・医療の各分野に不可欠な精密部品を供給することを使命としております。この理念のもと、①顧客との長期的な信頼関係、②現場起点の継続的改善、③社員の成長と多様性の尊重、④地域・環境との共生を行動指針としております。</w:t>
      </w:r>
    </w:p>
    <w:p>
      <w:pPr>
        <w:pStyle w:val="Heading3"/>
      </w:pPr>
      <w:r>
        <w:t>(2) 中期経営計画と目標とする経営指標</w:t>
      </w:r>
    </w:p>
    <w:p>
      <w:pPr>
        <w:spacing w:after="80"/>
      </w:pPr>
      <w:r>
        <w:rPr>
          <w:rFonts w:eastAsia="Hiragino Sans" w:ascii="Hiragino Sans" w:hAnsi="Hiragino Sans"/>
          <w:b w:val="0"/>
          <w:i w:val="0"/>
        </w:rPr>
        <w:t>当社グループは、2026年5月に中期経営計画「Sample Vision 2028」（2027年3月期〜2029年3月期）を公表しております。最終年度（2029年3月期）の目標経営指標は次のとおりであります。</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指標</w:t>
            </w:r>
          </w:p>
        </w:tc>
        <w:tc>
          <w:tcPr>
            <w:tcW w:type="dxa" w:w="3324"/>
            <w:shd w:val="clear" w:fill="24406B"/>
          </w:tcPr>
          <w:p>
            <w:r/>
            <w:r>
              <w:rPr>
                <w:rFonts w:eastAsia="Hiragino Sans" w:ascii="Hiragino Sans" w:hAnsi="Hiragino Sans"/>
                <w:b/>
                <w:color w:val="FFFFFF"/>
                <w:sz w:val="18"/>
              </w:rPr>
              <w:t>2026年3月期実績</w:t>
            </w:r>
          </w:p>
        </w:tc>
        <w:tc>
          <w:tcPr>
            <w:tcW w:type="dxa" w:w="3324"/>
            <w:shd w:val="clear" w:fill="24406B"/>
          </w:tcPr>
          <w:p>
            <w:r/>
            <w:r>
              <w:rPr>
                <w:rFonts w:eastAsia="Hiragino Sans" w:ascii="Hiragino Sans" w:hAnsi="Hiragino Sans"/>
                <w:b/>
                <w:color w:val="FFFFFF"/>
                <w:sz w:val="18"/>
              </w:rPr>
              <w:t>2029年3月期目標</w:t>
            </w:r>
          </w:p>
        </w:tc>
      </w:tr>
      <w:tr>
        <w:tc>
          <w:tcPr>
            <w:tcW w:type="dxa" w:w="3324"/>
          </w:tcPr>
          <w:p>
            <w:r/>
            <w:r>
              <w:rPr>
                <w:rFonts w:eastAsia="Hiragino Sans" w:ascii="Hiragino Sans" w:hAnsi="Hiragino Sans"/>
                <w:b w:val="0"/>
                <w:sz w:val="18"/>
              </w:rPr>
              <w:t>連結売上高</w:t>
            </w:r>
          </w:p>
        </w:tc>
        <w:tc>
          <w:tcPr>
            <w:tcW w:type="dxa" w:w="3324"/>
          </w:tcPr>
          <w:p>
            <w:r/>
            <w:r>
              <w:rPr>
                <w:rFonts w:eastAsia="Hiragino Sans" w:ascii="Hiragino Sans" w:hAnsi="Hiragino Sans"/>
                <w:b w:val="0"/>
                <w:sz w:val="18"/>
              </w:rPr>
              <w:t>48,600百万円</w:t>
            </w:r>
          </w:p>
        </w:tc>
        <w:tc>
          <w:tcPr>
            <w:tcW w:type="dxa" w:w="3324"/>
          </w:tcPr>
          <w:p>
            <w:r/>
            <w:r>
              <w:rPr>
                <w:rFonts w:eastAsia="Hiragino Sans" w:ascii="Hiragino Sans" w:hAnsi="Hiragino Sans"/>
                <w:b w:val="0"/>
                <w:sz w:val="18"/>
              </w:rPr>
              <w:t>55,000百万円</w:t>
            </w:r>
          </w:p>
        </w:tc>
      </w:tr>
      <w:tr>
        <w:tc>
          <w:tcPr>
            <w:tcW w:type="dxa" w:w="3324"/>
            <w:shd w:val="clear" w:fill="F7F8FA"/>
          </w:tcPr>
          <w:p>
            <w:r/>
            <w:r>
              <w:rPr>
                <w:rFonts w:eastAsia="Hiragino Sans" w:ascii="Hiragino Sans" w:hAnsi="Hiragino Sans"/>
                <w:b w:val="0"/>
                <w:sz w:val="18"/>
              </w:rPr>
              <w:t>連結営業利益率</w:t>
            </w:r>
          </w:p>
        </w:tc>
        <w:tc>
          <w:tcPr>
            <w:tcW w:type="dxa" w:w="3324"/>
            <w:shd w:val="clear" w:fill="F7F8FA"/>
          </w:tcPr>
          <w:p>
            <w:r/>
            <w:r>
              <w:rPr>
                <w:rFonts w:eastAsia="Hiragino Sans" w:ascii="Hiragino Sans" w:hAnsi="Hiragino Sans"/>
                <w:b w:val="0"/>
                <w:sz w:val="18"/>
              </w:rPr>
              <w:t>8.0%</w:t>
            </w:r>
          </w:p>
        </w:tc>
        <w:tc>
          <w:tcPr>
            <w:tcW w:type="dxa" w:w="3324"/>
            <w:shd w:val="clear" w:fill="F7F8FA"/>
          </w:tcPr>
          <w:p>
            <w:r/>
            <w:r>
              <w:rPr>
                <w:rFonts w:eastAsia="Hiragino Sans" w:ascii="Hiragino Sans" w:hAnsi="Hiragino Sans"/>
                <w:b w:val="0"/>
                <w:sz w:val="18"/>
              </w:rPr>
              <w:t>9.0%以上</w:t>
            </w:r>
          </w:p>
        </w:tc>
      </w:tr>
      <w:tr>
        <w:tc>
          <w:tcPr>
            <w:tcW w:type="dxa" w:w="3324"/>
          </w:tcPr>
          <w:p>
            <w:r/>
            <w:r>
              <w:rPr>
                <w:rFonts w:eastAsia="Hiragino Sans" w:ascii="Hiragino Sans" w:hAnsi="Hiragino Sans"/>
                <w:b w:val="0"/>
                <w:sz w:val="18"/>
              </w:rPr>
              <w:t>自己資本利益率（ROE）</w:t>
            </w:r>
          </w:p>
        </w:tc>
        <w:tc>
          <w:tcPr>
            <w:tcW w:type="dxa" w:w="3324"/>
          </w:tcPr>
          <w:p>
            <w:r/>
            <w:r>
              <w:rPr>
                <w:rFonts w:eastAsia="Hiragino Sans" w:ascii="Hiragino Sans" w:hAnsi="Hiragino Sans"/>
                <w:b w:val="0"/>
                <w:sz w:val="18"/>
              </w:rPr>
              <w:t>7.3%</w:t>
            </w:r>
          </w:p>
        </w:tc>
        <w:tc>
          <w:tcPr>
            <w:tcW w:type="dxa" w:w="3324"/>
          </w:tcPr>
          <w:p>
            <w:r/>
            <w:r>
              <w:rPr>
                <w:rFonts w:eastAsia="Hiragino Sans" w:ascii="Hiragino Sans" w:hAnsi="Hiragino Sans"/>
                <w:b w:val="0"/>
                <w:sz w:val="18"/>
              </w:rPr>
              <w:t>8.0%以上</w:t>
            </w:r>
          </w:p>
        </w:tc>
      </w:tr>
      <w:tr>
        <w:tc>
          <w:tcPr>
            <w:tcW w:type="dxa" w:w="3324"/>
            <w:shd w:val="clear" w:fill="F7F8FA"/>
          </w:tcPr>
          <w:p>
            <w:r/>
            <w:r>
              <w:rPr>
                <w:rFonts w:eastAsia="Hiragino Sans" w:ascii="Hiragino Sans" w:hAnsi="Hiragino Sans"/>
                <w:b w:val="0"/>
                <w:sz w:val="18"/>
              </w:rPr>
              <w:t>連結配当性向</w:t>
            </w:r>
          </w:p>
        </w:tc>
        <w:tc>
          <w:tcPr>
            <w:tcW w:type="dxa" w:w="3324"/>
            <w:shd w:val="clear" w:fill="F7F8FA"/>
          </w:tcPr>
          <w:p>
            <w:r/>
            <w:r>
              <w:rPr>
                <w:rFonts w:eastAsia="Hiragino Sans" w:ascii="Hiragino Sans" w:hAnsi="Hiragino Sans"/>
                <w:b w:val="0"/>
                <w:sz w:val="18"/>
              </w:rPr>
              <w:t>31.5%</w:t>
            </w:r>
          </w:p>
        </w:tc>
        <w:tc>
          <w:tcPr>
            <w:tcW w:type="dxa" w:w="3324"/>
            <w:shd w:val="clear" w:fill="F7F8FA"/>
          </w:tcPr>
          <w:p>
            <w:r/>
            <w:r>
              <w:rPr>
                <w:rFonts w:eastAsia="Hiragino Sans" w:ascii="Hiragino Sans" w:hAnsi="Hiragino Sans"/>
                <w:b w:val="0"/>
                <w:sz w:val="18"/>
              </w:rPr>
              <w:t>35%程度</w:t>
            </w:r>
          </w:p>
        </w:tc>
      </w:tr>
      <w:tr>
        <w:tc>
          <w:tcPr>
            <w:tcW w:type="dxa" w:w="3324"/>
          </w:tcPr>
          <w:p>
            <w:r/>
            <w:r>
              <w:rPr>
                <w:rFonts w:eastAsia="Hiragino Sans" w:ascii="Hiragino Sans" w:hAnsi="Hiragino Sans"/>
                <w:b w:val="0"/>
                <w:sz w:val="18"/>
              </w:rPr>
              <w:t>Scope1+2 温室効果ガス排出量（2022年度（2023年3月期）比）</w:t>
            </w:r>
          </w:p>
        </w:tc>
        <w:tc>
          <w:tcPr>
            <w:tcW w:type="dxa" w:w="3324"/>
          </w:tcPr>
          <w:p>
            <w:r/>
            <w:r>
              <w:rPr>
                <w:rFonts w:eastAsia="Hiragino Sans" w:ascii="Hiragino Sans" w:hAnsi="Hiragino Sans"/>
                <w:b w:val="0"/>
                <w:sz w:val="18"/>
              </w:rPr>
              <w:t>△14.9%</w:t>
            </w:r>
          </w:p>
        </w:tc>
        <w:tc>
          <w:tcPr>
            <w:tcW w:type="dxa" w:w="3324"/>
          </w:tcPr>
          <w:p>
            <w:r/>
            <w:r>
              <w:rPr>
                <w:rFonts w:eastAsia="Hiragino Sans" w:ascii="Hiragino Sans" w:hAnsi="Hiragino Sans"/>
                <w:b w:val="0"/>
                <w:sz w:val="18"/>
              </w:rPr>
              <w:t>△30%以上</w:t>
            </w:r>
          </w:p>
        </w:tc>
      </w:tr>
    </w:tbl>
    <w:p>
      <w:pPr>
        <w:spacing w:after="40"/>
      </w:pPr>
    </w:p>
    <w:p>
      <w:pPr>
        <w:pStyle w:val="Heading3"/>
      </w:pPr>
      <w:r>
        <w:t>(3) 経営環境</w:t>
      </w:r>
    </w:p>
    <w:p>
      <w:pPr>
        <w:spacing w:after="80"/>
      </w:pPr>
      <w:r>
        <w:rPr>
          <w:rFonts w:eastAsia="Hiragino Sans" w:ascii="Hiragino Sans" w:hAnsi="Hiragino Sans"/>
          <w:b w:val="0"/>
          <w:i w:val="0"/>
        </w:rPr>
        <w:t>当連結会計年度の世界経済は、米国経済の底堅さと生成AI関連投資に牽引された半導体製造装置需要の回復が続いた一方、中国経済の回復の遅れ、及び年度後半にかけての急速な円高進行が輸出採算に影響を及ぼしました。自動車業界では電動化・電装化の進展により車載電子部品の搭載点数が増加しており、当社グループの事業機会は中期的に拡大するものと認識しております。</w:t>
      </w:r>
    </w:p>
    <w:p>
      <w:pPr>
        <w:pStyle w:val="Heading3"/>
      </w:pPr>
      <w:r>
        <w:t>(4) 優先的に対処すべき事業上及び財務上の課題</w:t>
      </w:r>
    </w:p>
    <w:p>
      <w:pPr>
        <w:pStyle w:val="ListBullet"/>
        <w:ind w:left="240"/>
      </w:pPr>
      <w:r>
        <w:rPr>
          <w:rFonts w:eastAsia="Hiragino Sans" w:ascii="Hiragino Sans" w:hAnsi="Hiragino Sans"/>
          <w:b/>
          <w:sz w:val="20"/>
        </w:rPr>
        <w:t>半導体製造装置向け生産能力の増強</w:t>
      </w:r>
      <w:r>
        <w:rPr>
          <w:rFonts w:eastAsia="Hiragino Sans" w:ascii="Hiragino Sans" w:hAnsi="Hiragino Sans"/>
          <w:b w:val="0"/>
          <w:sz w:val="20"/>
        </w:rPr>
        <w:t>：受注拡大に生産能力が追いついていないため、諏訪工場第3棟（投資額2,800百万円）の建設を決定し、2027年9月の稼働を予定しております。</w:t>
      </w:r>
    </w:p>
    <w:p>
      <w:pPr>
        <w:pStyle w:val="ListBullet"/>
        <w:ind w:left="240"/>
      </w:pPr>
      <w:r>
        <w:rPr>
          <w:rFonts w:eastAsia="Hiragino Sans" w:ascii="Hiragino Sans" w:hAnsi="Hiragino Sans"/>
          <w:b/>
          <w:sz w:val="20"/>
        </w:rPr>
        <w:t>調達・生産体制の強靭化</w:t>
      </w:r>
      <w:r>
        <w:rPr>
          <w:rFonts w:eastAsia="Hiragino Sans" w:ascii="Hiragino Sans" w:hAnsi="Hiragino Sans"/>
          <w:b w:val="0"/>
          <w:sz w:val="20"/>
        </w:rPr>
        <w:t>：特定地域への生産集中リスクを低減するため、タイ・ベトナム両拠点への工程分散と重要部材の複社購買化を進めております。</w:t>
      </w:r>
    </w:p>
    <w:p>
      <w:pPr>
        <w:pStyle w:val="ListBullet"/>
        <w:ind w:left="240"/>
      </w:pPr>
      <w:r>
        <w:rPr>
          <w:rFonts w:eastAsia="Hiragino Sans" w:ascii="Hiragino Sans" w:hAnsi="Hiragino Sans"/>
          <w:b/>
          <w:sz w:val="20"/>
        </w:rPr>
        <w:t>価格改定と収益性の改善</w:t>
      </w:r>
      <w:r>
        <w:rPr>
          <w:rFonts w:eastAsia="Hiragino Sans" w:ascii="Hiragino Sans" w:hAnsi="Hiragino Sans"/>
          <w:b w:val="0"/>
          <w:sz w:val="20"/>
        </w:rPr>
        <w:t>：エネルギー・労務コストの上昇に対し、付加価値に見合う価格改定と工程自動化による原価低減を両輪で進めております。</w:t>
      </w:r>
    </w:p>
    <w:p>
      <w:pPr>
        <w:pStyle w:val="ListBullet"/>
        <w:ind w:left="240"/>
      </w:pPr>
      <w:r>
        <w:rPr>
          <w:rFonts w:eastAsia="Hiragino Sans" w:ascii="Hiragino Sans" w:hAnsi="Hiragino Sans"/>
          <w:b/>
          <w:sz w:val="20"/>
        </w:rPr>
        <w:t>人材の確保・育成</w:t>
      </w:r>
      <w:r>
        <w:rPr>
          <w:rFonts w:eastAsia="Hiragino Sans" w:ascii="Hiragino Sans" w:hAnsi="Hiragino Sans"/>
          <w:b w:val="0"/>
          <w:sz w:val="20"/>
        </w:rPr>
        <w:t>：技能伝承のためのマイスター制度拡充、女性管理職比率の向上、エンジニア採用の強化に取り組んでおります。</w:t>
      </w:r>
    </w:p>
    <w:p>
      <w:pPr>
        <w:pStyle w:val="ListBullet"/>
        <w:ind w:left="240"/>
      </w:pPr>
      <w:r>
        <w:rPr>
          <w:rFonts w:eastAsia="Hiragino Sans" w:ascii="Hiragino Sans" w:hAnsi="Hiragino Sans"/>
          <w:b/>
          <w:sz w:val="20"/>
        </w:rPr>
        <w:t>サステナビリティ対応</w:t>
      </w:r>
      <w:r>
        <w:rPr>
          <w:rFonts w:eastAsia="Hiragino Sans" w:ascii="Hiragino Sans" w:hAnsi="Hiragino Sans"/>
          <w:b w:val="0"/>
          <w:sz w:val="20"/>
        </w:rPr>
        <w:t>：2050年カーボンニュートラルに向けた省エネ投資・再エネ調達、及びサプライチェーン人権デューデリジェンスの定着を進めております。</w:t>
      </w:r>
    </w:p>
    <w:p>
      <w:pPr>
        <w:ind w:left="120"/>
        <w:shd w:val="clear" w:fill="F3F4F6"/>
        <w:pBdr>
          <w:left w:val="single" w:sz="18" w:space="6" w:color="24406B"/>
        </w:pBdr>
      </w:pPr>
      <w:r>
        <w:rPr>
          <w:rFonts w:eastAsia="Hiragino Sans" w:ascii="Hiragino Sans" w:hAnsi="Hiragino Sans"/>
          <w:b w:val="0"/>
          <w:i/>
          <w:color w:val="444444"/>
          <w:sz w:val="18"/>
        </w:rPr>
        <w:t>チェック観点: 中計目標と MD&amp;A・サステナ指標の数値整合。目標指標を変更した場合は変更理由の記載が必要。</w:t>
      </w:r>
    </w:p>
    <w:p>
      <w:pPr>
        <w:pStyle w:val="Heading2"/>
      </w:pPr>
      <w:r>
        <w:t>2【サステナビリティに関する考え方及び取組】</w:t>
      </w:r>
    </w:p>
    <w:p>
      <w:pPr>
        <w:pStyle w:val="Heading3"/>
      </w:pPr>
      <w:r>
        <w:t>(1) ガバナンス</w:t>
      </w:r>
    </w:p>
    <w:p>
      <w:pPr>
        <w:spacing w:after="80"/>
      </w:pPr>
      <w:r>
        <w:rPr>
          <w:rFonts w:eastAsia="Hiragino Sans" w:ascii="Hiragino Sans" w:hAnsi="Hiragino Sans"/>
          <w:b w:val="0"/>
          <w:i w:val="0"/>
        </w:rPr>
        <w:t>当社は、代表取締役社長を委員長とし、執行役員及び主要子会社社長で構成するサステナビリティ委員会を設置し、年4回開催しております。同委員会は気候変動・人的資本・人権・サプライチェーンに関する方針と目標の進捗を審議し、その内容を年2回以上取締役会に報告しております。取締役会は、サステナビリティ関連のリスク及び機会が経営戦略・設備投資計画に適切に反映されているかを監督しております。</w:t>
      </w:r>
    </w:p>
    <w:p>
      <w:pPr>
        <w:pStyle w:val="Heading3"/>
      </w:pPr>
      <w:r>
        <w:t>(2) 戦略</w:t>
      </w:r>
    </w:p>
    <w:p>
      <w:pPr>
        <w:spacing w:after="80"/>
      </w:pPr>
      <w:r>
        <w:rPr>
          <w:rFonts w:eastAsia="Hiragino Sans" w:ascii="Hiragino Sans" w:hAnsi="Hiragino Sans"/>
          <w:b/>
          <w:i w:val="0"/>
        </w:rPr>
        <w:t>気候変動（TCFD提言及びSSBJ基準の枠組みを参考）</w:t>
      </w:r>
      <w:r>
        <w:rPr>
          <w:rFonts w:eastAsia="Hiragino Sans" w:ascii="Hiragino Sans" w:hAnsi="Hiragino Sans"/>
          <w:b w:val="0"/>
          <w:i w:val="0"/>
        </w:rPr>
        <w:t>：1.5℃シナリオ及び4℃シナリオを用い、2030年時点の影響を分析しております。</w:t>
      </w:r>
    </w:p>
    <w:tbl>
      <w:tblPr>
        <w:tblStyle w:val="TableGrid"/>
        <w:tblW w:type="auto" w:w="0"/>
        <w:jc w:val="center"/>
        <w:tblLayout w:type="autofit"/>
        <w:tblLook w:firstColumn="1" w:firstRow="1" w:lastColumn="0" w:lastRow="0" w:noHBand="0" w:noVBand="1" w:val="04A0"/>
      </w:tblPr>
      <w:tblGrid>
        <w:gridCol w:w="1994"/>
        <w:gridCol w:w="1994"/>
        <w:gridCol w:w="1994"/>
        <w:gridCol w:w="1994"/>
        <w:gridCol w:w="1994"/>
      </w:tblGrid>
      <w:tr>
        <w:tc>
          <w:tcPr>
            <w:tcW w:type="dxa" w:w="1994"/>
            <w:shd w:val="clear" w:fill="24406B"/>
          </w:tcPr>
          <w:p>
            <w:r/>
            <w:r>
              <w:rPr>
                <w:rFonts w:eastAsia="Hiragino Sans" w:ascii="Hiragino Sans" w:hAnsi="Hiragino Sans"/>
                <w:b/>
                <w:color w:val="FFFFFF"/>
                <w:sz w:val="18"/>
              </w:rPr>
              <w:t>区分</w:t>
            </w:r>
          </w:p>
        </w:tc>
        <w:tc>
          <w:tcPr>
            <w:tcW w:type="dxa" w:w="1994"/>
            <w:shd w:val="clear" w:fill="24406B"/>
          </w:tcPr>
          <w:p>
            <w:r/>
            <w:r>
              <w:rPr>
                <w:rFonts w:eastAsia="Hiragino Sans" w:ascii="Hiragino Sans" w:hAnsi="Hiragino Sans"/>
                <w:b/>
                <w:color w:val="FFFFFF"/>
                <w:sz w:val="18"/>
              </w:rPr>
              <w:t>主な内容</w:t>
            </w:r>
          </w:p>
        </w:tc>
        <w:tc>
          <w:tcPr>
            <w:tcW w:type="dxa" w:w="1994"/>
            <w:shd w:val="clear" w:fill="24406B"/>
          </w:tcPr>
          <w:p>
            <w:r/>
            <w:r>
              <w:rPr>
                <w:rFonts w:eastAsia="Hiragino Sans" w:ascii="Hiragino Sans" w:hAnsi="Hiragino Sans"/>
                <w:b/>
                <w:color w:val="FFFFFF"/>
                <w:sz w:val="18"/>
              </w:rPr>
              <w:t>時間軸</w:t>
            </w:r>
          </w:p>
        </w:tc>
        <w:tc>
          <w:tcPr>
            <w:tcW w:type="dxa" w:w="1994"/>
            <w:shd w:val="clear" w:fill="24406B"/>
          </w:tcPr>
          <w:p>
            <w:r/>
            <w:r>
              <w:rPr>
                <w:rFonts w:eastAsia="Hiragino Sans" w:ascii="Hiragino Sans" w:hAnsi="Hiragino Sans"/>
                <w:b/>
                <w:color w:val="FFFFFF"/>
                <w:sz w:val="18"/>
              </w:rPr>
              <w:t>影響度</w:t>
            </w:r>
          </w:p>
        </w:tc>
        <w:tc>
          <w:tcPr>
            <w:tcW w:type="dxa" w:w="1994"/>
            <w:shd w:val="clear" w:fill="24406B"/>
          </w:tcPr>
          <w:p>
            <w:r/>
            <w:r>
              <w:rPr>
                <w:rFonts w:eastAsia="Hiragino Sans" w:ascii="Hiragino Sans" w:hAnsi="Hiragino Sans"/>
                <w:b/>
                <w:color w:val="FFFFFF"/>
                <w:sz w:val="18"/>
              </w:rPr>
              <w:t>対応策</w:t>
            </w:r>
          </w:p>
        </w:tc>
      </w:tr>
      <w:tr>
        <w:tc>
          <w:tcPr>
            <w:tcW w:type="dxa" w:w="1994"/>
          </w:tcPr>
          <w:p>
            <w:r/>
            <w:r>
              <w:rPr>
                <w:rFonts w:eastAsia="Hiragino Sans" w:ascii="Hiragino Sans" w:hAnsi="Hiragino Sans"/>
                <w:b w:val="0"/>
                <w:sz w:val="18"/>
              </w:rPr>
              <w:t>移行リスク</w:t>
            </w:r>
          </w:p>
        </w:tc>
        <w:tc>
          <w:tcPr>
            <w:tcW w:type="dxa" w:w="1994"/>
          </w:tcPr>
          <w:p>
            <w:r/>
            <w:r>
              <w:rPr>
                <w:rFonts w:eastAsia="Hiragino Sans" w:ascii="Hiragino Sans" w:hAnsi="Hiragino Sans"/>
                <w:b w:val="0"/>
                <w:sz w:val="18"/>
              </w:rPr>
              <w:t>炭素価格導入による電力・材料コスト上昇</w:t>
            </w:r>
          </w:p>
        </w:tc>
        <w:tc>
          <w:tcPr>
            <w:tcW w:type="dxa" w:w="1994"/>
          </w:tcPr>
          <w:p>
            <w:r/>
            <w:r>
              <w:rPr>
                <w:rFonts w:eastAsia="Hiragino Sans" w:ascii="Hiragino Sans" w:hAnsi="Hiragino Sans"/>
                <w:b w:val="0"/>
                <w:sz w:val="18"/>
              </w:rPr>
              <w:t>中期</w:t>
            </w:r>
          </w:p>
        </w:tc>
        <w:tc>
          <w:tcPr>
            <w:tcW w:type="dxa" w:w="1994"/>
          </w:tcPr>
          <w:p>
            <w:r/>
            <w:r>
              <w:rPr>
                <w:rFonts w:eastAsia="Hiragino Sans" w:ascii="Hiragino Sans" w:hAnsi="Hiragino Sans"/>
                <w:b w:val="0"/>
                <w:sz w:val="18"/>
              </w:rPr>
              <w:t>中</w:t>
            </w:r>
          </w:p>
        </w:tc>
        <w:tc>
          <w:tcPr>
            <w:tcW w:type="dxa" w:w="1994"/>
          </w:tcPr>
          <w:p>
            <w:r/>
            <w:r>
              <w:rPr>
                <w:rFonts w:eastAsia="Hiragino Sans" w:ascii="Hiragino Sans" w:hAnsi="Hiragino Sans"/>
                <w:b w:val="0"/>
                <w:sz w:val="18"/>
              </w:rPr>
              <w:t>省エネ設備投資、再エネ電力調達（諏訪・伊那両工場で導入済み）</w:t>
            </w:r>
          </w:p>
        </w:tc>
      </w:tr>
      <w:tr>
        <w:tc>
          <w:tcPr>
            <w:tcW w:type="dxa" w:w="1994"/>
            <w:shd w:val="clear" w:fill="F7F8FA"/>
          </w:tcPr>
          <w:p>
            <w:r/>
            <w:r>
              <w:rPr>
                <w:rFonts w:eastAsia="Hiragino Sans" w:ascii="Hiragino Sans" w:hAnsi="Hiragino Sans"/>
                <w:b w:val="0"/>
                <w:sz w:val="18"/>
              </w:rPr>
              <w:t>移行リスク</w:t>
            </w:r>
          </w:p>
        </w:tc>
        <w:tc>
          <w:tcPr>
            <w:tcW w:type="dxa" w:w="1994"/>
            <w:shd w:val="clear" w:fill="F7F8FA"/>
          </w:tcPr>
          <w:p>
            <w:r/>
            <w:r>
              <w:rPr>
                <w:rFonts w:eastAsia="Hiragino Sans" w:ascii="Hiragino Sans" w:hAnsi="Hiragino Sans"/>
                <w:b w:val="0"/>
                <w:sz w:val="18"/>
              </w:rPr>
              <w:t>顧客からの排出量開示・削減要請の強化</w:t>
            </w:r>
          </w:p>
        </w:tc>
        <w:tc>
          <w:tcPr>
            <w:tcW w:type="dxa" w:w="1994"/>
            <w:shd w:val="clear" w:fill="F7F8FA"/>
          </w:tcPr>
          <w:p>
            <w:r/>
            <w:r>
              <w:rPr>
                <w:rFonts w:eastAsia="Hiragino Sans" w:ascii="Hiragino Sans" w:hAnsi="Hiragino Sans"/>
                <w:b w:val="0"/>
                <w:sz w:val="18"/>
              </w:rPr>
              <w:t>短期</w:t>
            </w:r>
          </w:p>
        </w:tc>
        <w:tc>
          <w:tcPr>
            <w:tcW w:type="dxa" w:w="1994"/>
            <w:shd w:val="clear" w:fill="F7F8FA"/>
          </w:tcPr>
          <w:p>
            <w:r/>
            <w:r>
              <w:rPr>
                <w:rFonts w:eastAsia="Hiragino Sans" w:ascii="Hiragino Sans" w:hAnsi="Hiragino Sans"/>
                <w:b w:val="0"/>
                <w:sz w:val="18"/>
              </w:rPr>
              <w:t>中</w:t>
            </w:r>
          </w:p>
        </w:tc>
        <w:tc>
          <w:tcPr>
            <w:tcW w:type="dxa" w:w="1994"/>
            <w:shd w:val="clear" w:fill="F7F8FA"/>
          </w:tcPr>
          <w:p>
            <w:r/>
            <w:r>
              <w:rPr>
                <w:rFonts w:eastAsia="Hiragino Sans" w:ascii="Hiragino Sans" w:hAnsi="Hiragino Sans"/>
                <w:b w:val="0"/>
                <w:sz w:val="18"/>
              </w:rPr>
              <w:t>製品別カーボンフットプリント算定体制の整備</w:t>
            </w:r>
          </w:p>
        </w:tc>
      </w:tr>
      <w:tr>
        <w:tc>
          <w:tcPr>
            <w:tcW w:type="dxa" w:w="1994"/>
          </w:tcPr>
          <w:p>
            <w:r/>
            <w:r>
              <w:rPr>
                <w:rFonts w:eastAsia="Hiragino Sans" w:ascii="Hiragino Sans" w:hAnsi="Hiragino Sans"/>
                <w:b w:val="0"/>
                <w:sz w:val="18"/>
              </w:rPr>
              <w:t>物理リスク</w:t>
            </w:r>
          </w:p>
        </w:tc>
        <w:tc>
          <w:tcPr>
            <w:tcW w:type="dxa" w:w="1994"/>
          </w:tcPr>
          <w:p>
            <w:r/>
            <w:r>
              <w:rPr>
                <w:rFonts w:eastAsia="Hiragino Sans" w:ascii="Hiragino Sans" w:hAnsi="Hiragino Sans"/>
                <w:b w:val="0"/>
                <w:sz w:val="18"/>
              </w:rPr>
              <w:t>豪雨・渇水による操業停止（諏訪湖周辺・東南アジア拠点）</w:t>
            </w:r>
          </w:p>
        </w:tc>
        <w:tc>
          <w:tcPr>
            <w:tcW w:type="dxa" w:w="1994"/>
          </w:tcPr>
          <w:p>
            <w:r/>
            <w:r>
              <w:rPr>
                <w:rFonts w:eastAsia="Hiragino Sans" w:ascii="Hiragino Sans" w:hAnsi="Hiragino Sans"/>
                <w:b w:val="0"/>
                <w:sz w:val="18"/>
              </w:rPr>
              <w:t>中長期</w:t>
            </w:r>
          </w:p>
        </w:tc>
        <w:tc>
          <w:tcPr>
            <w:tcW w:type="dxa" w:w="1994"/>
          </w:tcPr>
          <w:p>
            <w:r/>
            <w:r>
              <w:rPr>
                <w:rFonts w:eastAsia="Hiragino Sans" w:ascii="Hiragino Sans" w:hAnsi="Hiragino Sans"/>
                <w:b w:val="0"/>
                <w:sz w:val="18"/>
              </w:rPr>
              <w:t>大</w:t>
            </w:r>
          </w:p>
        </w:tc>
        <w:tc>
          <w:tcPr>
            <w:tcW w:type="dxa" w:w="1994"/>
          </w:tcPr>
          <w:p>
            <w:r/>
            <w:r>
              <w:rPr>
                <w:rFonts w:eastAsia="Hiragino Sans" w:ascii="Hiragino Sans" w:hAnsi="Hiragino Sans"/>
                <w:b w:val="0"/>
                <w:sz w:val="18"/>
              </w:rPr>
              <w:t>BCP強化、かさ上げ・止水対策、拠点間相互補完体制</w:t>
            </w:r>
          </w:p>
        </w:tc>
      </w:tr>
      <w:tr>
        <w:tc>
          <w:tcPr>
            <w:tcW w:type="dxa" w:w="1994"/>
            <w:shd w:val="clear" w:fill="F7F8FA"/>
          </w:tcPr>
          <w:p>
            <w:r/>
            <w:r>
              <w:rPr>
                <w:rFonts w:eastAsia="Hiragino Sans" w:ascii="Hiragino Sans" w:hAnsi="Hiragino Sans"/>
                <w:b w:val="0"/>
                <w:sz w:val="18"/>
              </w:rPr>
              <w:t>機会</w:t>
            </w:r>
          </w:p>
        </w:tc>
        <w:tc>
          <w:tcPr>
            <w:tcW w:type="dxa" w:w="1994"/>
            <w:shd w:val="clear" w:fill="F7F8FA"/>
          </w:tcPr>
          <w:p>
            <w:r/>
            <w:r>
              <w:rPr>
                <w:rFonts w:eastAsia="Hiragino Sans" w:ascii="Hiragino Sans" w:hAnsi="Hiragino Sans"/>
                <w:b w:val="0"/>
                <w:sz w:val="18"/>
              </w:rPr>
              <w:t>電動化・省エネ機器向け精密部品の需要拡大</w:t>
            </w:r>
          </w:p>
        </w:tc>
        <w:tc>
          <w:tcPr>
            <w:tcW w:type="dxa" w:w="1994"/>
            <w:shd w:val="clear" w:fill="F7F8FA"/>
          </w:tcPr>
          <w:p>
            <w:r/>
            <w:r>
              <w:rPr>
                <w:rFonts w:eastAsia="Hiragino Sans" w:ascii="Hiragino Sans" w:hAnsi="Hiragino Sans"/>
                <w:b w:val="0"/>
                <w:sz w:val="18"/>
              </w:rPr>
              <w:t>中長期</w:t>
            </w:r>
          </w:p>
        </w:tc>
        <w:tc>
          <w:tcPr>
            <w:tcW w:type="dxa" w:w="1994"/>
            <w:shd w:val="clear" w:fill="F7F8FA"/>
          </w:tcPr>
          <w:p>
            <w:r/>
            <w:r>
              <w:rPr>
                <w:rFonts w:eastAsia="Hiragino Sans" w:ascii="Hiragino Sans" w:hAnsi="Hiragino Sans"/>
                <w:b w:val="0"/>
                <w:sz w:val="18"/>
              </w:rPr>
              <w:t>大</w:t>
            </w:r>
          </w:p>
        </w:tc>
        <w:tc>
          <w:tcPr>
            <w:tcW w:type="dxa" w:w="1994"/>
            <w:shd w:val="clear" w:fill="F7F8FA"/>
          </w:tcPr>
          <w:p>
            <w:r/>
            <w:r>
              <w:rPr>
                <w:rFonts w:eastAsia="Hiragino Sans" w:ascii="Hiragino Sans" w:hAnsi="Hiragino Sans"/>
                <w:b w:val="0"/>
                <w:sz w:val="18"/>
              </w:rPr>
              <w:t>車載センサ・パワー半導体周辺部品の開発強化</w:t>
            </w:r>
          </w:p>
        </w:tc>
      </w:tr>
    </w:tbl>
    <w:p>
      <w:pPr>
        <w:spacing w:after="40"/>
      </w:pPr>
    </w:p>
    <w:p>
      <w:pPr>
        <w:spacing w:after="80"/>
      </w:pPr>
      <w:r>
        <w:rPr>
          <w:rFonts w:eastAsia="Hiragino Sans" w:ascii="Hiragino Sans" w:hAnsi="Hiragino Sans"/>
          <w:b/>
          <w:i w:val="0"/>
        </w:rPr>
        <w:t>人的資本</w:t>
      </w:r>
      <w:r>
        <w:rPr>
          <w:rFonts w:eastAsia="Hiragino Sans" w:ascii="Hiragino Sans" w:hAnsi="Hiragino Sans"/>
          <w:b w:val="0"/>
          <w:i w:val="0"/>
        </w:rPr>
        <w:t>：「技能と挑戦を尊ぶ企業文化」を人材育成方針とし、①マイスター制度による技能伝承、②選抜型次世代リーダー研修、③全社員年間24時間以上の教育投資、④心理的安全性を測るエンゲージメントサーベイ（年1回、当期スコア68ポイント）を柱としております。社内環境整備方針として、時差勤務・在宅勤務制度、男性育児休業の取得推進、工場現場の暑熱対策投資を実施しております。</w:t>
      </w:r>
    </w:p>
    <w:p>
      <w:pPr>
        <w:pStyle w:val="Heading3"/>
      </w:pPr>
      <w:r>
        <w:t>(3) リスク管理</w:t>
      </w:r>
    </w:p>
    <w:p>
      <w:pPr>
        <w:spacing w:after="80"/>
      </w:pPr>
      <w:r>
        <w:rPr>
          <w:rFonts w:eastAsia="Hiragino Sans" w:ascii="Hiragino Sans" w:hAnsi="Hiragino Sans"/>
          <w:b w:val="0"/>
          <w:i w:val="0"/>
        </w:rPr>
        <w:t>サステナビリティ関連リスクは、リスク管理委員会（委員長：管理本部長）が全社リスクマップに統合して年2回評価し、重要リスクをサステナビリティ委員会及び取締役会に報告しております。気候関連リスクの評価にあたっては、シナリオ分析の前提（炭素価格、洪水頻度等）を毎年見直しております。</w:t>
      </w:r>
    </w:p>
    <w:p>
      <w:pPr>
        <w:pStyle w:val="Heading3"/>
      </w:pPr>
      <w:r>
        <w:t>(4) 指標及び目標</w:t>
      </w:r>
    </w:p>
    <w:tbl>
      <w:tblPr>
        <w:tblStyle w:val="TableGrid"/>
        <w:tblW w:type="auto" w:w="0"/>
        <w:jc w:val="center"/>
        <w:tblLayout w:type="autofit"/>
        <w:tblLook w:firstColumn="1" w:firstRow="1" w:lastColumn="0" w:lastRow="0" w:noHBand="0" w:noVBand="1" w:val="04A0"/>
      </w:tblPr>
      <w:tblGrid>
        <w:gridCol w:w="1994"/>
        <w:gridCol w:w="1994"/>
        <w:gridCol w:w="1994"/>
        <w:gridCol w:w="1994"/>
        <w:gridCol w:w="1994"/>
      </w:tblGrid>
      <w:tr>
        <w:tc>
          <w:tcPr>
            <w:tcW w:type="dxa" w:w="1994"/>
            <w:shd w:val="clear" w:fill="24406B"/>
          </w:tcPr>
          <w:p>
            <w:r/>
            <w:r>
              <w:rPr>
                <w:rFonts w:eastAsia="Hiragino Sans" w:ascii="Hiragino Sans" w:hAnsi="Hiragino Sans"/>
                <w:b/>
                <w:color w:val="FFFFFF"/>
                <w:sz w:val="18"/>
              </w:rPr>
              <w:t>指標</w:t>
            </w:r>
          </w:p>
        </w:tc>
        <w:tc>
          <w:tcPr>
            <w:tcW w:type="dxa" w:w="1994"/>
            <w:shd w:val="clear" w:fill="24406B"/>
          </w:tcPr>
          <w:p>
            <w:r/>
            <w:r>
              <w:rPr>
                <w:rFonts w:eastAsia="Hiragino Sans" w:ascii="Hiragino Sans" w:hAnsi="Hiragino Sans"/>
                <w:b/>
                <w:color w:val="FFFFFF"/>
                <w:sz w:val="18"/>
              </w:rPr>
              <w:t>2024年3月期</w:t>
            </w:r>
          </w:p>
        </w:tc>
        <w:tc>
          <w:tcPr>
            <w:tcW w:type="dxa" w:w="1994"/>
            <w:shd w:val="clear" w:fill="24406B"/>
          </w:tcPr>
          <w:p>
            <w:r/>
            <w:r>
              <w:rPr>
                <w:rFonts w:eastAsia="Hiragino Sans" w:ascii="Hiragino Sans" w:hAnsi="Hiragino Sans"/>
                <w:b/>
                <w:color w:val="FFFFFF"/>
                <w:sz w:val="18"/>
              </w:rPr>
              <w:t>2025年3月期</w:t>
            </w:r>
          </w:p>
        </w:tc>
        <w:tc>
          <w:tcPr>
            <w:tcW w:type="dxa" w:w="1994"/>
            <w:shd w:val="clear" w:fill="24406B"/>
          </w:tcPr>
          <w:p>
            <w:r/>
            <w:r>
              <w:rPr>
                <w:rFonts w:eastAsia="Hiragino Sans" w:ascii="Hiragino Sans" w:hAnsi="Hiragino Sans"/>
                <w:b/>
                <w:color w:val="FFFFFF"/>
                <w:sz w:val="18"/>
              </w:rPr>
              <w:t>2026年3月期</w:t>
            </w:r>
          </w:p>
        </w:tc>
        <w:tc>
          <w:tcPr>
            <w:tcW w:type="dxa" w:w="1994"/>
            <w:shd w:val="clear" w:fill="24406B"/>
          </w:tcPr>
          <w:p>
            <w:r/>
            <w:r>
              <w:rPr>
                <w:rFonts w:eastAsia="Hiragino Sans" w:ascii="Hiragino Sans" w:hAnsi="Hiragino Sans"/>
                <w:b/>
                <w:color w:val="FFFFFF"/>
                <w:sz w:val="18"/>
              </w:rPr>
              <w:t>目標</w:t>
            </w:r>
          </w:p>
        </w:tc>
      </w:tr>
      <w:tr>
        <w:tc>
          <w:tcPr>
            <w:tcW w:type="dxa" w:w="1994"/>
          </w:tcPr>
          <w:p>
            <w:r/>
            <w:r>
              <w:rPr>
                <w:rFonts w:eastAsia="Hiragino Sans" w:ascii="Hiragino Sans" w:hAnsi="Hiragino Sans"/>
                <w:b w:val="0"/>
                <w:sz w:val="18"/>
              </w:rPr>
              <w:t>Scope1排出量（千t-CO2）</w:t>
            </w:r>
          </w:p>
        </w:tc>
        <w:tc>
          <w:tcPr>
            <w:tcW w:type="dxa" w:w="1994"/>
          </w:tcPr>
          <w:p>
            <w:r/>
            <w:r>
              <w:rPr>
                <w:rFonts w:eastAsia="Hiragino Sans" w:ascii="Hiragino Sans" w:hAnsi="Hiragino Sans"/>
                <w:b w:val="0"/>
                <w:sz w:val="18"/>
              </w:rPr>
              <w:t>4.6</w:t>
            </w:r>
          </w:p>
        </w:tc>
        <w:tc>
          <w:tcPr>
            <w:tcW w:type="dxa" w:w="1994"/>
          </w:tcPr>
          <w:p>
            <w:r/>
            <w:r>
              <w:rPr>
                <w:rFonts w:eastAsia="Hiragino Sans" w:ascii="Hiragino Sans" w:hAnsi="Hiragino Sans"/>
                <w:b w:val="0"/>
                <w:sz w:val="18"/>
              </w:rPr>
              <w:t>4.4</w:t>
            </w:r>
          </w:p>
        </w:tc>
        <w:tc>
          <w:tcPr>
            <w:tcW w:type="dxa" w:w="1994"/>
          </w:tcPr>
          <w:p>
            <w:r/>
            <w:r>
              <w:rPr>
                <w:rFonts w:eastAsia="Hiragino Sans" w:ascii="Hiragino Sans" w:hAnsi="Hiragino Sans"/>
                <w:b w:val="0"/>
                <w:sz w:val="18"/>
              </w:rPr>
              <w:t>4.2</w:t>
            </w:r>
          </w:p>
        </w:tc>
        <w:tc>
          <w:tcPr>
            <w:tcW w:type="dxa" w:w="1994"/>
          </w:tcPr>
          <w:p>
            <w:r/>
            <w:r>
              <w:rPr>
                <w:rFonts w:eastAsia="Hiragino Sans" w:ascii="Hiragino Sans" w:hAnsi="Hiragino Sans"/>
                <w:b w:val="0"/>
                <w:sz w:val="18"/>
              </w:rPr>
              <w:t>2031年3月期にScope1+2合計で2022年度（2023年3月期）比△42%</w:t>
            </w:r>
          </w:p>
        </w:tc>
      </w:tr>
      <w:tr>
        <w:tc>
          <w:tcPr>
            <w:tcW w:type="dxa" w:w="1994"/>
            <w:shd w:val="clear" w:fill="F7F8FA"/>
          </w:tcPr>
          <w:p>
            <w:r/>
            <w:r>
              <w:rPr>
                <w:rFonts w:eastAsia="Hiragino Sans" w:ascii="Hiragino Sans" w:hAnsi="Hiragino Sans"/>
                <w:b w:val="0"/>
                <w:sz w:val="18"/>
              </w:rPr>
              <w:t>Scope2排出量（千t-CO2・マーケット基準）</w:t>
            </w:r>
          </w:p>
        </w:tc>
        <w:tc>
          <w:tcPr>
            <w:tcW w:type="dxa" w:w="1994"/>
            <w:shd w:val="clear" w:fill="F7F8FA"/>
          </w:tcPr>
          <w:p>
            <w:r/>
            <w:r>
              <w:rPr>
                <w:rFonts w:eastAsia="Hiragino Sans" w:ascii="Hiragino Sans" w:hAnsi="Hiragino Sans"/>
                <w:b w:val="0"/>
                <w:sz w:val="18"/>
              </w:rPr>
              <w:t>44.1</w:t>
            </w:r>
          </w:p>
        </w:tc>
        <w:tc>
          <w:tcPr>
            <w:tcW w:type="dxa" w:w="1994"/>
            <w:shd w:val="clear" w:fill="F7F8FA"/>
          </w:tcPr>
          <w:p>
            <w:r/>
            <w:r>
              <w:rPr>
                <w:rFonts w:eastAsia="Hiragino Sans" w:ascii="Hiragino Sans" w:hAnsi="Hiragino Sans"/>
                <w:b w:val="0"/>
                <w:sz w:val="18"/>
              </w:rPr>
              <w:t>41.2</w:t>
            </w:r>
          </w:p>
        </w:tc>
        <w:tc>
          <w:tcPr>
            <w:tcW w:type="dxa" w:w="1994"/>
            <w:shd w:val="clear" w:fill="F7F8FA"/>
          </w:tcPr>
          <w:p>
            <w:r/>
            <w:r>
              <w:rPr>
                <w:rFonts w:eastAsia="Hiragino Sans" w:ascii="Hiragino Sans" w:hAnsi="Hiragino Sans"/>
                <w:b w:val="0"/>
                <w:sz w:val="18"/>
              </w:rPr>
              <w:t>38.5</w:t>
            </w:r>
          </w:p>
        </w:tc>
        <w:tc>
          <w:tcPr>
            <w:tcW w:type="dxa" w:w="1994"/>
            <w:shd w:val="clear" w:fill="F7F8FA"/>
          </w:tcPr>
          <w:p>
            <w:r/>
            <w:r>
              <w:rPr>
                <w:rFonts w:eastAsia="Hiragino Sans" w:ascii="Hiragino Sans" w:hAnsi="Hiragino Sans"/>
                <w:b w:val="0"/>
                <w:sz w:val="18"/>
              </w:rPr>
              <w:t>同上（2050年カーボンニュートラル）</w:t>
            </w:r>
          </w:p>
        </w:tc>
      </w:tr>
      <w:tr>
        <w:tc>
          <w:tcPr>
            <w:tcW w:type="dxa" w:w="1994"/>
          </w:tcPr>
          <w:p>
            <w:r/>
            <w:r>
              <w:rPr>
                <w:rFonts w:eastAsia="Hiragino Sans" w:ascii="Hiragino Sans" w:hAnsi="Hiragino Sans"/>
                <w:b w:val="0"/>
                <w:sz w:val="18"/>
              </w:rPr>
              <w:t>女性管理職比率（提出会社）</w:t>
            </w:r>
          </w:p>
        </w:tc>
        <w:tc>
          <w:tcPr>
            <w:tcW w:type="dxa" w:w="1994"/>
          </w:tcPr>
          <w:p>
            <w:r/>
            <w:r>
              <w:rPr>
                <w:rFonts w:eastAsia="Hiragino Sans" w:ascii="Hiragino Sans" w:hAnsi="Hiragino Sans"/>
                <w:b w:val="0"/>
                <w:sz w:val="18"/>
              </w:rPr>
              <w:t>6.8%</w:t>
            </w:r>
          </w:p>
        </w:tc>
        <w:tc>
          <w:tcPr>
            <w:tcW w:type="dxa" w:w="1994"/>
          </w:tcPr>
          <w:p>
            <w:r/>
            <w:r>
              <w:rPr>
                <w:rFonts w:eastAsia="Hiragino Sans" w:ascii="Hiragino Sans" w:hAnsi="Hiragino Sans"/>
                <w:b w:val="0"/>
                <w:sz w:val="18"/>
              </w:rPr>
              <w:t>7.6%</w:t>
            </w:r>
          </w:p>
        </w:tc>
        <w:tc>
          <w:tcPr>
            <w:tcW w:type="dxa" w:w="1994"/>
          </w:tcPr>
          <w:p>
            <w:r/>
            <w:r>
              <w:rPr>
                <w:rFonts w:eastAsia="Hiragino Sans" w:ascii="Hiragino Sans" w:hAnsi="Hiragino Sans"/>
                <w:b w:val="0"/>
                <w:sz w:val="18"/>
              </w:rPr>
              <w:t>8.4%</w:t>
            </w:r>
          </w:p>
        </w:tc>
        <w:tc>
          <w:tcPr>
            <w:tcW w:type="dxa" w:w="1994"/>
          </w:tcPr>
          <w:p>
            <w:r/>
            <w:r>
              <w:rPr>
                <w:rFonts w:eastAsia="Hiragino Sans" w:ascii="Hiragino Sans" w:hAnsi="Hiragino Sans"/>
                <w:b w:val="0"/>
                <w:sz w:val="18"/>
              </w:rPr>
              <w:t>2031年3月期 15%</w:t>
            </w:r>
          </w:p>
        </w:tc>
      </w:tr>
      <w:tr>
        <w:tc>
          <w:tcPr>
            <w:tcW w:type="dxa" w:w="1994"/>
            <w:shd w:val="clear" w:fill="F7F8FA"/>
          </w:tcPr>
          <w:p>
            <w:r/>
            <w:r>
              <w:rPr>
                <w:rFonts w:eastAsia="Hiragino Sans" w:ascii="Hiragino Sans" w:hAnsi="Hiragino Sans"/>
                <w:b w:val="0"/>
                <w:sz w:val="18"/>
              </w:rPr>
              <w:t>男性育児休業取得率（提出会社）</w:t>
            </w:r>
          </w:p>
        </w:tc>
        <w:tc>
          <w:tcPr>
            <w:tcW w:type="dxa" w:w="1994"/>
            <w:shd w:val="clear" w:fill="F7F8FA"/>
          </w:tcPr>
          <w:p>
            <w:r/>
            <w:r>
              <w:rPr>
                <w:rFonts w:eastAsia="Hiragino Sans" w:ascii="Hiragino Sans" w:hAnsi="Hiragino Sans"/>
                <w:b w:val="0"/>
                <w:sz w:val="18"/>
              </w:rPr>
              <w:t>41.0%</w:t>
            </w:r>
          </w:p>
        </w:tc>
        <w:tc>
          <w:tcPr>
            <w:tcW w:type="dxa" w:w="1994"/>
            <w:shd w:val="clear" w:fill="F7F8FA"/>
          </w:tcPr>
          <w:p>
            <w:r/>
            <w:r>
              <w:rPr>
                <w:rFonts w:eastAsia="Hiragino Sans" w:ascii="Hiragino Sans" w:hAnsi="Hiragino Sans"/>
                <w:b w:val="0"/>
                <w:sz w:val="18"/>
              </w:rPr>
              <w:t>55.0%</w:t>
            </w:r>
          </w:p>
        </w:tc>
        <w:tc>
          <w:tcPr>
            <w:tcW w:type="dxa" w:w="1994"/>
            <w:shd w:val="clear" w:fill="F7F8FA"/>
          </w:tcPr>
          <w:p>
            <w:r/>
            <w:r>
              <w:rPr>
                <w:rFonts w:eastAsia="Hiragino Sans" w:ascii="Hiragino Sans" w:hAnsi="Hiragino Sans"/>
                <w:b w:val="0"/>
                <w:sz w:val="18"/>
              </w:rPr>
              <w:t>62.0%</w:t>
            </w:r>
          </w:p>
        </w:tc>
        <w:tc>
          <w:tcPr>
            <w:tcW w:type="dxa" w:w="1994"/>
            <w:shd w:val="clear" w:fill="F7F8FA"/>
          </w:tcPr>
          <w:p>
            <w:r/>
            <w:r>
              <w:rPr>
                <w:rFonts w:eastAsia="Hiragino Sans" w:ascii="Hiragino Sans" w:hAnsi="Hiragino Sans"/>
                <w:b w:val="0"/>
                <w:sz w:val="18"/>
              </w:rPr>
              <w:t>2028年3月期 80%</w:t>
            </w:r>
          </w:p>
        </w:tc>
      </w:tr>
      <w:tr>
        <w:tc>
          <w:tcPr>
            <w:tcW w:type="dxa" w:w="1994"/>
          </w:tcPr>
          <w:p>
            <w:r/>
            <w:r>
              <w:rPr>
                <w:rFonts w:eastAsia="Hiragino Sans" w:ascii="Hiragino Sans" w:hAnsi="Hiragino Sans"/>
                <w:b w:val="0"/>
                <w:sz w:val="18"/>
              </w:rPr>
              <w:t>従業員1人当たり年間研修時間</w:t>
            </w:r>
          </w:p>
        </w:tc>
        <w:tc>
          <w:tcPr>
            <w:tcW w:type="dxa" w:w="1994"/>
          </w:tcPr>
          <w:p>
            <w:r/>
            <w:r>
              <w:rPr>
                <w:rFonts w:eastAsia="Hiragino Sans" w:ascii="Hiragino Sans" w:hAnsi="Hiragino Sans"/>
                <w:b w:val="0"/>
                <w:sz w:val="18"/>
              </w:rPr>
              <w:t>19時間</w:t>
            </w:r>
          </w:p>
        </w:tc>
        <w:tc>
          <w:tcPr>
            <w:tcW w:type="dxa" w:w="1994"/>
          </w:tcPr>
          <w:p>
            <w:r/>
            <w:r>
              <w:rPr>
                <w:rFonts w:eastAsia="Hiragino Sans" w:ascii="Hiragino Sans" w:hAnsi="Hiragino Sans"/>
                <w:b w:val="0"/>
                <w:sz w:val="18"/>
              </w:rPr>
              <w:t>22時間</w:t>
            </w:r>
          </w:p>
        </w:tc>
        <w:tc>
          <w:tcPr>
            <w:tcW w:type="dxa" w:w="1994"/>
          </w:tcPr>
          <w:p>
            <w:r/>
            <w:r>
              <w:rPr>
                <w:rFonts w:eastAsia="Hiragino Sans" w:ascii="Hiragino Sans" w:hAnsi="Hiragino Sans"/>
                <w:b w:val="0"/>
                <w:sz w:val="18"/>
              </w:rPr>
              <w:t>24時間</w:t>
            </w:r>
          </w:p>
        </w:tc>
        <w:tc>
          <w:tcPr>
            <w:tcW w:type="dxa" w:w="1994"/>
          </w:tcPr>
          <w:p>
            <w:r/>
            <w:r>
              <w:rPr>
                <w:rFonts w:eastAsia="Hiragino Sans" w:ascii="Hiragino Sans" w:hAnsi="Hiragino Sans"/>
                <w:b w:val="0"/>
                <w:sz w:val="18"/>
              </w:rPr>
              <w:t>毎期24時間以上</w:t>
            </w:r>
          </w:p>
        </w:tc>
      </w:tr>
    </w:tbl>
    <w:p>
      <w:pPr>
        <w:spacing w:after="40"/>
      </w:pPr>
    </w:p>
    <w:p>
      <w:pPr>
        <w:pStyle w:val="ListBullet"/>
        <w:ind w:left="240"/>
      </w:pPr>
      <w:r>
        <w:rPr>
          <w:rFonts w:eastAsia="Hiragino Sans" w:ascii="Hiragino Sans" w:hAnsi="Hiragino Sans"/>
          <w:b w:val="0"/>
          <w:sz w:val="20"/>
        </w:rPr>
        <w:t>（注）Scope3排出量については主要カテゴリの算定を完了しており、2027年3月期有価証券報告書から開示する予定であります。</w:t>
      </w:r>
    </w:p>
    <w:p>
      <w:pPr>
        <w:ind w:left="120"/>
        <w:shd w:val="clear" w:fill="F3F4F6"/>
        <w:pBdr>
          <w:left w:val="single" w:sz="18" w:space="6" w:color="24406B"/>
        </w:pBdr>
      </w:pPr>
      <w:r>
        <w:rPr>
          <w:rFonts w:eastAsia="Hiragino Sans" w:ascii="Hiragino Sans" w:hAnsi="Hiragino Sans"/>
          <w:b w:val="0"/>
          <w:i/>
          <w:color w:val="444444"/>
          <w:sz w:val="18"/>
        </w:rPr>
        <w:t>チェック観点: SSBJ基準の適用時期（時価総額区分）に応じた開示ロードマップとの整合。人的資本指標は第1・従業員の状況の法定指標と定義の異同を明記する。</w:t>
      </w:r>
    </w:p>
    <w:p>
      <w:pPr>
        <w:pStyle w:val="Heading2"/>
      </w:pPr>
      <w:r>
        <w:t>3【事業等のリスク】</w:t>
      </w:r>
    </w:p>
    <w:p>
      <w:pPr>
        <w:spacing w:after="80"/>
      </w:pPr>
      <w:r>
        <w:rPr>
          <w:rFonts w:eastAsia="Hiragino Sans" w:ascii="Hiragino Sans" w:hAnsi="Hiragino Sans"/>
          <w:b w:val="0"/>
          <w:i w:val="0"/>
        </w:rPr>
        <w:t>有価証券報告書に記載した事業の状況、経理の状況等に関する事項のうち、経営者が連結会社の財政状態、経営成績及びキャッシュ・フローの状況に重要な影響を与える可能性があると認識している主要なリスクは、以下のとおりであります。なお、文中の将来に関する事項は、当連結会計年度末現在において当社グループが判断したものであります。</w:t>
      </w:r>
    </w:p>
    <w:p>
      <w:pPr>
        <w:pStyle w:val="Heading3"/>
      </w:pPr>
      <w:r>
        <w:t>(1) 特定業界への依存及び需要変動（発生可能性：中／影響度：大）</w:t>
      </w:r>
    </w:p>
    <w:p>
      <w:pPr>
        <w:spacing w:after="80"/>
      </w:pPr>
      <w:r>
        <w:rPr>
          <w:rFonts w:eastAsia="Hiragino Sans" w:ascii="Hiragino Sans" w:hAnsi="Hiragino Sans"/>
          <w:b w:val="0"/>
          <w:i w:val="0"/>
        </w:rPr>
        <w:t>当社グループの売上高の約6割は半導体製造装置及び自動車関連向けであり、シリコンサイクルや自動車生産台数の変動の影響を受けます。急激な需要減少が生じた場合、稼働率低下により業績に重要な影響を及ぼす可能性があります。対応として、医療機器・産業ロボット等への顧客分散と、需要変動に耐える変動費型の生産体制構築を進めております。</w:t>
      </w:r>
    </w:p>
    <w:p>
      <w:pPr>
        <w:pStyle w:val="Heading3"/>
      </w:pPr>
      <w:r>
        <w:t>(2) 海外事業及び地政学リスク（発生可能性：中／影響度：大）</w:t>
      </w:r>
    </w:p>
    <w:p>
      <w:pPr>
        <w:spacing w:after="80"/>
      </w:pPr>
      <w:r>
        <w:rPr>
          <w:rFonts w:eastAsia="Hiragino Sans" w:ascii="Hiragino Sans" w:hAnsi="Hiragino Sans"/>
          <w:b w:val="0"/>
          <w:i w:val="0"/>
        </w:rPr>
        <w:t>タイ・中国・ベトナム・米国・ドイツに拠点を有しており、各国の政治経済情勢、通商政策の変更、輸出入規制の強化等により事業活動が制約される可能性があります。特に米中間の輸出管理規制の動向は電子部品事業の販路に影響し得るため、規制動向のモニタリングと生産地の分散を進めております。</w:t>
      </w:r>
    </w:p>
    <w:p>
      <w:pPr>
        <w:pStyle w:val="Heading3"/>
      </w:pPr>
      <w:r>
        <w:t>(3) 為替変動（発生可能性：高／影響度：中）</w:t>
      </w:r>
    </w:p>
    <w:p>
      <w:pPr>
        <w:spacing w:after="80"/>
      </w:pPr>
      <w:r>
        <w:rPr>
          <w:rFonts w:eastAsia="Hiragino Sans" w:ascii="Hiragino Sans" w:hAnsi="Hiragino Sans"/>
          <w:b w:val="0"/>
          <w:i w:val="0"/>
        </w:rPr>
        <w:t>外貨建取引及び在外子会社の財務諸表換算を通じ、円高は業績及び純資産にマイナスに作用します。当連結会計年度は円高進行により為替換算調整勘定（親会社株主帰属分）が1,120百万円減少しました。為替予約によるヘッジ（輸出取引の概ね5割）と海外生産・現地調達の拡大により感応度の低減を図っております。</w:t>
      </w:r>
    </w:p>
    <w:p>
      <w:pPr>
        <w:pStyle w:val="Heading3"/>
      </w:pPr>
      <w:r>
        <w:t>(4) 原材料価格及び調達（発生可能性：高／影響度：中）</w:t>
      </w:r>
    </w:p>
    <w:p>
      <w:pPr>
        <w:spacing w:after="80"/>
      </w:pPr>
      <w:r>
        <w:rPr>
          <w:rFonts w:eastAsia="Hiragino Sans" w:ascii="Hiragino Sans" w:hAnsi="Hiragino Sans"/>
          <w:b w:val="0"/>
          <w:i w:val="0"/>
        </w:rPr>
        <w:t>アルミ・ステンレス・銅等の金属材料、電子材料及びエネルギー価格の上昇は製造原価を押し上げます。特定サプライヤーへの依存度が高い部材については、複社購買化・長期契約・価格スライド条項の導入を進めております。</w:t>
      </w:r>
    </w:p>
    <w:p>
      <w:pPr>
        <w:pStyle w:val="Heading3"/>
      </w:pPr>
      <w:r>
        <w:t>(5) 品質（発生可能性：低／影響度：大）</w:t>
      </w:r>
    </w:p>
    <w:p>
      <w:pPr>
        <w:spacing w:after="80"/>
      </w:pPr>
      <w:r>
        <w:rPr>
          <w:rFonts w:eastAsia="Hiragino Sans" w:ascii="Hiragino Sans" w:hAnsi="Hiragino Sans"/>
          <w:b w:val="0"/>
          <w:i w:val="0"/>
        </w:rPr>
        <w:t>車載・医療分野では製品不具合が重大な損害賠償・リコール費用につながる可能性があります。IATF16949・ISO13485に基づく品質保証体制、トレーサビリティシステム、生産物賠償責任保険により対応しております。</w:t>
      </w:r>
    </w:p>
    <w:p>
      <w:pPr>
        <w:pStyle w:val="Heading3"/>
      </w:pPr>
      <w:r>
        <w:t>(6) 技術革新・競合（発生可能性：中／影響度：中）</w:t>
      </w:r>
    </w:p>
    <w:p>
      <w:pPr>
        <w:spacing w:after="80"/>
      </w:pPr>
      <w:r>
        <w:rPr>
          <w:rFonts w:eastAsia="Hiragino Sans" w:ascii="Hiragino Sans" w:hAnsi="Hiragino Sans"/>
          <w:b w:val="0"/>
          <w:i w:val="0"/>
        </w:rPr>
        <w:t>加工技術の陳腐化や競合他社の追い上げにより価格競争が激化する可能性があります。売上高の4%程度を研究開発に継続投資し、微細加工・複合加工技術の優位性維持に努めております。</w:t>
      </w:r>
    </w:p>
    <w:p>
      <w:pPr>
        <w:pStyle w:val="Heading3"/>
      </w:pPr>
      <w:r>
        <w:t>(7) 人材の確保（発生可能性：高／影響度：中）</w:t>
      </w:r>
    </w:p>
    <w:p>
      <w:pPr>
        <w:spacing w:after="80"/>
      </w:pPr>
      <w:r>
        <w:rPr>
          <w:rFonts w:eastAsia="Hiragino Sans" w:ascii="Hiragino Sans" w:hAnsi="Hiragino Sans"/>
          <w:b w:val="0"/>
          <w:i w:val="0"/>
        </w:rPr>
        <w:t>熟練技能者の高齢化と採用市場の逼迫により、必要な人材を確保できない場合、生産・開発力が低下する可能性があります。技能伝承プログラム、処遇改善、多様な働き方の整備により定着率の維持を図っております。</w:t>
      </w:r>
    </w:p>
    <w:p>
      <w:pPr>
        <w:pStyle w:val="Heading3"/>
      </w:pPr>
      <w:r>
        <w:t>(8) 情報セキュリティ（発生可能性：中／影響度：大）</w:t>
      </w:r>
    </w:p>
    <w:p>
      <w:pPr>
        <w:spacing w:after="80"/>
      </w:pPr>
      <w:r>
        <w:rPr>
          <w:rFonts w:eastAsia="Hiragino Sans" w:ascii="Hiragino Sans" w:hAnsi="Hiragino Sans"/>
          <w:b w:val="0"/>
          <w:i w:val="0"/>
        </w:rPr>
        <w:t>サイバー攻撃による生産停止、機密情報・個人情報の漏えいが発生した場合、業績及び信用に重要な影響を及ぼす可能性があります。CSIRTの設置、EDR導入、工場系ネットワークの分離、全社員教育及びサプライヤー評価を実施しております。</w:t>
      </w:r>
    </w:p>
    <w:p>
      <w:pPr>
        <w:pStyle w:val="Heading3"/>
      </w:pPr>
      <w:r>
        <w:t>(9) 自然災害等（発生可能性：低／影響度：大）</w:t>
      </w:r>
    </w:p>
    <w:p>
      <w:pPr>
        <w:spacing w:after="80"/>
      </w:pPr>
      <w:r>
        <w:rPr>
          <w:rFonts w:eastAsia="Hiragino Sans" w:ascii="Hiragino Sans" w:hAnsi="Hiragino Sans"/>
          <w:b w:val="0"/>
          <w:i w:val="0"/>
        </w:rPr>
        <w:t>主力工場が長野県に集中しており、大規模地震・豪雨等により操業が停止した場合、業績に重要な影響を及ぼす可能性があります。耐震補強、免震サーバ室、拠点間の代替生産体制、事業継続計画（BCP）の定期訓練を実施しております。</w:t>
      </w:r>
    </w:p>
    <w:p>
      <w:pPr>
        <w:pStyle w:val="Heading3"/>
      </w:pPr>
      <w:r>
        <w:t>(10) 気候変動及び環境規制（発生可能性：中／影響度：中）</w:t>
      </w:r>
    </w:p>
    <w:p>
      <w:pPr>
        <w:spacing w:after="80"/>
      </w:pPr>
      <w:r>
        <w:rPr>
          <w:rFonts w:eastAsia="Hiragino Sans" w:ascii="Hiragino Sans" w:hAnsi="Hiragino Sans"/>
          <w:b w:val="0"/>
          <w:i w:val="0"/>
        </w:rPr>
        <w:t>炭素価格の導入や環境規制の強化により、エネルギーコスト・設備対応コストが増加する可能性があります。第2「サステナビリティに関する考え方及び取組」に記載の対応を進めております。</w:t>
      </w:r>
    </w:p>
    <w:p>
      <w:pPr>
        <w:spacing w:after="80"/>
      </w:pPr>
      <w:r>
        <w:rPr>
          <w:rFonts w:eastAsia="Hiragino Sans" w:ascii="Hiragino Sans" w:hAnsi="Hiragino Sans"/>
          <w:b w:val="0"/>
          <w:i w:val="0"/>
        </w:rPr>
        <w:t>なお、当連結会計年度末現在において、継続企業の前提に重要な疑義を生じさせるような事象又は状況は存在しておりません。</w:t>
      </w:r>
    </w:p>
    <w:p>
      <w:pPr>
        <w:ind w:left="120"/>
        <w:shd w:val="clear" w:fill="F3F4F6"/>
        <w:pBdr>
          <w:left w:val="single" w:sz="18" w:space="6" w:color="24406B"/>
        </w:pBdr>
      </w:pPr>
      <w:r>
        <w:rPr>
          <w:rFonts w:eastAsia="Hiragino Sans" w:ascii="Hiragino Sans" w:hAnsi="Hiragino Sans"/>
          <w:b w:val="0"/>
          <w:i/>
          <w:color w:val="444444"/>
          <w:sz w:val="18"/>
        </w:rPr>
        <w:t>チェック観点: リスクの記載順序が重要性順になっているか。発生可能性・影響度の目安と対応策がセットで記載され、汎用的な羅列になっていないか。</w:t>
      </w:r>
    </w:p>
    <w:p>
      <w:pPr>
        <w:pStyle w:val="Heading2"/>
      </w:pPr>
      <w:r>
        <w:t>4【経営者による財政状態、経営成績及びキャッシュ・フローの状況の分析】</w:t>
      </w:r>
    </w:p>
    <w:p>
      <w:pPr>
        <w:pStyle w:val="Heading3"/>
      </w:pPr>
      <w:r>
        <w:t>(1) 経営成績等の状況の概要及び分析</w:t>
      </w:r>
    </w:p>
    <w:p>
      <w:pPr>
        <w:spacing w:after="80"/>
      </w:pPr>
      <w:r>
        <w:rPr>
          <w:rFonts w:eastAsia="Hiragino Sans" w:ascii="Hiragino Sans" w:hAnsi="Hiragino Sans"/>
          <w:b w:val="0"/>
          <w:i w:val="0"/>
        </w:rPr>
        <w:t>当連結会計年度（2025年4月1日〜2026年3月31日）におけるわが国経済は、雇用・所得環境の改善を背景に緩やかな回復基調で推移しました。当社グループの主要市場では、生成AI関連投資を背景とした半導体製造装置需要の回復が鮮明となる一方、中国市場の回復遅延と急速な円高進行（期中平均レート：1米ドル142円、前期152円）が収益の下押し要因となりました。</w:t>
      </w:r>
    </w:p>
    <w:p>
      <w:pPr>
        <w:spacing w:after="80"/>
      </w:pPr>
      <w:r>
        <w:rPr>
          <w:rFonts w:eastAsia="Hiragino Sans" w:ascii="Hiragino Sans" w:hAnsi="Hiragino Sans"/>
          <w:b w:val="0"/>
          <w:i w:val="0"/>
        </w:rPr>
        <w:t>この結果、当連結会計年度の連結売上高は48,600百万円（前期比4.5%増）、営業利益は3,900百万円（同6.0%増）、経常利益は4,150百万円（同6.7%増）、親会社株主に帰属する当期純利益は2,720百万円（同8.4%増）となりました。売上高営業利益率は8.0%（前期7.9%）、ROEは7.3%（前期7.0%）であります。</w:t>
      </w:r>
    </w:p>
    <w:p>
      <w:pPr>
        <w:spacing w:after="80"/>
      </w:pPr>
      <w:r>
        <w:rPr>
          <w:rFonts w:eastAsia="Hiragino Sans" w:ascii="Hiragino Sans" w:hAnsi="Hiragino Sans"/>
          <w:b w:val="0"/>
          <w:i w:val="0"/>
        </w:rPr>
        <w:t>営業利益の前期比増減要因は、増収及び製品ミックス改善による増益+520百万円、価格改定効果+180百万円に対し、労務費・エネルギーコスト上昇△290百万円、円高による減益△190百万円であり、差引220百万円の増益となりました。</w:t>
      </w:r>
    </w:p>
    <w:p>
      <w:pPr>
        <w:spacing w:after="80"/>
      </w:pPr>
      <w:r>
        <w:rPr>
          <w:rFonts w:eastAsia="Hiragino Sans" w:ascii="Hiragino Sans" w:hAnsi="Hiragino Sans"/>
          <w:b w:val="0"/>
          <w:i w:val="0"/>
        </w:rPr>
        <w:t>セグメント別の経営成績は次のとおりであります。</w:t>
      </w:r>
    </w:p>
    <w:tbl>
      <w:tblPr>
        <w:tblStyle w:val="TableGrid"/>
        <w:tblW w:type="auto" w:w="0"/>
        <w:jc w:val="center"/>
        <w:tblLayout w:type="autofit"/>
        <w:tblLook w:firstColumn="1" w:firstRow="1" w:lastColumn="0" w:lastRow="0" w:noHBand="0" w:noVBand="1" w:val="04A0"/>
      </w:tblPr>
      <w:tblGrid>
        <w:gridCol w:w="1994"/>
        <w:gridCol w:w="1994"/>
        <w:gridCol w:w="1994"/>
        <w:gridCol w:w="1994"/>
        <w:gridCol w:w="1994"/>
      </w:tblGrid>
      <w:tr>
        <w:tc>
          <w:tcPr>
            <w:tcW w:type="dxa" w:w="1994"/>
            <w:shd w:val="clear" w:fill="24406B"/>
          </w:tcPr>
          <w:p>
            <w:r/>
            <w:r>
              <w:rPr>
                <w:rFonts w:eastAsia="Hiragino Sans" w:ascii="Hiragino Sans" w:hAnsi="Hiragino Sans"/>
                <w:b/>
                <w:color w:val="FFFFFF"/>
                <w:sz w:val="18"/>
              </w:rPr>
              <w:t>セグメント</w:t>
            </w:r>
          </w:p>
        </w:tc>
        <w:tc>
          <w:tcPr>
            <w:tcW w:type="dxa" w:w="1994"/>
            <w:shd w:val="clear" w:fill="24406B"/>
          </w:tcPr>
          <w:p>
            <w:r/>
            <w:r>
              <w:rPr>
                <w:rFonts w:eastAsia="Hiragino Sans" w:ascii="Hiragino Sans" w:hAnsi="Hiragino Sans"/>
                <w:b/>
                <w:color w:val="FFFFFF"/>
                <w:sz w:val="18"/>
              </w:rPr>
              <w:t>売上高(百万円)</w:t>
            </w:r>
          </w:p>
        </w:tc>
        <w:tc>
          <w:tcPr>
            <w:tcW w:type="dxa" w:w="1994"/>
            <w:shd w:val="clear" w:fill="24406B"/>
          </w:tcPr>
          <w:p>
            <w:r/>
            <w:r>
              <w:rPr>
                <w:rFonts w:eastAsia="Hiragino Sans" w:ascii="Hiragino Sans" w:hAnsi="Hiragino Sans"/>
                <w:b/>
                <w:color w:val="FFFFFF"/>
                <w:sz w:val="18"/>
              </w:rPr>
              <w:t>前期比(%)</w:t>
            </w:r>
          </w:p>
        </w:tc>
        <w:tc>
          <w:tcPr>
            <w:tcW w:type="dxa" w:w="1994"/>
            <w:shd w:val="clear" w:fill="24406B"/>
          </w:tcPr>
          <w:p>
            <w:r/>
            <w:r>
              <w:rPr>
                <w:rFonts w:eastAsia="Hiragino Sans" w:ascii="Hiragino Sans" w:hAnsi="Hiragino Sans"/>
                <w:b/>
                <w:color w:val="FFFFFF"/>
                <w:sz w:val="18"/>
              </w:rPr>
              <w:t>セグメント利益(百万円)</w:t>
            </w:r>
          </w:p>
        </w:tc>
        <w:tc>
          <w:tcPr>
            <w:tcW w:type="dxa" w:w="1994"/>
            <w:shd w:val="clear" w:fill="24406B"/>
          </w:tcPr>
          <w:p>
            <w:r/>
            <w:r>
              <w:rPr>
                <w:rFonts w:eastAsia="Hiragino Sans" w:ascii="Hiragino Sans" w:hAnsi="Hiragino Sans"/>
                <w:b/>
                <w:color w:val="FFFFFF"/>
                <w:sz w:val="18"/>
              </w:rPr>
              <w:t>前期比(%)</w:t>
            </w:r>
          </w:p>
        </w:tc>
      </w:tr>
      <w:tr>
        <w:tc>
          <w:tcPr>
            <w:tcW w:type="dxa" w:w="1994"/>
          </w:tcPr>
          <w:p>
            <w:r/>
            <w:r>
              <w:rPr>
                <w:rFonts w:eastAsia="Hiragino Sans" w:ascii="Hiragino Sans" w:hAnsi="Hiragino Sans"/>
                <w:b w:val="0"/>
                <w:sz w:val="18"/>
              </w:rPr>
              <w:t>精密機器</w:t>
            </w:r>
          </w:p>
        </w:tc>
        <w:tc>
          <w:tcPr>
            <w:tcW w:type="dxa" w:w="1994"/>
          </w:tcPr>
          <w:p>
            <w:r/>
            <w:r>
              <w:rPr>
                <w:rFonts w:eastAsia="Hiragino Sans" w:ascii="Hiragino Sans" w:hAnsi="Hiragino Sans"/>
                <w:b w:val="0"/>
                <w:sz w:val="18"/>
              </w:rPr>
              <w:t>27,900</w:t>
            </w:r>
          </w:p>
        </w:tc>
        <w:tc>
          <w:tcPr>
            <w:tcW w:type="dxa" w:w="1994"/>
          </w:tcPr>
          <w:p>
            <w:r/>
            <w:r>
              <w:rPr>
                <w:rFonts w:eastAsia="Hiragino Sans" w:ascii="Hiragino Sans" w:hAnsi="Hiragino Sans"/>
                <w:b w:val="0"/>
                <w:sz w:val="18"/>
              </w:rPr>
              <w:t>+4.9</w:t>
            </w:r>
          </w:p>
        </w:tc>
        <w:tc>
          <w:tcPr>
            <w:tcW w:type="dxa" w:w="1994"/>
          </w:tcPr>
          <w:p>
            <w:r/>
            <w:r>
              <w:rPr>
                <w:rFonts w:eastAsia="Hiragino Sans" w:ascii="Hiragino Sans" w:hAnsi="Hiragino Sans"/>
                <w:b w:val="0"/>
                <w:sz w:val="18"/>
              </w:rPr>
              <w:t>2,650</w:t>
            </w:r>
          </w:p>
        </w:tc>
        <w:tc>
          <w:tcPr>
            <w:tcW w:type="dxa" w:w="1994"/>
          </w:tcPr>
          <w:p>
            <w:r/>
            <w:r>
              <w:rPr>
                <w:rFonts w:eastAsia="Hiragino Sans" w:ascii="Hiragino Sans" w:hAnsi="Hiragino Sans"/>
                <w:b w:val="0"/>
                <w:sz w:val="18"/>
              </w:rPr>
              <w:t>+6.9</w:t>
            </w:r>
          </w:p>
        </w:tc>
      </w:tr>
      <w:tr>
        <w:tc>
          <w:tcPr>
            <w:tcW w:type="dxa" w:w="1994"/>
            <w:shd w:val="clear" w:fill="F7F8FA"/>
          </w:tcPr>
          <w:p>
            <w:r/>
            <w:r>
              <w:rPr>
                <w:rFonts w:eastAsia="Hiragino Sans" w:ascii="Hiragino Sans" w:hAnsi="Hiragino Sans"/>
                <w:b w:val="0"/>
                <w:sz w:val="18"/>
              </w:rPr>
              <w:t>電子部品</w:t>
            </w:r>
          </w:p>
        </w:tc>
        <w:tc>
          <w:tcPr>
            <w:tcW w:type="dxa" w:w="1994"/>
            <w:shd w:val="clear" w:fill="F7F8FA"/>
          </w:tcPr>
          <w:p>
            <w:r/>
            <w:r>
              <w:rPr>
                <w:rFonts w:eastAsia="Hiragino Sans" w:ascii="Hiragino Sans" w:hAnsi="Hiragino Sans"/>
                <w:b w:val="0"/>
                <w:sz w:val="18"/>
              </w:rPr>
              <w:t>17,300</w:t>
            </w:r>
          </w:p>
        </w:tc>
        <w:tc>
          <w:tcPr>
            <w:tcW w:type="dxa" w:w="1994"/>
            <w:shd w:val="clear" w:fill="F7F8FA"/>
          </w:tcPr>
          <w:p>
            <w:r/>
            <w:r>
              <w:rPr>
                <w:rFonts w:eastAsia="Hiragino Sans" w:ascii="Hiragino Sans" w:hAnsi="Hiragino Sans"/>
                <w:b w:val="0"/>
                <w:sz w:val="18"/>
              </w:rPr>
              <w:t>+3.6</w:t>
            </w:r>
          </w:p>
        </w:tc>
        <w:tc>
          <w:tcPr>
            <w:tcW w:type="dxa" w:w="1994"/>
            <w:shd w:val="clear" w:fill="F7F8FA"/>
          </w:tcPr>
          <w:p>
            <w:r/>
            <w:r>
              <w:rPr>
                <w:rFonts w:eastAsia="Hiragino Sans" w:ascii="Hiragino Sans" w:hAnsi="Hiragino Sans"/>
                <w:b w:val="0"/>
                <w:sz w:val="18"/>
              </w:rPr>
              <w:t>1,720</w:t>
            </w:r>
          </w:p>
        </w:tc>
        <w:tc>
          <w:tcPr>
            <w:tcW w:type="dxa" w:w="1994"/>
            <w:shd w:val="clear" w:fill="F7F8FA"/>
          </w:tcPr>
          <w:p>
            <w:r/>
            <w:r>
              <w:rPr>
                <w:rFonts w:eastAsia="Hiragino Sans" w:ascii="Hiragino Sans" w:hAnsi="Hiragino Sans"/>
                <w:b w:val="0"/>
                <w:sz w:val="18"/>
              </w:rPr>
              <w:t>+4.2</w:t>
            </w:r>
          </w:p>
        </w:tc>
      </w:tr>
      <w:tr>
        <w:tc>
          <w:tcPr>
            <w:tcW w:type="dxa" w:w="1994"/>
          </w:tcPr>
          <w:p>
            <w:r/>
            <w:r>
              <w:rPr>
                <w:rFonts w:eastAsia="Hiragino Sans" w:ascii="Hiragino Sans" w:hAnsi="Hiragino Sans"/>
                <w:b w:val="0"/>
                <w:sz w:val="18"/>
              </w:rPr>
              <w:t>その他</w:t>
            </w:r>
          </w:p>
        </w:tc>
        <w:tc>
          <w:tcPr>
            <w:tcW w:type="dxa" w:w="1994"/>
          </w:tcPr>
          <w:p>
            <w:r/>
            <w:r>
              <w:rPr>
                <w:rFonts w:eastAsia="Hiragino Sans" w:ascii="Hiragino Sans" w:hAnsi="Hiragino Sans"/>
                <w:b w:val="0"/>
                <w:sz w:val="18"/>
              </w:rPr>
              <w:t>3,400</w:t>
            </w:r>
          </w:p>
        </w:tc>
        <w:tc>
          <w:tcPr>
            <w:tcW w:type="dxa" w:w="1994"/>
          </w:tcPr>
          <w:p>
            <w:r/>
            <w:r>
              <w:rPr>
                <w:rFonts w:eastAsia="Hiragino Sans" w:ascii="Hiragino Sans" w:hAnsi="Hiragino Sans"/>
                <w:b w:val="0"/>
                <w:sz w:val="18"/>
              </w:rPr>
              <w:t>+6.3</w:t>
            </w:r>
          </w:p>
        </w:tc>
        <w:tc>
          <w:tcPr>
            <w:tcW w:type="dxa" w:w="1994"/>
          </w:tcPr>
          <w:p>
            <w:r/>
            <w:r>
              <w:rPr>
                <w:rFonts w:eastAsia="Hiragino Sans" w:ascii="Hiragino Sans" w:hAnsi="Hiragino Sans"/>
                <w:b w:val="0"/>
                <w:sz w:val="18"/>
              </w:rPr>
              <w:t>180</w:t>
            </w:r>
          </w:p>
        </w:tc>
        <w:tc>
          <w:tcPr>
            <w:tcW w:type="dxa" w:w="1994"/>
          </w:tcPr>
          <w:p>
            <w:r/>
            <w:r>
              <w:rPr>
                <w:rFonts w:eastAsia="Hiragino Sans" w:ascii="Hiragino Sans" w:hAnsi="Hiragino Sans"/>
                <w:b w:val="0"/>
                <w:sz w:val="18"/>
              </w:rPr>
              <w:t>+5.9</w:t>
            </w:r>
          </w:p>
        </w:tc>
      </w:tr>
      <w:tr>
        <w:tc>
          <w:tcPr>
            <w:tcW w:type="dxa" w:w="1994"/>
            <w:shd w:val="clear" w:fill="F7F8FA"/>
          </w:tcPr>
          <w:p>
            <w:r/>
            <w:r>
              <w:rPr>
                <w:rFonts w:eastAsia="Hiragino Sans" w:ascii="Hiragino Sans" w:hAnsi="Hiragino Sans"/>
                <w:b w:val="0"/>
                <w:sz w:val="18"/>
              </w:rPr>
              <w:t>調整額</w:t>
            </w:r>
          </w:p>
        </w:tc>
        <w:tc>
          <w:tcPr>
            <w:tcW w:type="dxa" w:w="1994"/>
            <w:shd w:val="clear" w:fill="F7F8FA"/>
          </w:tcPr>
          <w:p>
            <w:r/>
            <w:r>
              <w:rPr>
                <w:rFonts w:eastAsia="Hiragino Sans" w:ascii="Hiragino Sans" w:hAnsi="Hiragino Sans"/>
                <w:b w:val="0"/>
                <w:sz w:val="18"/>
              </w:rPr>
              <w:t>—</w:t>
            </w:r>
          </w:p>
        </w:tc>
        <w:tc>
          <w:tcPr>
            <w:tcW w:type="dxa" w:w="1994"/>
            <w:shd w:val="clear" w:fill="F7F8FA"/>
          </w:tcPr>
          <w:p>
            <w:r/>
            <w:r>
              <w:rPr>
                <w:rFonts w:eastAsia="Hiragino Sans" w:ascii="Hiragino Sans" w:hAnsi="Hiragino Sans"/>
                <w:b w:val="0"/>
                <w:sz w:val="18"/>
              </w:rPr>
              <w:t>—</w:t>
            </w:r>
          </w:p>
        </w:tc>
        <w:tc>
          <w:tcPr>
            <w:tcW w:type="dxa" w:w="1994"/>
            <w:shd w:val="clear" w:fill="F7F8FA"/>
          </w:tcPr>
          <w:p>
            <w:r/>
            <w:r>
              <w:rPr>
                <w:rFonts w:eastAsia="Hiragino Sans" w:ascii="Hiragino Sans" w:hAnsi="Hiragino Sans"/>
                <w:b w:val="0"/>
                <w:sz w:val="18"/>
              </w:rPr>
              <w:t>△650</w:t>
            </w:r>
          </w:p>
        </w:tc>
        <w:tc>
          <w:tcPr>
            <w:tcW w:type="dxa" w:w="1994"/>
            <w:shd w:val="clear" w:fill="F7F8FA"/>
          </w:tcPr>
          <w:p>
            <w:r/>
            <w:r>
              <w:rPr>
                <w:rFonts w:eastAsia="Hiragino Sans" w:ascii="Hiragino Sans" w:hAnsi="Hiragino Sans"/>
                <w:b w:val="0"/>
                <w:sz w:val="18"/>
              </w:rPr>
              <w:t>—</w:t>
            </w:r>
          </w:p>
        </w:tc>
      </w:tr>
      <w:tr>
        <w:tc>
          <w:tcPr>
            <w:tcW w:type="dxa" w:w="1994"/>
          </w:tcPr>
          <w:p>
            <w:r/>
            <w:r>
              <w:rPr>
                <w:rFonts w:eastAsia="Hiragino Sans" w:ascii="Hiragino Sans" w:hAnsi="Hiragino Sans"/>
                <w:b w:val="0"/>
                <w:sz w:val="18"/>
              </w:rPr>
              <w:t>合計</w:t>
            </w:r>
          </w:p>
        </w:tc>
        <w:tc>
          <w:tcPr>
            <w:tcW w:type="dxa" w:w="1994"/>
          </w:tcPr>
          <w:p>
            <w:r/>
            <w:r>
              <w:rPr>
                <w:rFonts w:eastAsia="Hiragino Sans" w:ascii="Hiragino Sans" w:hAnsi="Hiragino Sans"/>
                <w:b w:val="0"/>
                <w:sz w:val="18"/>
              </w:rPr>
              <w:t>48,600</w:t>
            </w:r>
          </w:p>
        </w:tc>
        <w:tc>
          <w:tcPr>
            <w:tcW w:type="dxa" w:w="1994"/>
          </w:tcPr>
          <w:p>
            <w:r/>
            <w:r>
              <w:rPr>
                <w:rFonts w:eastAsia="Hiragino Sans" w:ascii="Hiragino Sans" w:hAnsi="Hiragino Sans"/>
                <w:b w:val="0"/>
                <w:sz w:val="18"/>
              </w:rPr>
              <w:t>+4.5</w:t>
            </w:r>
          </w:p>
        </w:tc>
        <w:tc>
          <w:tcPr>
            <w:tcW w:type="dxa" w:w="1994"/>
          </w:tcPr>
          <w:p>
            <w:r/>
            <w:r>
              <w:rPr>
                <w:rFonts w:eastAsia="Hiragino Sans" w:ascii="Hiragino Sans" w:hAnsi="Hiragino Sans"/>
                <w:b w:val="0"/>
                <w:sz w:val="18"/>
              </w:rPr>
              <w:t>3,900</w:t>
            </w:r>
          </w:p>
        </w:tc>
        <w:tc>
          <w:tcPr>
            <w:tcW w:type="dxa" w:w="1994"/>
          </w:tcPr>
          <w:p>
            <w:r/>
            <w:r>
              <w:rPr>
                <w:rFonts w:eastAsia="Hiragino Sans" w:ascii="Hiragino Sans" w:hAnsi="Hiragino Sans"/>
                <w:b w:val="0"/>
                <w:sz w:val="18"/>
              </w:rPr>
              <w:t>+6.0</w:t>
            </w:r>
          </w:p>
        </w:tc>
      </w:tr>
    </w:tbl>
    <w:p>
      <w:pPr>
        <w:spacing w:after="40"/>
      </w:pPr>
    </w:p>
    <w:p>
      <w:pPr>
        <w:pStyle w:val="ListBullet"/>
        <w:ind w:left="240"/>
      </w:pPr>
      <w:r>
        <w:rPr>
          <w:rFonts w:eastAsia="Hiragino Sans" w:ascii="Hiragino Sans" w:hAnsi="Hiragino Sans"/>
          <w:b/>
          <w:sz w:val="20"/>
        </w:rPr>
        <w:t>精密機器事業</w:t>
      </w:r>
      <w:r>
        <w:rPr>
          <w:rFonts w:eastAsia="Hiragino Sans" w:ascii="Hiragino Sans" w:hAnsi="Hiragino Sans"/>
          <w:b w:val="0"/>
          <w:sz w:val="20"/>
        </w:rPr>
        <w:t>：半導体製造装置向け精密部品が期を通じて高水準に推移し、医療機器向けモーションユニットも堅調でした。増収効果と稼働率上昇により増益となりました。</w:t>
      </w:r>
    </w:p>
    <w:p>
      <w:pPr>
        <w:pStyle w:val="ListBullet"/>
        <w:ind w:left="240"/>
      </w:pPr>
      <w:r>
        <w:rPr>
          <w:rFonts w:eastAsia="Hiragino Sans" w:ascii="Hiragino Sans" w:hAnsi="Hiragino Sans"/>
          <w:b/>
          <w:sz w:val="20"/>
        </w:rPr>
        <w:t>電子部品事業</w:t>
      </w:r>
      <w:r>
        <w:rPr>
          <w:rFonts w:eastAsia="Hiragino Sans" w:ascii="Hiragino Sans" w:hAnsi="Hiragino Sans"/>
          <w:b w:val="0"/>
          <w:sz w:val="20"/>
        </w:rPr>
        <w:t>：車載センサモジュールが電装化の進展により伸長した一方、中国市場向け汎用コンデンサ部品は価格下落が続き、九州工場の一部製造設備について減損損失180百万円を計上しました。価格改定と高付加価値品へのシフトにより増益を確保しております。</w:t>
      </w:r>
    </w:p>
    <w:p>
      <w:pPr>
        <w:pStyle w:val="ListBullet"/>
        <w:ind w:left="240"/>
      </w:pPr>
      <w:r>
        <w:rPr>
          <w:rFonts w:eastAsia="Hiragino Sans" w:ascii="Hiragino Sans" w:hAnsi="Hiragino Sans"/>
          <w:b/>
          <w:sz w:val="20"/>
        </w:rPr>
        <w:t>その他</w:t>
      </w:r>
      <w:r>
        <w:rPr>
          <w:rFonts w:eastAsia="Hiragino Sans" w:ascii="Hiragino Sans" w:hAnsi="Hiragino Sans"/>
          <w:b w:val="0"/>
          <w:sz w:val="20"/>
        </w:rPr>
        <w:t>：物流受託の外部取引拡大により増収増益となりました。</w:t>
      </w:r>
    </w:p>
    <w:p>
      <w:pPr>
        <w:pStyle w:val="Heading3"/>
      </w:pPr>
      <w:r>
        <w:t>(2) 生産、受注及び販売の実績</w:t>
      </w:r>
    </w:p>
    <w:p>
      <w:pPr>
        <w:spacing w:after="80"/>
      </w:pPr>
      <w:r>
        <w:rPr>
          <w:rFonts w:eastAsia="Hiragino Sans" w:ascii="Hiragino Sans" w:hAnsi="Hiragino Sans"/>
          <w:b/>
          <w:i w:val="0"/>
        </w:rPr>
        <w:t>生産実績</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セグメント</w:t>
            </w:r>
          </w:p>
        </w:tc>
        <w:tc>
          <w:tcPr>
            <w:tcW w:type="dxa" w:w="3324"/>
            <w:shd w:val="clear" w:fill="24406B"/>
          </w:tcPr>
          <w:p>
            <w:r/>
            <w:r>
              <w:rPr>
                <w:rFonts w:eastAsia="Hiragino Sans" w:ascii="Hiragino Sans" w:hAnsi="Hiragino Sans"/>
                <w:b/>
                <w:color w:val="FFFFFF"/>
                <w:sz w:val="18"/>
              </w:rPr>
              <w:t>生産高(百万円)</w:t>
            </w:r>
          </w:p>
        </w:tc>
        <w:tc>
          <w:tcPr>
            <w:tcW w:type="dxa" w:w="3324"/>
            <w:shd w:val="clear" w:fill="24406B"/>
          </w:tcPr>
          <w:p>
            <w:r/>
            <w:r>
              <w:rPr>
                <w:rFonts w:eastAsia="Hiragino Sans" w:ascii="Hiragino Sans" w:hAnsi="Hiragino Sans"/>
                <w:b/>
                <w:color w:val="FFFFFF"/>
                <w:sz w:val="18"/>
              </w:rPr>
              <w:t>前期比(%)</w:t>
            </w:r>
          </w:p>
        </w:tc>
      </w:tr>
      <w:tr>
        <w:tc>
          <w:tcPr>
            <w:tcW w:type="dxa" w:w="3324"/>
          </w:tcPr>
          <w:p>
            <w:r/>
            <w:r>
              <w:rPr>
                <w:rFonts w:eastAsia="Hiragino Sans" w:ascii="Hiragino Sans" w:hAnsi="Hiragino Sans"/>
                <w:b w:val="0"/>
                <w:sz w:val="18"/>
              </w:rPr>
              <w:t>精密機器</w:t>
            </w:r>
          </w:p>
        </w:tc>
        <w:tc>
          <w:tcPr>
            <w:tcW w:type="dxa" w:w="3324"/>
          </w:tcPr>
          <w:p>
            <w:r/>
            <w:r>
              <w:rPr>
                <w:rFonts w:eastAsia="Hiragino Sans" w:ascii="Hiragino Sans" w:hAnsi="Hiragino Sans"/>
                <w:b w:val="0"/>
                <w:sz w:val="18"/>
              </w:rPr>
              <w:t>27,650</w:t>
            </w:r>
          </w:p>
        </w:tc>
        <w:tc>
          <w:tcPr>
            <w:tcW w:type="dxa" w:w="3324"/>
          </w:tcPr>
          <w:p>
            <w:r/>
            <w:r>
              <w:rPr>
                <w:rFonts w:eastAsia="Hiragino Sans" w:ascii="Hiragino Sans" w:hAnsi="Hiragino Sans"/>
                <w:b w:val="0"/>
                <w:sz w:val="18"/>
              </w:rPr>
              <w:t>+5.2</w:t>
            </w:r>
          </w:p>
        </w:tc>
      </w:tr>
      <w:tr>
        <w:tc>
          <w:tcPr>
            <w:tcW w:type="dxa" w:w="3324"/>
            <w:shd w:val="clear" w:fill="F7F8FA"/>
          </w:tcPr>
          <w:p>
            <w:r/>
            <w:r>
              <w:rPr>
                <w:rFonts w:eastAsia="Hiragino Sans" w:ascii="Hiragino Sans" w:hAnsi="Hiragino Sans"/>
                <w:b w:val="0"/>
                <w:sz w:val="18"/>
              </w:rPr>
              <w:t>電子部品</w:t>
            </w:r>
          </w:p>
        </w:tc>
        <w:tc>
          <w:tcPr>
            <w:tcW w:type="dxa" w:w="3324"/>
            <w:shd w:val="clear" w:fill="F7F8FA"/>
          </w:tcPr>
          <w:p>
            <w:r/>
            <w:r>
              <w:rPr>
                <w:rFonts w:eastAsia="Hiragino Sans" w:ascii="Hiragino Sans" w:hAnsi="Hiragino Sans"/>
                <w:b w:val="0"/>
                <w:sz w:val="18"/>
              </w:rPr>
              <w:t>17,180</w:t>
            </w:r>
          </w:p>
        </w:tc>
        <w:tc>
          <w:tcPr>
            <w:tcW w:type="dxa" w:w="3324"/>
            <w:shd w:val="clear" w:fill="F7F8FA"/>
          </w:tcPr>
          <w:p>
            <w:r/>
            <w:r>
              <w:rPr>
                <w:rFonts w:eastAsia="Hiragino Sans" w:ascii="Hiragino Sans" w:hAnsi="Hiragino Sans"/>
                <w:b w:val="0"/>
                <w:sz w:val="18"/>
              </w:rPr>
              <w:t>+3.1</w:t>
            </w:r>
          </w:p>
        </w:tc>
      </w:tr>
      <w:tr>
        <w:tc>
          <w:tcPr>
            <w:tcW w:type="dxa" w:w="3324"/>
          </w:tcPr>
          <w:p>
            <w:r/>
            <w:r>
              <w:rPr>
                <w:rFonts w:eastAsia="Hiragino Sans" w:ascii="Hiragino Sans" w:hAnsi="Hiragino Sans"/>
                <w:b w:val="0"/>
                <w:sz w:val="18"/>
              </w:rPr>
              <w:t>合計</w:t>
            </w:r>
          </w:p>
        </w:tc>
        <w:tc>
          <w:tcPr>
            <w:tcW w:type="dxa" w:w="3324"/>
          </w:tcPr>
          <w:p>
            <w:r/>
            <w:r>
              <w:rPr>
                <w:rFonts w:eastAsia="Hiragino Sans" w:ascii="Hiragino Sans" w:hAnsi="Hiragino Sans"/>
                <w:b w:val="0"/>
                <w:sz w:val="18"/>
              </w:rPr>
              <w:t>44,830</w:t>
            </w:r>
          </w:p>
        </w:tc>
        <w:tc>
          <w:tcPr>
            <w:tcW w:type="dxa" w:w="3324"/>
          </w:tcPr>
          <w:p>
            <w:r/>
            <w:r>
              <w:rPr>
                <w:rFonts w:eastAsia="Hiragino Sans" w:ascii="Hiragino Sans" w:hAnsi="Hiragino Sans"/>
                <w:b w:val="0"/>
                <w:sz w:val="18"/>
              </w:rPr>
              <w:t>+4.4</w:t>
            </w:r>
          </w:p>
        </w:tc>
      </w:tr>
    </w:tbl>
    <w:p>
      <w:pPr>
        <w:spacing w:after="40"/>
      </w:pPr>
    </w:p>
    <w:p>
      <w:pPr>
        <w:pStyle w:val="ListBullet"/>
        <w:ind w:left="240"/>
      </w:pPr>
      <w:r>
        <w:rPr>
          <w:rFonts w:eastAsia="Hiragino Sans" w:ascii="Hiragino Sans" w:hAnsi="Hiragino Sans"/>
          <w:b w:val="0"/>
          <w:sz w:val="20"/>
        </w:rPr>
        <w:t>（注）金額は販売価格によっており、セグメント間の内部振替前の数値によっております。その他セグメントは生産活動を行っていないため記載しておりません。</w:t>
      </w:r>
    </w:p>
    <w:p>
      <w:pPr>
        <w:spacing w:after="80"/>
      </w:pPr>
      <w:r>
        <w:rPr>
          <w:rFonts w:eastAsia="Hiragino Sans" w:ascii="Hiragino Sans" w:hAnsi="Hiragino Sans"/>
          <w:b/>
          <w:i w:val="0"/>
        </w:rPr>
        <w:t>受注実績</w:t>
      </w:r>
      <w:r>
        <w:rPr>
          <w:rFonts w:eastAsia="Hiragino Sans" w:ascii="Hiragino Sans" w:hAnsi="Hiragino Sans"/>
          <w:b w:val="0"/>
          <w:i w:val="0"/>
        </w:rPr>
        <w:t>（受注生産を行う精密機器事業の装置向け部品）</w:t>
      </w:r>
    </w:p>
    <w:tbl>
      <w:tblPr>
        <w:tblStyle w:val="TableGrid"/>
        <w:tblW w:type="auto" w:w="0"/>
        <w:jc w:val="center"/>
        <w:tblLayout w:type="autofit"/>
        <w:tblLook w:firstColumn="1" w:firstRow="1" w:lastColumn="0" w:lastRow="0" w:noHBand="0" w:noVBand="1" w:val="04A0"/>
      </w:tblPr>
      <w:tblGrid>
        <w:gridCol w:w="1994"/>
        <w:gridCol w:w="1994"/>
        <w:gridCol w:w="1994"/>
        <w:gridCol w:w="1994"/>
        <w:gridCol w:w="1994"/>
      </w:tblGrid>
      <w:tr>
        <w:tc>
          <w:tcPr>
            <w:tcW w:type="dxa" w:w="1994"/>
            <w:shd w:val="clear" w:fill="24406B"/>
          </w:tcPr>
          <w:p>
            <w:r/>
            <w:r>
              <w:rPr>
                <w:rFonts w:eastAsia="Hiragino Sans" w:ascii="Hiragino Sans" w:hAnsi="Hiragino Sans"/>
                <w:b/>
                <w:color w:val="FFFFFF"/>
                <w:sz w:val="18"/>
              </w:rPr>
              <w:t>セグメント</w:t>
            </w:r>
          </w:p>
        </w:tc>
        <w:tc>
          <w:tcPr>
            <w:tcW w:type="dxa" w:w="1994"/>
            <w:shd w:val="clear" w:fill="24406B"/>
          </w:tcPr>
          <w:p>
            <w:r/>
            <w:r>
              <w:rPr>
                <w:rFonts w:eastAsia="Hiragino Sans" w:ascii="Hiragino Sans" w:hAnsi="Hiragino Sans"/>
                <w:b/>
                <w:color w:val="FFFFFF"/>
                <w:sz w:val="18"/>
              </w:rPr>
              <w:t>受注高(百万円)</w:t>
            </w:r>
          </w:p>
        </w:tc>
        <w:tc>
          <w:tcPr>
            <w:tcW w:type="dxa" w:w="1994"/>
            <w:shd w:val="clear" w:fill="24406B"/>
          </w:tcPr>
          <w:p>
            <w:r/>
            <w:r>
              <w:rPr>
                <w:rFonts w:eastAsia="Hiragino Sans" w:ascii="Hiragino Sans" w:hAnsi="Hiragino Sans"/>
                <w:b/>
                <w:color w:val="FFFFFF"/>
                <w:sz w:val="18"/>
              </w:rPr>
              <w:t>前期比(%)</w:t>
            </w:r>
          </w:p>
        </w:tc>
        <w:tc>
          <w:tcPr>
            <w:tcW w:type="dxa" w:w="1994"/>
            <w:shd w:val="clear" w:fill="24406B"/>
          </w:tcPr>
          <w:p>
            <w:r/>
            <w:r>
              <w:rPr>
                <w:rFonts w:eastAsia="Hiragino Sans" w:ascii="Hiragino Sans" w:hAnsi="Hiragino Sans"/>
                <w:b/>
                <w:color w:val="FFFFFF"/>
                <w:sz w:val="18"/>
              </w:rPr>
              <w:t>受注残高(百万円)</w:t>
            </w:r>
          </w:p>
        </w:tc>
        <w:tc>
          <w:tcPr>
            <w:tcW w:type="dxa" w:w="1994"/>
            <w:shd w:val="clear" w:fill="24406B"/>
          </w:tcPr>
          <w:p>
            <w:r/>
            <w:r>
              <w:rPr>
                <w:rFonts w:eastAsia="Hiragino Sans" w:ascii="Hiragino Sans" w:hAnsi="Hiragino Sans"/>
                <w:b/>
                <w:color w:val="FFFFFF"/>
                <w:sz w:val="18"/>
              </w:rPr>
              <w:t>前期比(%)</w:t>
            </w:r>
          </w:p>
        </w:tc>
      </w:tr>
      <w:tr>
        <w:tc>
          <w:tcPr>
            <w:tcW w:type="dxa" w:w="1994"/>
          </w:tcPr>
          <w:p>
            <w:r/>
            <w:r>
              <w:rPr>
                <w:rFonts w:eastAsia="Hiragino Sans" w:ascii="Hiragino Sans" w:hAnsi="Hiragino Sans"/>
                <w:b w:val="0"/>
                <w:sz w:val="18"/>
              </w:rPr>
              <w:t>精密機器（装置向け部品）</w:t>
            </w:r>
          </w:p>
        </w:tc>
        <w:tc>
          <w:tcPr>
            <w:tcW w:type="dxa" w:w="1994"/>
          </w:tcPr>
          <w:p>
            <w:r/>
            <w:r>
              <w:rPr>
                <w:rFonts w:eastAsia="Hiragino Sans" w:ascii="Hiragino Sans" w:hAnsi="Hiragino Sans"/>
                <w:b w:val="0"/>
                <w:sz w:val="18"/>
              </w:rPr>
              <w:t>12,480</w:t>
            </w:r>
          </w:p>
        </w:tc>
        <w:tc>
          <w:tcPr>
            <w:tcW w:type="dxa" w:w="1994"/>
          </w:tcPr>
          <w:p>
            <w:r/>
            <w:r>
              <w:rPr>
                <w:rFonts w:eastAsia="Hiragino Sans" w:ascii="Hiragino Sans" w:hAnsi="Hiragino Sans"/>
                <w:b w:val="0"/>
                <w:sz w:val="18"/>
              </w:rPr>
              <w:t>+8.2</w:t>
            </w:r>
          </w:p>
        </w:tc>
        <w:tc>
          <w:tcPr>
            <w:tcW w:type="dxa" w:w="1994"/>
          </w:tcPr>
          <w:p>
            <w:r/>
            <w:r>
              <w:rPr>
                <w:rFonts w:eastAsia="Hiragino Sans" w:ascii="Hiragino Sans" w:hAnsi="Hiragino Sans"/>
                <w:b w:val="0"/>
                <w:sz w:val="18"/>
              </w:rPr>
              <w:t>3,260</w:t>
            </w:r>
          </w:p>
        </w:tc>
        <w:tc>
          <w:tcPr>
            <w:tcW w:type="dxa" w:w="1994"/>
          </w:tcPr>
          <w:p>
            <w:r/>
            <w:r>
              <w:rPr>
                <w:rFonts w:eastAsia="Hiragino Sans" w:ascii="Hiragino Sans" w:hAnsi="Hiragino Sans"/>
                <w:b w:val="0"/>
                <w:sz w:val="18"/>
              </w:rPr>
              <w:t>+21.5</w:t>
            </w:r>
          </w:p>
        </w:tc>
      </w:tr>
    </w:tbl>
    <w:p>
      <w:pPr>
        <w:spacing w:after="40"/>
      </w:pPr>
    </w:p>
    <w:p>
      <w:pPr>
        <w:spacing w:after="80"/>
      </w:pPr>
      <w:r>
        <w:rPr>
          <w:rFonts w:eastAsia="Hiragino Sans" w:ascii="Hiragino Sans" w:hAnsi="Hiragino Sans"/>
          <w:b/>
          <w:i w:val="0"/>
        </w:rPr>
        <w:t>販売実績</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セグメント</w:t>
            </w:r>
          </w:p>
        </w:tc>
        <w:tc>
          <w:tcPr>
            <w:tcW w:type="dxa" w:w="3324"/>
            <w:shd w:val="clear" w:fill="24406B"/>
          </w:tcPr>
          <w:p>
            <w:r/>
            <w:r>
              <w:rPr>
                <w:rFonts w:eastAsia="Hiragino Sans" w:ascii="Hiragino Sans" w:hAnsi="Hiragino Sans"/>
                <w:b/>
                <w:color w:val="FFFFFF"/>
                <w:sz w:val="18"/>
              </w:rPr>
              <w:t>販売高(百万円)</w:t>
            </w:r>
          </w:p>
        </w:tc>
        <w:tc>
          <w:tcPr>
            <w:tcW w:type="dxa" w:w="3324"/>
            <w:shd w:val="clear" w:fill="24406B"/>
          </w:tcPr>
          <w:p>
            <w:r/>
            <w:r>
              <w:rPr>
                <w:rFonts w:eastAsia="Hiragino Sans" w:ascii="Hiragino Sans" w:hAnsi="Hiragino Sans"/>
                <w:b/>
                <w:color w:val="FFFFFF"/>
                <w:sz w:val="18"/>
              </w:rPr>
              <w:t>前期比(%)</w:t>
            </w:r>
          </w:p>
        </w:tc>
      </w:tr>
      <w:tr>
        <w:tc>
          <w:tcPr>
            <w:tcW w:type="dxa" w:w="3324"/>
          </w:tcPr>
          <w:p>
            <w:r/>
            <w:r>
              <w:rPr>
                <w:rFonts w:eastAsia="Hiragino Sans" w:ascii="Hiragino Sans" w:hAnsi="Hiragino Sans"/>
                <w:b w:val="0"/>
                <w:sz w:val="18"/>
              </w:rPr>
              <w:t>精密機器</w:t>
            </w:r>
          </w:p>
        </w:tc>
        <w:tc>
          <w:tcPr>
            <w:tcW w:type="dxa" w:w="3324"/>
          </w:tcPr>
          <w:p>
            <w:r/>
            <w:r>
              <w:rPr>
                <w:rFonts w:eastAsia="Hiragino Sans" w:ascii="Hiragino Sans" w:hAnsi="Hiragino Sans"/>
                <w:b w:val="0"/>
                <w:sz w:val="18"/>
              </w:rPr>
              <w:t>27,900</w:t>
            </w:r>
          </w:p>
        </w:tc>
        <w:tc>
          <w:tcPr>
            <w:tcW w:type="dxa" w:w="3324"/>
          </w:tcPr>
          <w:p>
            <w:r/>
            <w:r>
              <w:rPr>
                <w:rFonts w:eastAsia="Hiragino Sans" w:ascii="Hiragino Sans" w:hAnsi="Hiragino Sans"/>
                <w:b w:val="0"/>
                <w:sz w:val="18"/>
              </w:rPr>
              <w:t>+4.9</w:t>
            </w:r>
          </w:p>
        </w:tc>
      </w:tr>
      <w:tr>
        <w:tc>
          <w:tcPr>
            <w:tcW w:type="dxa" w:w="3324"/>
            <w:shd w:val="clear" w:fill="F7F8FA"/>
          </w:tcPr>
          <w:p>
            <w:r/>
            <w:r>
              <w:rPr>
                <w:rFonts w:eastAsia="Hiragino Sans" w:ascii="Hiragino Sans" w:hAnsi="Hiragino Sans"/>
                <w:b w:val="0"/>
                <w:sz w:val="18"/>
              </w:rPr>
              <w:t>電子部品</w:t>
            </w:r>
          </w:p>
        </w:tc>
        <w:tc>
          <w:tcPr>
            <w:tcW w:type="dxa" w:w="3324"/>
            <w:shd w:val="clear" w:fill="F7F8FA"/>
          </w:tcPr>
          <w:p>
            <w:r/>
            <w:r>
              <w:rPr>
                <w:rFonts w:eastAsia="Hiragino Sans" w:ascii="Hiragino Sans" w:hAnsi="Hiragino Sans"/>
                <w:b w:val="0"/>
                <w:sz w:val="18"/>
              </w:rPr>
              <w:t>17,300</w:t>
            </w:r>
          </w:p>
        </w:tc>
        <w:tc>
          <w:tcPr>
            <w:tcW w:type="dxa" w:w="3324"/>
            <w:shd w:val="clear" w:fill="F7F8FA"/>
          </w:tcPr>
          <w:p>
            <w:r/>
            <w:r>
              <w:rPr>
                <w:rFonts w:eastAsia="Hiragino Sans" w:ascii="Hiragino Sans" w:hAnsi="Hiragino Sans"/>
                <w:b w:val="0"/>
                <w:sz w:val="18"/>
              </w:rPr>
              <w:t>+3.6</w:t>
            </w:r>
          </w:p>
        </w:tc>
      </w:tr>
      <w:tr>
        <w:tc>
          <w:tcPr>
            <w:tcW w:type="dxa" w:w="3324"/>
          </w:tcPr>
          <w:p>
            <w:r/>
            <w:r>
              <w:rPr>
                <w:rFonts w:eastAsia="Hiragino Sans" w:ascii="Hiragino Sans" w:hAnsi="Hiragino Sans"/>
                <w:b w:val="0"/>
                <w:sz w:val="18"/>
              </w:rPr>
              <w:t>その他</w:t>
            </w:r>
          </w:p>
        </w:tc>
        <w:tc>
          <w:tcPr>
            <w:tcW w:type="dxa" w:w="3324"/>
          </w:tcPr>
          <w:p>
            <w:r/>
            <w:r>
              <w:rPr>
                <w:rFonts w:eastAsia="Hiragino Sans" w:ascii="Hiragino Sans" w:hAnsi="Hiragino Sans"/>
                <w:b w:val="0"/>
                <w:sz w:val="18"/>
              </w:rPr>
              <w:t>3,400</w:t>
            </w:r>
          </w:p>
        </w:tc>
        <w:tc>
          <w:tcPr>
            <w:tcW w:type="dxa" w:w="3324"/>
          </w:tcPr>
          <w:p>
            <w:r/>
            <w:r>
              <w:rPr>
                <w:rFonts w:eastAsia="Hiragino Sans" w:ascii="Hiragino Sans" w:hAnsi="Hiragino Sans"/>
                <w:b w:val="0"/>
                <w:sz w:val="18"/>
              </w:rPr>
              <w:t>+6.3</w:t>
            </w:r>
          </w:p>
        </w:tc>
      </w:tr>
      <w:tr>
        <w:tc>
          <w:tcPr>
            <w:tcW w:type="dxa" w:w="3324"/>
            <w:shd w:val="clear" w:fill="F7F8FA"/>
          </w:tcPr>
          <w:p>
            <w:r/>
            <w:r>
              <w:rPr>
                <w:rFonts w:eastAsia="Hiragino Sans" w:ascii="Hiragino Sans" w:hAnsi="Hiragino Sans"/>
                <w:b w:val="0"/>
                <w:sz w:val="18"/>
              </w:rPr>
              <w:t>合計</w:t>
            </w:r>
          </w:p>
        </w:tc>
        <w:tc>
          <w:tcPr>
            <w:tcW w:type="dxa" w:w="3324"/>
            <w:shd w:val="clear" w:fill="F7F8FA"/>
          </w:tcPr>
          <w:p>
            <w:r/>
            <w:r>
              <w:rPr>
                <w:rFonts w:eastAsia="Hiragino Sans" w:ascii="Hiragino Sans" w:hAnsi="Hiragino Sans"/>
                <w:b w:val="0"/>
                <w:sz w:val="18"/>
              </w:rPr>
              <w:t>48,600</w:t>
            </w:r>
          </w:p>
        </w:tc>
        <w:tc>
          <w:tcPr>
            <w:tcW w:type="dxa" w:w="3324"/>
            <w:shd w:val="clear" w:fill="F7F8FA"/>
          </w:tcPr>
          <w:p>
            <w:r/>
            <w:r>
              <w:rPr>
                <w:rFonts w:eastAsia="Hiragino Sans" w:ascii="Hiragino Sans" w:hAnsi="Hiragino Sans"/>
                <w:b w:val="0"/>
                <w:sz w:val="18"/>
              </w:rPr>
              <w:t>+4.5</w:t>
            </w:r>
          </w:p>
        </w:tc>
      </w:tr>
    </w:tbl>
    <w:p>
      <w:pPr>
        <w:spacing w:after="40"/>
      </w:pPr>
    </w:p>
    <w:p>
      <w:pPr>
        <w:pStyle w:val="ListBullet"/>
        <w:ind w:left="240"/>
      </w:pPr>
      <w:r>
        <w:rPr>
          <w:rFonts w:eastAsia="Hiragino Sans" w:ascii="Hiragino Sans" w:hAnsi="Hiragino Sans"/>
          <w:b w:val="0"/>
          <w:sz w:val="20"/>
        </w:rPr>
        <w:t>（注）最近2連結会計年度の主な相手先別の販売実績及び総販売実績に対する割合は次のとおりであります。東都自動車部品株式会社：前期5,620百万円（12.1%）、当期5,850百万円（12.0%）。</w:t>
      </w:r>
    </w:p>
    <w:p>
      <w:pPr>
        <w:pStyle w:val="Heading3"/>
      </w:pPr>
      <w:r>
        <w:t>(3) 財政状態の分析</w:t>
      </w:r>
    </w:p>
    <w:p>
      <w:pPr>
        <w:spacing w:after="80"/>
      </w:pPr>
      <w:r>
        <w:rPr>
          <w:rFonts w:eastAsia="Hiragino Sans" w:ascii="Hiragino Sans" w:hAnsi="Hiragino Sans"/>
          <w:b w:val="0"/>
          <w:i w:val="0"/>
        </w:rPr>
        <w:t>当連結会計年度末の総資産は62,400百万円となり、前連結会計年度末に比べ700百万円増加しました。主な増減は、売上債権の増加520百万円、棚卸資産の増加380百万円、設備投資による有形固定資産の増加に対し、円高による在外子会社資産の円換算額の減少であります。</w:t>
      </w:r>
    </w:p>
    <w:p>
      <w:pPr>
        <w:spacing w:after="80"/>
      </w:pPr>
      <w:r>
        <w:rPr>
          <w:rFonts w:eastAsia="Hiragino Sans" w:ascii="Hiragino Sans" w:hAnsi="Hiragino Sans"/>
          <w:b w:val="0"/>
          <w:i w:val="0"/>
        </w:rPr>
        <w:t>負債は24,200百万円となり、前連結会計年度末に比べ200百万円増加しました。リースに関する会計基準の早期適用によりリース負債900百万円を計上した一方、長期借入金の約定返済が進んでおります。</w:t>
      </w:r>
    </w:p>
    <w:p>
      <w:pPr>
        <w:spacing w:after="80"/>
      </w:pPr>
      <w:r>
        <w:rPr>
          <w:rFonts w:eastAsia="Hiragino Sans" w:ascii="Hiragino Sans" w:hAnsi="Hiragino Sans"/>
          <w:b w:val="0"/>
          <w:i w:val="0"/>
        </w:rPr>
        <w:t>純資産は38,200百万円となり、前連結会計年度末に比べ500百万円増加しました。親会社株主に帰属する当期純利益2,720百万円の計上に対し、剰余金の配当831百万円、円高による為替換算調整勘定の減少1,120百万円等によるものであります。この結果、自己資本比率は60.1%（前期末60.0%）となりました。</w:t>
      </w:r>
    </w:p>
    <w:p>
      <w:pPr>
        <w:pStyle w:val="Heading3"/>
      </w:pPr>
      <w:r>
        <w:t>(4) キャッシュ・フローの状況の分析</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区分</w:t>
            </w:r>
          </w:p>
        </w:tc>
        <w:tc>
          <w:tcPr>
            <w:tcW w:type="dxa" w:w="3324"/>
            <w:shd w:val="clear" w:fill="24406B"/>
          </w:tcPr>
          <w:p>
            <w:r/>
            <w:r>
              <w:rPr>
                <w:rFonts w:eastAsia="Hiragino Sans" w:ascii="Hiragino Sans" w:hAnsi="Hiragino Sans"/>
                <w:b/>
                <w:color w:val="FFFFFF"/>
                <w:sz w:val="18"/>
              </w:rPr>
              <w:t>前連結会計年度(百万円)</w:t>
            </w:r>
          </w:p>
        </w:tc>
        <w:tc>
          <w:tcPr>
            <w:tcW w:type="dxa" w:w="3324"/>
            <w:shd w:val="clear" w:fill="24406B"/>
          </w:tcPr>
          <w:p>
            <w:r/>
            <w:r>
              <w:rPr>
                <w:rFonts w:eastAsia="Hiragino Sans" w:ascii="Hiragino Sans" w:hAnsi="Hiragino Sans"/>
                <w:b/>
                <w:color w:val="FFFFFF"/>
                <w:sz w:val="18"/>
              </w:rPr>
              <w:t>当連結会計年度(百万円)</w:t>
            </w:r>
          </w:p>
        </w:tc>
      </w:tr>
      <w:tr>
        <w:tc>
          <w:tcPr>
            <w:tcW w:type="dxa" w:w="3324"/>
          </w:tcPr>
          <w:p>
            <w:r/>
            <w:r>
              <w:rPr>
                <w:rFonts w:eastAsia="Hiragino Sans" w:ascii="Hiragino Sans" w:hAnsi="Hiragino Sans"/>
                <w:b w:val="0"/>
                <w:sz w:val="18"/>
              </w:rPr>
              <w:t>営業活動によるキャッシュ・フロー</w:t>
            </w:r>
          </w:p>
        </w:tc>
        <w:tc>
          <w:tcPr>
            <w:tcW w:type="dxa" w:w="3324"/>
          </w:tcPr>
          <w:p>
            <w:r/>
            <w:r>
              <w:rPr>
                <w:rFonts w:eastAsia="Hiragino Sans" w:ascii="Hiragino Sans" w:hAnsi="Hiragino Sans"/>
                <w:b w:val="0"/>
                <w:sz w:val="18"/>
              </w:rPr>
              <w:t>4,420</w:t>
            </w:r>
          </w:p>
        </w:tc>
        <w:tc>
          <w:tcPr>
            <w:tcW w:type="dxa" w:w="3324"/>
          </w:tcPr>
          <w:p>
            <w:r/>
            <w:r>
              <w:rPr>
                <w:rFonts w:eastAsia="Hiragino Sans" w:ascii="Hiragino Sans" w:hAnsi="Hiragino Sans"/>
                <w:b w:val="0"/>
                <w:sz w:val="18"/>
              </w:rPr>
              <w:t>4,850</w:t>
            </w:r>
          </w:p>
        </w:tc>
      </w:tr>
      <w:tr>
        <w:tc>
          <w:tcPr>
            <w:tcW w:type="dxa" w:w="3324"/>
            <w:shd w:val="clear" w:fill="F7F8FA"/>
          </w:tcPr>
          <w:p>
            <w:r/>
            <w:r>
              <w:rPr>
                <w:rFonts w:eastAsia="Hiragino Sans" w:ascii="Hiragino Sans" w:hAnsi="Hiragino Sans"/>
                <w:b w:val="0"/>
                <w:sz w:val="18"/>
              </w:rPr>
              <w:t>投資活動によるキャッシュ・フロー</w:t>
            </w:r>
          </w:p>
        </w:tc>
        <w:tc>
          <w:tcPr>
            <w:tcW w:type="dxa" w:w="3324"/>
            <w:shd w:val="clear" w:fill="F7F8FA"/>
          </w:tcPr>
          <w:p>
            <w:r/>
            <w:r>
              <w:rPr>
                <w:rFonts w:eastAsia="Hiragino Sans" w:ascii="Hiragino Sans" w:hAnsi="Hiragino Sans"/>
                <w:b w:val="0"/>
                <w:sz w:val="18"/>
              </w:rPr>
              <w:t>△2,650</w:t>
            </w:r>
          </w:p>
        </w:tc>
        <w:tc>
          <w:tcPr>
            <w:tcW w:type="dxa" w:w="3324"/>
            <w:shd w:val="clear" w:fill="F7F8FA"/>
          </w:tcPr>
          <w:p>
            <w:r/>
            <w:r>
              <w:rPr>
                <w:rFonts w:eastAsia="Hiragino Sans" w:ascii="Hiragino Sans" w:hAnsi="Hiragino Sans"/>
                <w:b w:val="0"/>
                <w:sz w:val="18"/>
              </w:rPr>
              <w:t>△3,120</w:t>
            </w:r>
          </w:p>
        </w:tc>
      </w:tr>
      <w:tr>
        <w:tc>
          <w:tcPr>
            <w:tcW w:type="dxa" w:w="3324"/>
          </w:tcPr>
          <w:p>
            <w:r/>
            <w:r>
              <w:rPr>
                <w:rFonts w:eastAsia="Hiragino Sans" w:ascii="Hiragino Sans" w:hAnsi="Hiragino Sans"/>
                <w:b w:val="0"/>
                <w:sz w:val="18"/>
              </w:rPr>
              <w:t>財務活動によるキャッシュ・フロー</w:t>
            </w:r>
          </w:p>
        </w:tc>
        <w:tc>
          <w:tcPr>
            <w:tcW w:type="dxa" w:w="3324"/>
          </w:tcPr>
          <w:p>
            <w:r/>
            <w:r>
              <w:rPr>
                <w:rFonts w:eastAsia="Hiragino Sans" w:ascii="Hiragino Sans" w:hAnsi="Hiragino Sans"/>
                <w:b w:val="0"/>
                <w:sz w:val="18"/>
              </w:rPr>
              <w:t>△1,280</w:t>
            </w:r>
          </w:p>
        </w:tc>
        <w:tc>
          <w:tcPr>
            <w:tcW w:type="dxa" w:w="3324"/>
          </w:tcPr>
          <w:p>
            <w:r/>
            <w:r>
              <w:rPr>
                <w:rFonts w:eastAsia="Hiragino Sans" w:ascii="Hiragino Sans" w:hAnsi="Hiragino Sans"/>
                <w:b w:val="0"/>
                <w:sz w:val="18"/>
              </w:rPr>
              <w:t>△1,540</w:t>
            </w:r>
          </w:p>
        </w:tc>
      </w:tr>
      <w:tr>
        <w:tc>
          <w:tcPr>
            <w:tcW w:type="dxa" w:w="3324"/>
            <w:shd w:val="clear" w:fill="F7F8FA"/>
          </w:tcPr>
          <w:p>
            <w:r/>
            <w:r>
              <w:rPr>
                <w:rFonts w:eastAsia="Hiragino Sans" w:ascii="Hiragino Sans" w:hAnsi="Hiragino Sans"/>
                <w:b w:val="0"/>
                <w:sz w:val="18"/>
              </w:rPr>
              <w:t>現金及び現金同等物の期末残高</w:t>
            </w:r>
          </w:p>
        </w:tc>
        <w:tc>
          <w:tcPr>
            <w:tcW w:type="dxa" w:w="3324"/>
            <w:shd w:val="clear" w:fill="F7F8FA"/>
          </w:tcPr>
          <w:p>
            <w:r/>
            <w:r>
              <w:rPr>
                <w:rFonts w:eastAsia="Hiragino Sans" w:ascii="Hiragino Sans" w:hAnsi="Hiragino Sans"/>
                <w:b w:val="0"/>
                <w:sz w:val="18"/>
              </w:rPr>
              <w:t>9,760</w:t>
            </w:r>
          </w:p>
        </w:tc>
        <w:tc>
          <w:tcPr>
            <w:tcW w:type="dxa" w:w="3324"/>
            <w:shd w:val="clear" w:fill="F7F8FA"/>
          </w:tcPr>
          <w:p>
            <w:r/>
            <w:r>
              <w:rPr>
                <w:rFonts w:eastAsia="Hiragino Sans" w:ascii="Hiragino Sans" w:hAnsi="Hiragino Sans"/>
                <w:b w:val="0"/>
                <w:sz w:val="18"/>
              </w:rPr>
              <w:t>9,860</w:t>
            </w:r>
          </w:p>
        </w:tc>
      </w:tr>
    </w:tbl>
    <w:p>
      <w:pPr>
        <w:spacing w:after="40"/>
      </w:pPr>
    </w:p>
    <w:p>
      <w:pPr>
        <w:spacing w:after="80"/>
      </w:pPr>
      <w:r>
        <w:rPr>
          <w:rFonts w:eastAsia="Hiragino Sans" w:ascii="Hiragino Sans" w:hAnsi="Hiragino Sans"/>
          <w:b w:val="0"/>
          <w:i w:val="0"/>
        </w:rPr>
        <w:t>営業活動によるキャッシュ・フローは、税金等調整前当期純利益3,960百万円、減価償却費2,350百万円等により4,850百万円の収入となりました。投資活動によるキャッシュ・フローは、生産能力増強及び自動化投資による有形固定資産の取得2,980百万円等により3,120百万円の支出となりました。財務活動によるキャッシュ・フローは、配当金の支払831百万円、借入金の純減320百万円等により1,540百万円の支出となりました。</w:t>
      </w:r>
    </w:p>
    <w:p>
      <w:pPr>
        <w:pStyle w:val="Heading3"/>
      </w:pPr>
      <w:r>
        <w:t>(5) 資本の財源及び資金の流動性</w:t>
      </w:r>
    </w:p>
    <w:p>
      <w:pPr>
        <w:spacing w:after="80"/>
      </w:pPr>
      <w:r>
        <w:rPr>
          <w:rFonts w:eastAsia="Hiragino Sans" w:ascii="Hiragino Sans" w:hAnsi="Hiragino Sans"/>
          <w:b w:val="0"/>
          <w:i w:val="0"/>
        </w:rPr>
        <w:t>当社グループの運転資金及び設備投資資金は、自己資金及び金融機関からの借入により調達しております。設備投資は原則として営業キャッシュ・フローの範囲内で実施する方針であり、諏訪工場第3棟建設資金2,800百万円は自己資金及び長期借入金により賄う予定であります。当連結会計年度末の有利子負債（借入金及びリース負債）は7,200百万円、現金及び現金同等物は9,860百万円と実質無借金を維持しており、加えて取引銀行3行と総額3,000百万円のコミットメントライン契約（当期末未使用）を締結し、流動性を確保しております。株主還元は連結配当性向30%以上を目安とし、当期は1株当たり34円（配当性向31.5%）としております。</w:t>
      </w:r>
    </w:p>
    <w:p>
      <w:pPr>
        <w:pStyle w:val="Heading3"/>
      </w:pPr>
      <w:r>
        <w:t>(6) 重要な会計上の見積り及び当該見積りに用いた仮定</w:t>
      </w:r>
    </w:p>
    <w:p>
      <w:pPr>
        <w:spacing w:after="80"/>
      </w:pPr>
      <w:r>
        <w:rPr>
          <w:rFonts w:eastAsia="Hiragino Sans" w:ascii="Hiragino Sans" w:hAnsi="Hiragino Sans"/>
          <w:b w:val="0"/>
          <w:i w:val="0"/>
        </w:rPr>
        <w:t>連結財務諸表の作成にあたり用いた会計上の見積りのうち、重要なものは次のとおりであります（詳細は第5「経理の状況」注記（重要な会計上の見積り）参照）。</w:t>
      </w:r>
    </w:p>
    <w:p>
      <w:pPr>
        <w:pStyle w:val="ListBullet"/>
        <w:ind w:left="240"/>
      </w:pPr>
      <w:r>
        <w:rPr>
          <w:rFonts w:eastAsia="Hiragino Sans" w:ascii="Hiragino Sans" w:hAnsi="Hiragino Sans"/>
          <w:b/>
          <w:sz w:val="20"/>
        </w:rPr>
        <w:t>固定資産の減損</w:t>
      </w:r>
      <w:r>
        <w:rPr>
          <w:rFonts w:eastAsia="Hiragino Sans" w:ascii="Hiragino Sans" w:hAnsi="Hiragino Sans"/>
          <w:b w:val="0"/>
          <w:sz w:val="20"/>
        </w:rPr>
        <w:t>：電子部品セグメントの汎用コンデンサ部品製造設備（帳簿価額2,150百万円）について、販売価格の下落を踏まえ将来キャッシュ・フローを見積り、当期に減損損失180百万円を計上しました。見積りの主要な仮定は今後5年間の販売数量・価格及び割引率（8.2%）であり、価格下落が想定を超えて進行した場合、追加の減損損失が発生する可能性があります。</w:t>
      </w:r>
    </w:p>
    <w:p>
      <w:pPr>
        <w:pStyle w:val="ListBullet"/>
        <w:ind w:left="240"/>
      </w:pPr>
      <w:r>
        <w:rPr>
          <w:rFonts w:eastAsia="Hiragino Sans" w:ascii="Hiragino Sans" w:hAnsi="Hiragino Sans"/>
          <w:b/>
          <w:sz w:val="20"/>
        </w:rPr>
        <w:t>繰延税金資産の回収可能性</w:t>
      </w:r>
      <w:r>
        <w:rPr>
          <w:rFonts w:eastAsia="Hiragino Sans" w:ascii="Hiragino Sans" w:hAnsi="Hiragino Sans"/>
          <w:b w:val="0"/>
          <w:sz w:val="20"/>
        </w:rPr>
        <w:t>：将来減算一時差異等に対し、課税所得の発生時期及び金額のスケジューリングに基づき繰延税金資産1,050百万円（連結貸借対照表計上額）を計上しております。経営環境の悪化により将来課税所得の見積りが減少した場合、繰延税金資産の取崩しが損益に影響する可能性があります。</w:t>
      </w:r>
    </w:p>
    <w:p>
      <w:pPr>
        <w:ind w:left="120"/>
        <w:shd w:val="clear" w:fill="F3F4F6"/>
        <w:pBdr>
          <w:left w:val="single" w:sz="18" w:space="6" w:color="24406B"/>
        </w:pBdr>
      </w:pPr>
      <w:r>
        <w:rPr>
          <w:rFonts w:eastAsia="Hiragino Sans" w:ascii="Hiragino Sans" w:hAnsi="Hiragino Sans"/>
          <w:b w:val="0"/>
          <w:i/>
          <w:color w:val="444444"/>
          <w:sz w:val="18"/>
        </w:rPr>
        <w:t>チェック観点: MD&amp;A の増減要因分解（数量・価格・為替・コスト）が定量化されているか。重要な会計上の見積りは注記との相互参照と感応度の記載を確認。</w:t>
      </w:r>
    </w:p>
    <w:p>
      <w:pPr>
        <w:ind w:left="120"/>
        <w:shd w:val="clear" w:fill="F3F4F6"/>
        <w:pBdr>
          <w:left w:val="single" w:sz="18" w:space="6" w:color="24406B"/>
        </w:pBdr>
      </w:pPr>
      <w:r>
        <w:rPr>
          <w:rFonts w:eastAsia="Hiragino Sans" w:ascii="Hiragino Sans" w:hAnsi="Hiragino Sans"/>
          <w:b w:val="0"/>
          <w:i/>
          <w:color w:val="444444"/>
          <w:sz w:val="18"/>
        </w:rPr>
        <w:t>XBRL: 経営者による分析はテキストブロック（jpcrp_cor:ManagementAnalysisOfFinancialPositionOperatingResultsAndCashFlowsTextBlock）で登録。</w:t>
      </w:r>
    </w:p>
    <w:p>
      <w:pPr>
        <w:pStyle w:val="Heading2"/>
      </w:pPr>
      <w:r>
        <w:t>5【経営上の重要な契約等】</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契約会社名</w:t>
            </w:r>
          </w:p>
        </w:tc>
        <w:tc>
          <w:tcPr>
            <w:tcW w:type="dxa" w:w="2493"/>
            <w:shd w:val="clear" w:fill="24406B"/>
          </w:tcPr>
          <w:p>
            <w:r/>
            <w:r>
              <w:rPr>
                <w:rFonts w:eastAsia="Hiragino Sans" w:ascii="Hiragino Sans" w:hAnsi="Hiragino Sans"/>
                <w:b/>
                <w:color w:val="FFFFFF"/>
                <w:sz w:val="18"/>
              </w:rPr>
              <w:t>相手方</w:t>
            </w:r>
          </w:p>
        </w:tc>
        <w:tc>
          <w:tcPr>
            <w:tcW w:type="dxa" w:w="2493"/>
            <w:shd w:val="clear" w:fill="24406B"/>
          </w:tcPr>
          <w:p>
            <w:r/>
            <w:r>
              <w:rPr>
                <w:rFonts w:eastAsia="Hiragino Sans" w:ascii="Hiragino Sans" w:hAnsi="Hiragino Sans"/>
                <w:b/>
                <w:color w:val="FFFFFF"/>
                <w:sz w:val="18"/>
              </w:rPr>
              <w:t>契約内容</w:t>
            </w:r>
          </w:p>
        </w:tc>
        <w:tc>
          <w:tcPr>
            <w:tcW w:type="dxa" w:w="2493"/>
            <w:shd w:val="clear" w:fill="24406B"/>
          </w:tcPr>
          <w:p>
            <w:r/>
            <w:r>
              <w:rPr>
                <w:rFonts w:eastAsia="Hiragino Sans" w:ascii="Hiragino Sans" w:hAnsi="Hiragino Sans"/>
                <w:b/>
                <w:color w:val="FFFFFF"/>
                <w:sz w:val="18"/>
              </w:rPr>
              <w:t>契約期間</w:t>
            </w:r>
          </w:p>
        </w:tc>
      </w:tr>
      <w:tr>
        <w:tc>
          <w:tcPr>
            <w:tcW w:type="dxa" w:w="2493"/>
          </w:tcPr>
          <w:p>
            <w:r/>
            <w:r>
              <w:rPr>
                <w:rFonts w:eastAsia="Hiragino Sans" w:ascii="Hiragino Sans" w:hAnsi="Hiragino Sans"/>
                <w:b w:val="0"/>
                <w:sz w:val="18"/>
              </w:rPr>
              <w:t>当社</w:t>
            </w:r>
          </w:p>
        </w:tc>
        <w:tc>
          <w:tcPr>
            <w:tcW w:type="dxa" w:w="2493"/>
          </w:tcPr>
          <w:p>
            <w:r/>
            <w:r>
              <w:rPr>
                <w:rFonts w:eastAsia="Hiragino Sans" w:ascii="Hiragino Sans" w:hAnsi="Hiragino Sans"/>
                <w:b w:val="0"/>
                <w:sz w:val="18"/>
              </w:rPr>
              <w:t>Veritas Motion Inc.（米国）</w:t>
            </w:r>
          </w:p>
        </w:tc>
        <w:tc>
          <w:tcPr>
            <w:tcW w:type="dxa" w:w="2493"/>
          </w:tcPr>
          <w:p>
            <w:r/>
            <w:r>
              <w:rPr>
                <w:rFonts w:eastAsia="Hiragino Sans" w:ascii="Hiragino Sans" w:hAnsi="Hiragino Sans"/>
                <w:b w:val="0"/>
                <w:sz w:val="18"/>
              </w:rPr>
              <w:t>精密モーション制御技術に関するライセンス導入契約（対象製品売上高の2%をロイヤルティとして支払）</w:t>
            </w:r>
          </w:p>
        </w:tc>
        <w:tc>
          <w:tcPr>
            <w:tcW w:type="dxa" w:w="2493"/>
          </w:tcPr>
          <w:p>
            <w:r/>
            <w:r>
              <w:rPr>
                <w:rFonts w:eastAsia="Hiragino Sans" w:ascii="Hiragino Sans" w:hAnsi="Hiragino Sans"/>
                <w:b w:val="0"/>
                <w:sz w:val="18"/>
              </w:rPr>
              <w:t>2021年4月から2031年3月まで</w:t>
            </w:r>
          </w:p>
        </w:tc>
      </w:tr>
      <w:tr>
        <w:tc>
          <w:tcPr>
            <w:tcW w:type="dxa" w:w="2493"/>
            <w:shd w:val="clear" w:fill="F7F8FA"/>
          </w:tcPr>
          <w:p>
            <w:r/>
            <w:r>
              <w:rPr>
                <w:rFonts w:eastAsia="Hiragino Sans" w:ascii="Hiragino Sans" w:hAnsi="Hiragino Sans"/>
                <w:b w:val="0"/>
                <w:sz w:val="18"/>
              </w:rPr>
              <w:t>当社</w:t>
            </w:r>
          </w:p>
        </w:tc>
        <w:tc>
          <w:tcPr>
            <w:tcW w:type="dxa" w:w="2493"/>
            <w:shd w:val="clear" w:fill="F7F8FA"/>
          </w:tcPr>
          <w:p>
            <w:r/>
            <w:r>
              <w:rPr>
                <w:rFonts w:eastAsia="Hiragino Sans" w:ascii="Hiragino Sans" w:hAnsi="Hiragino Sans"/>
                <w:b w:val="0"/>
                <w:sz w:val="18"/>
              </w:rPr>
              <w:t>東都自動車部品株式会社</w:t>
            </w:r>
          </w:p>
        </w:tc>
        <w:tc>
          <w:tcPr>
            <w:tcW w:type="dxa" w:w="2493"/>
            <w:shd w:val="clear" w:fill="F7F8FA"/>
          </w:tcPr>
          <w:p>
            <w:r/>
            <w:r>
              <w:rPr>
                <w:rFonts w:eastAsia="Hiragino Sans" w:ascii="Hiragino Sans" w:hAnsi="Hiragino Sans"/>
                <w:b w:val="0"/>
                <w:sz w:val="18"/>
              </w:rPr>
              <w:t>車載センサモジュールに関する取引基本契約及び品質保証協定</w:t>
            </w:r>
          </w:p>
        </w:tc>
        <w:tc>
          <w:tcPr>
            <w:tcW w:type="dxa" w:w="2493"/>
            <w:shd w:val="clear" w:fill="F7F8FA"/>
          </w:tcPr>
          <w:p>
            <w:r/>
            <w:r>
              <w:rPr>
                <w:rFonts w:eastAsia="Hiragino Sans" w:ascii="Hiragino Sans" w:hAnsi="Hiragino Sans"/>
                <w:b w:val="0"/>
                <w:sz w:val="18"/>
              </w:rPr>
              <w:t>2015年4月以降、1年毎自動更新</w:t>
            </w:r>
          </w:p>
        </w:tc>
      </w:tr>
      <w:tr>
        <w:tc>
          <w:tcPr>
            <w:tcW w:type="dxa" w:w="2493"/>
          </w:tcPr>
          <w:p>
            <w:r/>
            <w:r>
              <w:rPr>
                <w:rFonts w:eastAsia="Hiragino Sans" w:ascii="Hiragino Sans" w:hAnsi="Hiragino Sans"/>
                <w:b w:val="0"/>
                <w:sz w:val="18"/>
              </w:rPr>
              <w:t>当社</w:t>
            </w:r>
          </w:p>
        </w:tc>
        <w:tc>
          <w:tcPr>
            <w:tcW w:type="dxa" w:w="2493"/>
          </w:tcPr>
          <w:p>
            <w:r/>
            <w:r>
              <w:rPr>
                <w:rFonts w:eastAsia="Hiragino Sans" w:ascii="Hiragino Sans" w:hAnsi="Hiragino Sans"/>
                <w:b w:val="0"/>
                <w:sz w:val="18"/>
              </w:rPr>
              <w:t>株式会社大和田建設</w:t>
            </w:r>
          </w:p>
        </w:tc>
        <w:tc>
          <w:tcPr>
            <w:tcW w:type="dxa" w:w="2493"/>
          </w:tcPr>
          <w:p>
            <w:r/>
            <w:r>
              <w:rPr>
                <w:rFonts w:eastAsia="Hiragino Sans" w:ascii="Hiragino Sans" w:hAnsi="Hiragino Sans"/>
                <w:b w:val="0"/>
                <w:sz w:val="18"/>
              </w:rPr>
              <w:t>諏訪工場第3棟建設工事請負契約（契約金額2,800百万円）</w:t>
            </w:r>
          </w:p>
        </w:tc>
        <w:tc>
          <w:tcPr>
            <w:tcW w:type="dxa" w:w="2493"/>
          </w:tcPr>
          <w:p>
            <w:r/>
            <w:r>
              <w:rPr>
                <w:rFonts w:eastAsia="Hiragino Sans" w:ascii="Hiragino Sans" w:hAnsi="Hiragino Sans"/>
                <w:b w:val="0"/>
                <w:sz w:val="18"/>
              </w:rPr>
              <w:t>2026年2月締結、2027年9月竣工予定</w:t>
            </w:r>
          </w:p>
        </w:tc>
      </w:tr>
    </w:tbl>
    <w:p>
      <w:pPr>
        <w:spacing w:after="40"/>
      </w:pPr>
    </w:p>
    <w:p>
      <w:pPr>
        <w:pStyle w:val="Heading2"/>
      </w:pPr>
      <w:r>
        <w:t>6【研究開発活動】</w:t>
      </w:r>
    </w:p>
    <w:p>
      <w:pPr>
        <w:spacing w:after="80"/>
      </w:pPr>
      <w:r>
        <w:rPr>
          <w:rFonts w:eastAsia="Hiragino Sans" w:ascii="Hiragino Sans" w:hAnsi="Hiragino Sans"/>
          <w:b w:val="0"/>
          <w:i w:val="0"/>
        </w:rPr>
        <w:t>当社グループは「微細・複合・清浄」をキーワードに、次世代製品の研究開発を推進しております。当連結会計年度の研究開発費の総額は1,940百万円（売上高比4.0%）であり、セグメント別の活動は次のとおりであります。</w:t>
      </w:r>
    </w:p>
    <w:p>
      <w:pPr>
        <w:pStyle w:val="ListBullet"/>
        <w:ind w:left="240"/>
      </w:pPr>
      <w:r>
        <w:rPr>
          <w:rFonts w:eastAsia="Hiragino Sans" w:ascii="Hiragino Sans" w:hAnsi="Hiragino Sans"/>
          <w:b/>
          <w:sz w:val="20"/>
        </w:rPr>
        <w:t>精密機器事業（1,080百万円）</w:t>
      </w:r>
      <w:r>
        <w:rPr>
          <w:rFonts w:eastAsia="Hiragino Sans" w:ascii="Hiragino Sans" w:hAnsi="Hiragino Sans"/>
          <w:b w:val="0"/>
          <w:sz w:val="20"/>
        </w:rPr>
        <w:t>：半導体製造装置向け真空対応精密部品の表面処理技術、医療機器向け微細モーションユニットの小型化、5軸複合加工の工程集約技術の開発を行いました。当期に特許出願12件を行っております。</w:t>
      </w:r>
    </w:p>
    <w:p>
      <w:pPr>
        <w:pStyle w:val="ListBullet"/>
        <w:ind w:left="240"/>
      </w:pPr>
      <w:r>
        <w:rPr>
          <w:rFonts w:eastAsia="Hiragino Sans" w:ascii="Hiragino Sans" w:hAnsi="Hiragino Sans"/>
          <w:b/>
          <w:sz w:val="20"/>
        </w:rPr>
        <w:t>電子部品事業（760百万円）</w:t>
      </w:r>
      <w:r>
        <w:rPr>
          <w:rFonts w:eastAsia="Hiragino Sans" w:ascii="Hiragino Sans" w:hAnsi="Hiragino Sans"/>
          <w:b w:val="0"/>
          <w:sz w:val="20"/>
        </w:rPr>
        <w:t>：車載用高耐熱センサモジュール、パワー半導体周辺の高放熱実装部品、環境負荷物質を低減した接合材料の開発を行いました。サンテック・マテリアルズ株式会社との共同開発により、新規機能性材料の車載認定を取得しております。</w:t>
      </w:r>
    </w:p>
    <w:p>
      <w:pPr>
        <w:pStyle w:val="ListBullet"/>
        <w:ind w:left="240"/>
      </w:pPr>
      <w:r>
        <w:rPr>
          <w:rFonts w:eastAsia="Hiragino Sans" w:ascii="Hiragino Sans" w:hAnsi="Hiragino Sans"/>
          <w:b/>
          <w:sz w:val="20"/>
        </w:rPr>
        <w:t>その他（100百万円）</w:t>
      </w:r>
      <w:r>
        <w:rPr>
          <w:rFonts w:eastAsia="Hiragino Sans" w:ascii="Hiragino Sans" w:hAnsi="Hiragino Sans"/>
          <w:b w:val="0"/>
          <w:sz w:val="20"/>
        </w:rPr>
        <w:t>：物流自動化及び検査工程へのAI画像判定の導入に関する開発を行いました。</w:t>
      </w:r>
    </w:p>
    <w:p>
      <w:pPr>
        <w:ind w:left="120"/>
        <w:shd w:val="clear" w:fill="F3F4F6"/>
        <w:pBdr>
          <w:left w:val="single" w:sz="18" w:space="6" w:color="24406B"/>
        </w:pBdr>
      </w:pPr>
      <w:r>
        <w:rPr>
          <w:rFonts w:eastAsia="Hiragino Sans" w:ascii="Hiragino Sans" w:hAnsi="Hiragino Sans"/>
          <w:b w:val="0"/>
          <w:i/>
          <w:color w:val="444444"/>
          <w:sz w:val="18"/>
        </w:rPr>
        <w:t>チェック観点: 研究開発費のセグメント別内訳と第5・注記（販管費及び当期製造費用に含まれる研究開発費）の総額整合。</w:t>
      </w:r>
    </w:p>
    <w:p>
      <w:pPr>
        <w:pStyle w:val="Heading1"/>
      </w:pPr>
      <w:r>
        <w:t>第3【設備の状況】</w:t>
      </w:r>
    </w:p>
    <w:p>
      <w:pPr>
        <w:pStyle w:val="Heading2"/>
      </w:pPr>
      <w:r>
        <w:t>1【設備投資等の概要】</w:t>
      </w:r>
    </w:p>
    <w:p>
      <w:pPr>
        <w:spacing w:after="80"/>
      </w:pPr>
      <w:r>
        <w:rPr>
          <w:rFonts w:eastAsia="Hiragino Sans" w:ascii="Hiragino Sans" w:hAnsi="Hiragino Sans"/>
          <w:b w:val="0"/>
          <w:i w:val="0"/>
        </w:rPr>
        <w:t>当連結会計年度の設備投資の総額は3,050百万円であり、セグメント別の内訳は、精密機器事業1,850百万円（半導体製造装置向け5軸加工機の増設、諏訪工場の自動搬送ライン）、電子部品事業950百万円（車載センサモジュールの実装ライン増強、検査工程の自動化）、その他・全社共通250百万円（基幹システム更新、物流倉庫の保管設備）であります。所要資金は自己資金により賄っております。なお、電子部品事業において減損損失180百万円を計上しております（第5「経理の状況」注記参照）。</w:t>
      </w:r>
    </w:p>
    <w:p>
      <w:pPr>
        <w:pStyle w:val="Heading2"/>
      </w:pPr>
      <w:r>
        <w:t>2【主要な設備の状況】</w:t>
      </w:r>
    </w:p>
    <w:p>
      <w:pPr>
        <w:pStyle w:val="Heading3"/>
      </w:pPr>
      <w:r>
        <w:t>(1) 提出会社（2026年3月31日現在）</w:t>
      </w:r>
    </w:p>
    <w:tbl>
      <w:tblPr>
        <w:tblStyle w:val="TableGrid"/>
        <w:tblW w:type="auto" w:w="0"/>
        <w:jc w:val="center"/>
        <w:tblLayout w:type="autofit"/>
        <w:tblLook w:firstColumn="1" w:firstRow="1" w:lastColumn="0" w:lastRow="0" w:noHBand="0" w:noVBand="1" w:val="04A0"/>
      </w:tblPr>
      <w:tblGrid>
        <w:gridCol w:w="1108"/>
        <w:gridCol w:w="1108"/>
        <w:gridCol w:w="1108"/>
        <w:gridCol w:w="1108"/>
        <w:gridCol w:w="1108"/>
        <w:gridCol w:w="1108"/>
        <w:gridCol w:w="1108"/>
        <w:gridCol w:w="1108"/>
        <w:gridCol w:w="1108"/>
      </w:tblGrid>
      <w:tr>
        <w:tc>
          <w:tcPr>
            <w:tcW w:type="dxa" w:w="1108"/>
            <w:shd w:val="clear" w:fill="24406B"/>
          </w:tcPr>
          <w:p>
            <w:r/>
            <w:r>
              <w:rPr>
                <w:rFonts w:eastAsia="Hiragino Sans" w:ascii="Hiragino Sans" w:hAnsi="Hiragino Sans"/>
                <w:b/>
                <w:color w:val="FFFFFF"/>
                <w:sz w:val="18"/>
              </w:rPr>
              <w:t>事業所名（所在地）</w:t>
            </w:r>
          </w:p>
        </w:tc>
        <w:tc>
          <w:tcPr>
            <w:tcW w:type="dxa" w:w="1108"/>
            <w:shd w:val="clear" w:fill="24406B"/>
          </w:tcPr>
          <w:p>
            <w:r/>
            <w:r>
              <w:rPr>
                <w:rFonts w:eastAsia="Hiragino Sans" w:ascii="Hiragino Sans" w:hAnsi="Hiragino Sans"/>
                <w:b/>
                <w:color w:val="FFFFFF"/>
                <w:sz w:val="18"/>
              </w:rPr>
              <w:t>セグメント</w:t>
            </w:r>
          </w:p>
        </w:tc>
        <w:tc>
          <w:tcPr>
            <w:tcW w:type="dxa" w:w="1108"/>
            <w:shd w:val="clear" w:fill="24406B"/>
          </w:tcPr>
          <w:p>
            <w:r/>
            <w:r>
              <w:rPr>
                <w:rFonts w:eastAsia="Hiragino Sans" w:ascii="Hiragino Sans" w:hAnsi="Hiragino Sans"/>
                <w:b/>
                <w:color w:val="FFFFFF"/>
                <w:sz w:val="18"/>
              </w:rPr>
              <w:t>設備の内容</w:t>
            </w:r>
          </w:p>
        </w:tc>
        <w:tc>
          <w:tcPr>
            <w:tcW w:type="dxa" w:w="1108"/>
            <w:shd w:val="clear" w:fill="24406B"/>
          </w:tcPr>
          <w:p>
            <w:r/>
            <w:r>
              <w:rPr>
                <w:rFonts w:eastAsia="Hiragino Sans" w:ascii="Hiragino Sans" w:hAnsi="Hiragino Sans"/>
                <w:b/>
                <w:color w:val="FFFFFF"/>
                <w:sz w:val="18"/>
              </w:rPr>
              <w:t>建物及び構築物(百万円)</w:t>
            </w:r>
          </w:p>
        </w:tc>
        <w:tc>
          <w:tcPr>
            <w:tcW w:type="dxa" w:w="1108"/>
            <w:shd w:val="clear" w:fill="24406B"/>
          </w:tcPr>
          <w:p>
            <w:r/>
            <w:r>
              <w:rPr>
                <w:rFonts w:eastAsia="Hiragino Sans" w:ascii="Hiragino Sans" w:hAnsi="Hiragino Sans"/>
                <w:b/>
                <w:color w:val="FFFFFF"/>
                <w:sz w:val="18"/>
              </w:rPr>
              <w:t>機械装置及び運搬具(百万円)</w:t>
            </w:r>
          </w:p>
        </w:tc>
        <w:tc>
          <w:tcPr>
            <w:tcW w:type="dxa" w:w="1108"/>
            <w:shd w:val="clear" w:fill="24406B"/>
          </w:tcPr>
          <w:p>
            <w:r/>
            <w:r>
              <w:rPr>
                <w:rFonts w:eastAsia="Hiragino Sans" w:ascii="Hiragino Sans" w:hAnsi="Hiragino Sans"/>
                <w:b/>
                <w:color w:val="FFFFFF"/>
                <w:sz w:val="18"/>
              </w:rPr>
              <w:t>土地(百万円)〔面積千㎡〕</w:t>
            </w:r>
          </w:p>
        </w:tc>
        <w:tc>
          <w:tcPr>
            <w:tcW w:type="dxa" w:w="1108"/>
            <w:shd w:val="clear" w:fill="24406B"/>
          </w:tcPr>
          <w:p>
            <w:r/>
            <w:r>
              <w:rPr>
                <w:rFonts w:eastAsia="Hiragino Sans" w:ascii="Hiragino Sans" w:hAnsi="Hiragino Sans"/>
                <w:b/>
                <w:color w:val="FFFFFF"/>
                <w:sz w:val="18"/>
              </w:rPr>
              <w:t>その他(百万円)</w:t>
            </w:r>
          </w:p>
        </w:tc>
        <w:tc>
          <w:tcPr>
            <w:tcW w:type="dxa" w:w="1108"/>
            <w:shd w:val="clear" w:fill="24406B"/>
          </w:tcPr>
          <w:p>
            <w:r/>
            <w:r>
              <w:rPr>
                <w:rFonts w:eastAsia="Hiragino Sans" w:ascii="Hiragino Sans" w:hAnsi="Hiragino Sans"/>
                <w:b/>
                <w:color w:val="FFFFFF"/>
                <w:sz w:val="18"/>
              </w:rPr>
              <w:t>合計(百万円)</w:t>
            </w:r>
          </w:p>
        </w:tc>
        <w:tc>
          <w:tcPr>
            <w:tcW w:type="dxa" w:w="1108"/>
            <w:shd w:val="clear" w:fill="24406B"/>
          </w:tcPr>
          <w:p>
            <w:r/>
            <w:r>
              <w:rPr>
                <w:rFonts w:eastAsia="Hiragino Sans" w:ascii="Hiragino Sans" w:hAnsi="Hiragino Sans"/>
                <w:b/>
                <w:color w:val="FFFFFF"/>
                <w:sz w:val="18"/>
              </w:rPr>
              <w:t>従業員数(名)</w:t>
            </w:r>
          </w:p>
        </w:tc>
      </w:tr>
      <w:tr>
        <w:tc>
          <w:tcPr>
            <w:tcW w:type="dxa" w:w="1108"/>
          </w:tcPr>
          <w:p>
            <w:r/>
            <w:r>
              <w:rPr>
                <w:rFonts w:eastAsia="Hiragino Sans" w:ascii="Hiragino Sans" w:hAnsi="Hiragino Sans"/>
                <w:b w:val="0"/>
                <w:sz w:val="18"/>
              </w:rPr>
              <w:t>本社・諏訪工場（長野県諏訪市）</w:t>
            </w:r>
          </w:p>
        </w:tc>
        <w:tc>
          <w:tcPr>
            <w:tcW w:type="dxa" w:w="1108"/>
          </w:tcPr>
          <w:p>
            <w:r/>
            <w:r>
              <w:rPr>
                <w:rFonts w:eastAsia="Hiragino Sans" w:ascii="Hiragino Sans" w:hAnsi="Hiragino Sans"/>
                <w:b w:val="0"/>
                <w:sz w:val="18"/>
              </w:rPr>
              <w:t>精密機器・全社（共通）</w:t>
            </w:r>
          </w:p>
        </w:tc>
        <w:tc>
          <w:tcPr>
            <w:tcW w:type="dxa" w:w="1108"/>
          </w:tcPr>
          <w:p>
            <w:r/>
            <w:r>
              <w:rPr>
                <w:rFonts w:eastAsia="Hiragino Sans" w:ascii="Hiragino Sans" w:hAnsi="Hiragino Sans"/>
                <w:b w:val="0"/>
                <w:sz w:val="18"/>
              </w:rPr>
              <w:t>精密部品製造設備</w:t>
            </w:r>
          </w:p>
        </w:tc>
        <w:tc>
          <w:tcPr>
            <w:tcW w:type="dxa" w:w="1108"/>
          </w:tcPr>
          <w:p>
            <w:r/>
            <w:r>
              <w:rPr>
                <w:rFonts w:eastAsia="Hiragino Sans" w:ascii="Hiragino Sans" w:hAnsi="Hiragino Sans"/>
                <w:b w:val="0"/>
                <w:sz w:val="18"/>
              </w:rPr>
              <w:t>2,450</w:t>
            </w:r>
          </w:p>
        </w:tc>
        <w:tc>
          <w:tcPr>
            <w:tcW w:type="dxa" w:w="1108"/>
          </w:tcPr>
          <w:p>
            <w:r/>
            <w:r>
              <w:rPr>
                <w:rFonts w:eastAsia="Hiragino Sans" w:ascii="Hiragino Sans" w:hAnsi="Hiragino Sans"/>
                <w:b w:val="0"/>
                <w:sz w:val="18"/>
              </w:rPr>
              <w:t>2,880</w:t>
            </w:r>
          </w:p>
        </w:tc>
        <w:tc>
          <w:tcPr>
            <w:tcW w:type="dxa" w:w="1108"/>
          </w:tcPr>
          <w:p>
            <w:r/>
            <w:r>
              <w:rPr>
                <w:rFonts w:eastAsia="Hiragino Sans" w:ascii="Hiragino Sans" w:hAnsi="Hiragino Sans"/>
                <w:b w:val="0"/>
                <w:sz w:val="18"/>
              </w:rPr>
              <w:t>1,150〔42〕</w:t>
            </w:r>
          </w:p>
        </w:tc>
        <w:tc>
          <w:tcPr>
            <w:tcW w:type="dxa" w:w="1108"/>
          </w:tcPr>
          <w:p>
            <w:r/>
            <w:r>
              <w:rPr>
                <w:rFonts w:eastAsia="Hiragino Sans" w:ascii="Hiragino Sans" w:hAnsi="Hiragino Sans"/>
                <w:b w:val="0"/>
                <w:sz w:val="18"/>
              </w:rPr>
              <w:t>370</w:t>
            </w:r>
          </w:p>
        </w:tc>
        <w:tc>
          <w:tcPr>
            <w:tcW w:type="dxa" w:w="1108"/>
          </w:tcPr>
          <w:p>
            <w:r/>
            <w:r>
              <w:rPr>
                <w:rFonts w:eastAsia="Hiragino Sans" w:ascii="Hiragino Sans" w:hAnsi="Hiragino Sans"/>
                <w:b w:val="0"/>
                <w:sz w:val="18"/>
              </w:rPr>
              <w:t>6,850</w:t>
            </w:r>
          </w:p>
        </w:tc>
        <w:tc>
          <w:tcPr>
            <w:tcW w:type="dxa" w:w="1108"/>
          </w:tcPr>
          <w:p>
            <w:r/>
            <w:r>
              <w:rPr>
                <w:rFonts w:eastAsia="Hiragino Sans" w:ascii="Hiragino Sans" w:hAnsi="Hiragino Sans"/>
                <w:b w:val="0"/>
                <w:sz w:val="18"/>
              </w:rPr>
              <w:t>710</w:t>
            </w:r>
          </w:p>
        </w:tc>
      </w:tr>
      <w:tr>
        <w:tc>
          <w:tcPr>
            <w:tcW w:type="dxa" w:w="1108"/>
            <w:shd w:val="clear" w:fill="F7F8FA"/>
          </w:tcPr>
          <w:p>
            <w:r/>
            <w:r>
              <w:rPr>
                <w:rFonts w:eastAsia="Hiragino Sans" w:ascii="Hiragino Sans" w:hAnsi="Hiragino Sans"/>
                <w:b w:val="0"/>
                <w:sz w:val="18"/>
              </w:rPr>
              <w:t>伊那工場（長野県伊那市）</w:t>
            </w:r>
          </w:p>
        </w:tc>
        <w:tc>
          <w:tcPr>
            <w:tcW w:type="dxa" w:w="1108"/>
            <w:shd w:val="clear" w:fill="F7F8FA"/>
          </w:tcPr>
          <w:p>
            <w:r/>
            <w:r>
              <w:rPr>
                <w:rFonts w:eastAsia="Hiragino Sans" w:ascii="Hiragino Sans" w:hAnsi="Hiragino Sans"/>
                <w:b w:val="0"/>
                <w:sz w:val="18"/>
              </w:rPr>
              <w:t>電子部品</w:t>
            </w:r>
          </w:p>
        </w:tc>
        <w:tc>
          <w:tcPr>
            <w:tcW w:type="dxa" w:w="1108"/>
            <w:shd w:val="clear" w:fill="F7F8FA"/>
          </w:tcPr>
          <w:p>
            <w:r/>
            <w:r>
              <w:rPr>
                <w:rFonts w:eastAsia="Hiragino Sans" w:ascii="Hiragino Sans" w:hAnsi="Hiragino Sans"/>
                <w:b w:val="0"/>
                <w:sz w:val="18"/>
              </w:rPr>
              <w:t>電子部品製造設備</w:t>
            </w:r>
          </w:p>
        </w:tc>
        <w:tc>
          <w:tcPr>
            <w:tcW w:type="dxa" w:w="1108"/>
            <w:shd w:val="clear" w:fill="F7F8FA"/>
          </w:tcPr>
          <w:p>
            <w:r/>
            <w:r>
              <w:rPr>
                <w:rFonts w:eastAsia="Hiragino Sans" w:ascii="Hiragino Sans" w:hAnsi="Hiragino Sans"/>
                <w:b w:val="0"/>
                <w:sz w:val="18"/>
              </w:rPr>
              <w:t>1,180</w:t>
            </w:r>
          </w:p>
        </w:tc>
        <w:tc>
          <w:tcPr>
            <w:tcW w:type="dxa" w:w="1108"/>
            <w:shd w:val="clear" w:fill="F7F8FA"/>
          </w:tcPr>
          <w:p>
            <w:r/>
            <w:r>
              <w:rPr>
                <w:rFonts w:eastAsia="Hiragino Sans" w:ascii="Hiragino Sans" w:hAnsi="Hiragino Sans"/>
                <w:b w:val="0"/>
                <w:sz w:val="18"/>
              </w:rPr>
              <w:t>1,520</w:t>
            </w:r>
          </w:p>
        </w:tc>
        <w:tc>
          <w:tcPr>
            <w:tcW w:type="dxa" w:w="1108"/>
            <w:shd w:val="clear" w:fill="F7F8FA"/>
          </w:tcPr>
          <w:p>
            <w:r/>
            <w:r>
              <w:rPr>
                <w:rFonts w:eastAsia="Hiragino Sans" w:ascii="Hiragino Sans" w:hAnsi="Hiragino Sans"/>
                <w:b w:val="0"/>
                <w:sz w:val="18"/>
              </w:rPr>
              <w:t>310〔28〕</w:t>
            </w:r>
          </w:p>
        </w:tc>
        <w:tc>
          <w:tcPr>
            <w:tcW w:type="dxa" w:w="1108"/>
            <w:shd w:val="clear" w:fill="F7F8FA"/>
          </w:tcPr>
          <w:p>
            <w:r/>
            <w:r>
              <w:rPr>
                <w:rFonts w:eastAsia="Hiragino Sans" w:ascii="Hiragino Sans" w:hAnsi="Hiragino Sans"/>
                <w:b w:val="0"/>
                <w:sz w:val="18"/>
              </w:rPr>
              <w:t>110</w:t>
            </w:r>
          </w:p>
        </w:tc>
        <w:tc>
          <w:tcPr>
            <w:tcW w:type="dxa" w:w="1108"/>
            <w:shd w:val="clear" w:fill="F7F8FA"/>
          </w:tcPr>
          <w:p>
            <w:r/>
            <w:r>
              <w:rPr>
                <w:rFonts w:eastAsia="Hiragino Sans" w:ascii="Hiragino Sans" w:hAnsi="Hiragino Sans"/>
                <w:b w:val="0"/>
                <w:sz w:val="18"/>
              </w:rPr>
              <w:t>3,120</w:t>
            </w:r>
          </w:p>
        </w:tc>
        <w:tc>
          <w:tcPr>
            <w:tcW w:type="dxa" w:w="1108"/>
            <w:shd w:val="clear" w:fill="F7F8FA"/>
          </w:tcPr>
          <w:p>
            <w:r/>
            <w:r>
              <w:rPr>
                <w:rFonts w:eastAsia="Hiragino Sans" w:ascii="Hiragino Sans" w:hAnsi="Hiragino Sans"/>
                <w:b w:val="0"/>
                <w:sz w:val="18"/>
              </w:rPr>
              <w:t>445</w:t>
            </w:r>
          </w:p>
        </w:tc>
      </w:tr>
      <w:tr>
        <w:tc>
          <w:tcPr>
            <w:tcW w:type="dxa" w:w="1108"/>
          </w:tcPr>
          <w:p>
            <w:r/>
            <w:r>
              <w:rPr>
                <w:rFonts w:eastAsia="Hiragino Sans" w:ascii="Hiragino Sans" w:hAnsi="Hiragino Sans"/>
                <w:b w:val="0"/>
                <w:sz w:val="18"/>
              </w:rPr>
              <w:t>東京支店（東京都港区）</w:t>
            </w:r>
          </w:p>
        </w:tc>
        <w:tc>
          <w:tcPr>
            <w:tcW w:type="dxa" w:w="1108"/>
          </w:tcPr>
          <w:p>
            <w:r/>
            <w:r>
              <w:rPr>
                <w:rFonts w:eastAsia="Hiragino Sans" w:ascii="Hiragino Sans" w:hAnsi="Hiragino Sans"/>
                <w:b w:val="0"/>
                <w:sz w:val="18"/>
              </w:rPr>
              <w:t>全社（共通）</w:t>
            </w:r>
          </w:p>
        </w:tc>
        <w:tc>
          <w:tcPr>
            <w:tcW w:type="dxa" w:w="1108"/>
          </w:tcPr>
          <w:p>
            <w:r/>
            <w:r>
              <w:rPr>
                <w:rFonts w:eastAsia="Hiragino Sans" w:ascii="Hiragino Sans" w:hAnsi="Hiragino Sans"/>
                <w:b w:val="0"/>
                <w:sz w:val="18"/>
              </w:rPr>
              <w:t>販売・管理設備</w:t>
            </w:r>
          </w:p>
        </w:tc>
        <w:tc>
          <w:tcPr>
            <w:tcW w:type="dxa" w:w="1108"/>
          </w:tcPr>
          <w:p>
            <w:r/>
            <w:r>
              <w:rPr>
                <w:rFonts w:eastAsia="Hiragino Sans" w:ascii="Hiragino Sans" w:hAnsi="Hiragino Sans"/>
                <w:b w:val="0"/>
                <w:sz w:val="18"/>
              </w:rPr>
              <w:t>120</w:t>
            </w:r>
          </w:p>
        </w:tc>
        <w:tc>
          <w:tcPr>
            <w:tcW w:type="dxa" w:w="1108"/>
          </w:tcPr>
          <w:p>
            <w:r/>
            <w:r>
              <w:rPr>
                <w:rFonts w:eastAsia="Hiragino Sans" w:ascii="Hiragino Sans" w:hAnsi="Hiragino Sans"/>
                <w:b w:val="0"/>
                <w:sz w:val="18"/>
              </w:rPr>
              <w:t>10</w:t>
            </w:r>
          </w:p>
        </w:tc>
        <w:tc>
          <w:tcPr>
            <w:tcW w:type="dxa" w:w="1108"/>
          </w:tcPr>
          <w:p>
            <w:r/>
            <w:r>
              <w:rPr>
                <w:rFonts w:eastAsia="Hiragino Sans" w:ascii="Hiragino Sans" w:hAnsi="Hiragino Sans"/>
                <w:b w:val="0"/>
                <w:sz w:val="18"/>
              </w:rPr>
              <w:t>—〔—〕</w:t>
            </w:r>
          </w:p>
        </w:tc>
        <w:tc>
          <w:tcPr>
            <w:tcW w:type="dxa" w:w="1108"/>
          </w:tcPr>
          <w:p>
            <w:r/>
            <w:r>
              <w:rPr>
                <w:rFonts w:eastAsia="Hiragino Sans" w:ascii="Hiragino Sans" w:hAnsi="Hiragino Sans"/>
                <w:b w:val="0"/>
                <w:sz w:val="18"/>
              </w:rPr>
              <w:t>50</w:t>
            </w:r>
          </w:p>
        </w:tc>
        <w:tc>
          <w:tcPr>
            <w:tcW w:type="dxa" w:w="1108"/>
          </w:tcPr>
          <w:p>
            <w:r/>
            <w:r>
              <w:rPr>
                <w:rFonts w:eastAsia="Hiragino Sans" w:ascii="Hiragino Sans" w:hAnsi="Hiragino Sans"/>
                <w:b w:val="0"/>
                <w:sz w:val="18"/>
              </w:rPr>
              <w:t>180</w:t>
            </w:r>
          </w:p>
        </w:tc>
        <w:tc>
          <w:tcPr>
            <w:tcW w:type="dxa" w:w="1108"/>
          </w:tcPr>
          <w:p>
            <w:r/>
            <w:r>
              <w:rPr>
                <w:rFonts w:eastAsia="Hiragino Sans" w:ascii="Hiragino Sans" w:hAnsi="Hiragino Sans"/>
                <w:b w:val="0"/>
                <w:sz w:val="18"/>
              </w:rPr>
              <w:t>25</w:t>
            </w:r>
          </w:p>
        </w:tc>
      </w:tr>
    </w:tbl>
    <w:p>
      <w:pPr>
        <w:spacing w:after="40"/>
      </w:pPr>
    </w:p>
    <w:p>
      <w:pPr>
        <w:pStyle w:val="Heading3"/>
      </w:pPr>
      <w:r>
        <w:t>(2) 国内子会社（2026年3月31日現在）</w:t>
      </w:r>
    </w:p>
    <w:tbl>
      <w:tblPr>
        <w:tblStyle w:val="TableGrid"/>
        <w:tblW w:type="auto" w:w="0"/>
        <w:jc w:val="center"/>
        <w:tblLayout w:type="autofit"/>
        <w:tblLook w:firstColumn="1" w:firstRow="1" w:lastColumn="0" w:lastRow="0" w:noHBand="0" w:noVBand="1" w:val="04A0"/>
      </w:tblPr>
      <w:tblGrid>
        <w:gridCol w:w="1108"/>
        <w:gridCol w:w="1108"/>
        <w:gridCol w:w="1108"/>
        <w:gridCol w:w="1108"/>
        <w:gridCol w:w="1108"/>
        <w:gridCol w:w="1108"/>
        <w:gridCol w:w="1108"/>
        <w:gridCol w:w="1108"/>
        <w:gridCol w:w="1108"/>
      </w:tblGrid>
      <w:tr>
        <w:tc>
          <w:tcPr>
            <w:tcW w:type="dxa" w:w="1108"/>
            <w:shd w:val="clear" w:fill="24406B"/>
          </w:tcPr>
          <w:p>
            <w:r/>
            <w:r>
              <w:rPr>
                <w:rFonts w:eastAsia="Hiragino Sans" w:ascii="Hiragino Sans" w:hAnsi="Hiragino Sans"/>
                <w:b/>
                <w:color w:val="FFFFFF"/>
                <w:sz w:val="18"/>
              </w:rPr>
              <w:t>会社名（所在地）</w:t>
            </w:r>
          </w:p>
        </w:tc>
        <w:tc>
          <w:tcPr>
            <w:tcW w:type="dxa" w:w="1108"/>
            <w:shd w:val="clear" w:fill="24406B"/>
          </w:tcPr>
          <w:p>
            <w:r/>
            <w:r>
              <w:rPr>
                <w:rFonts w:eastAsia="Hiragino Sans" w:ascii="Hiragino Sans" w:hAnsi="Hiragino Sans"/>
                <w:b/>
                <w:color w:val="FFFFFF"/>
                <w:sz w:val="18"/>
              </w:rPr>
              <w:t>セグメント</w:t>
            </w:r>
          </w:p>
        </w:tc>
        <w:tc>
          <w:tcPr>
            <w:tcW w:type="dxa" w:w="1108"/>
            <w:shd w:val="clear" w:fill="24406B"/>
          </w:tcPr>
          <w:p>
            <w:r/>
            <w:r>
              <w:rPr>
                <w:rFonts w:eastAsia="Hiragino Sans" w:ascii="Hiragino Sans" w:hAnsi="Hiragino Sans"/>
                <w:b/>
                <w:color w:val="FFFFFF"/>
                <w:sz w:val="18"/>
              </w:rPr>
              <w:t>設備の内容</w:t>
            </w:r>
          </w:p>
        </w:tc>
        <w:tc>
          <w:tcPr>
            <w:tcW w:type="dxa" w:w="1108"/>
            <w:shd w:val="clear" w:fill="24406B"/>
          </w:tcPr>
          <w:p>
            <w:r/>
            <w:r>
              <w:rPr>
                <w:rFonts w:eastAsia="Hiragino Sans" w:ascii="Hiragino Sans" w:hAnsi="Hiragino Sans"/>
                <w:b/>
                <w:color w:val="FFFFFF"/>
                <w:sz w:val="18"/>
              </w:rPr>
              <w:t>建物及び構築物(百万円)</w:t>
            </w:r>
          </w:p>
        </w:tc>
        <w:tc>
          <w:tcPr>
            <w:tcW w:type="dxa" w:w="1108"/>
            <w:shd w:val="clear" w:fill="24406B"/>
          </w:tcPr>
          <w:p>
            <w:r/>
            <w:r>
              <w:rPr>
                <w:rFonts w:eastAsia="Hiragino Sans" w:ascii="Hiragino Sans" w:hAnsi="Hiragino Sans"/>
                <w:b/>
                <w:color w:val="FFFFFF"/>
                <w:sz w:val="18"/>
              </w:rPr>
              <w:t>機械装置及び運搬具(百万円)</w:t>
            </w:r>
          </w:p>
        </w:tc>
        <w:tc>
          <w:tcPr>
            <w:tcW w:type="dxa" w:w="1108"/>
            <w:shd w:val="clear" w:fill="24406B"/>
          </w:tcPr>
          <w:p>
            <w:r/>
            <w:r>
              <w:rPr>
                <w:rFonts w:eastAsia="Hiragino Sans" w:ascii="Hiragino Sans" w:hAnsi="Hiragino Sans"/>
                <w:b/>
                <w:color w:val="FFFFFF"/>
                <w:sz w:val="18"/>
              </w:rPr>
              <w:t>土地(百万円)〔面積千㎡〕</w:t>
            </w:r>
          </w:p>
        </w:tc>
        <w:tc>
          <w:tcPr>
            <w:tcW w:type="dxa" w:w="1108"/>
            <w:shd w:val="clear" w:fill="24406B"/>
          </w:tcPr>
          <w:p>
            <w:r/>
            <w:r>
              <w:rPr>
                <w:rFonts w:eastAsia="Hiragino Sans" w:ascii="Hiragino Sans" w:hAnsi="Hiragino Sans"/>
                <w:b/>
                <w:color w:val="FFFFFF"/>
                <w:sz w:val="18"/>
              </w:rPr>
              <w:t>その他(百万円)</w:t>
            </w:r>
          </w:p>
        </w:tc>
        <w:tc>
          <w:tcPr>
            <w:tcW w:type="dxa" w:w="1108"/>
            <w:shd w:val="clear" w:fill="24406B"/>
          </w:tcPr>
          <w:p>
            <w:r/>
            <w:r>
              <w:rPr>
                <w:rFonts w:eastAsia="Hiragino Sans" w:ascii="Hiragino Sans" w:hAnsi="Hiragino Sans"/>
                <w:b/>
                <w:color w:val="FFFFFF"/>
                <w:sz w:val="18"/>
              </w:rPr>
              <w:t>合計(百万円)</w:t>
            </w:r>
          </w:p>
        </w:tc>
        <w:tc>
          <w:tcPr>
            <w:tcW w:type="dxa" w:w="1108"/>
            <w:shd w:val="clear" w:fill="24406B"/>
          </w:tcPr>
          <w:p>
            <w:r/>
            <w:r>
              <w:rPr>
                <w:rFonts w:eastAsia="Hiragino Sans" w:ascii="Hiragino Sans" w:hAnsi="Hiragino Sans"/>
                <w:b/>
                <w:color w:val="FFFFFF"/>
                <w:sz w:val="18"/>
              </w:rPr>
              <w:t>従業員数(名)</w:t>
            </w:r>
          </w:p>
        </w:tc>
      </w:tr>
      <w:tr>
        <w:tc>
          <w:tcPr>
            <w:tcW w:type="dxa" w:w="1108"/>
          </w:tcPr>
          <w:p>
            <w:r/>
            <w:r>
              <w:rPr>
                <w:rFonts w:eastAsia="Hiragino Sans" w:ascii="Hiragino Sans" w:hAnsi="Hiragino Sans"/>
                <w:b w:val="0"/>
                <w:sz w:val="18"/>
              </w:rPr>
              <w:t>サンプル精機㈱ 岡谷工場（長野県岡谷市）</w:t>
            </w:r>
          </w:p>
        </w:tc>
        <w:tc>
          <w:tcPr>
            <w:tcW w:type="dxa" w:w="1108"/>
          </w:tcPr>
          <w:p>
            <w:r/>
            <w:r>
              <w:rPr>
                <w:rFonts w:eastAsia="Hiragino Sans" w:ascii="Hiragino Sans" w:hAnsi="Hiragino Sans"/>
                <w:b w:val="0"/>
                <w:sz w:val="18"/>
              </w:rPr>
              <w:t>精密機器</w:t>
            </w:r>
          </w:p>
        </w:tc>
        <w:tc>
          <w:tcPr>
            <w:tcW w:type="dxa" w:w="1108"/>
          </w:tcPr>
          <w:p>
            <w:r/>
            <w:r>
              <w:rPr>
                <w:rFonts w:eastAsia="Hiragino Sans" w:ascii="Hiragino Sans" w:hAnsi="Hiragino Sans"/>
                <w:b w:val="0"/>
                <w:sz w:val="18"/>
              </w:rPr>
              <w:t>精密金型製造設備</w:t>
            </w:r>
          </w:p>
        </w:tc>
        <w:tc>
          <w:tcPr>
            <w:tcW w:type="dxa" w:w="1108"/>
          </w:tcPr>
          <w:p>
            <w:r/>
            <w:r>
              <w:rPr>
                <w:rFonts w:eastAsia="Hiragino Sans" w:ascii="Hiragino Sans" w:hAnsi="Hiragino Sans"/>
                <w:b w:val="0"/>
                <w:sz w:val="18"/>
              </w:rPr>
              <w:t>480</w:t>
            </w:r>
          </w:p>
        </w:tc>
        <w:tc>
          <w:tcPr>
            <w:tcW w:type="dxa" w:w="1108"/>
          </w:tcPr>
          <w:p>
            <w:r/>
            <w:r>
              <w:rPr>
                <w:rFonts w:eastAsia="Hiragino Sans" w:ascii="Hiragino Sans" w:hAnsi="Hiragino Sans"/>
                <w:b w:val="0"/>
                <w:sz w:val="18"/>
              </w:rPr>
              <w:t>720</w:t>
            </w:r>
          </w:p>
        </w:tc>
        <w:tc>
          <w:tcPr>
            <w:tcW w:type="dxa" w:w="1108"/>
          </w:tcPr>
          <w:p>
            <w:r/>
            <w:r>
              <w:rPr>
                <w:rFonts w:eastAsia="Hiragino Sans" w:ascii="Hiragino Sans" w:hAnsi="Hiragino Sans"/>
                <w:b w:val="0"/>
                <w:sz w:val="18"/>
              </w:rPr>
              <w:t>180〔12〕</w:t>
            </w:r>
          </w:p>
        </w:tc>
        <w:tc>
          <w:tcPr>
            <w:tcW w:type="dxa" w:w="1108"/>
          </w:tcPr>
          <w:p>
            <w:r/>
            <w:r>
              <w:rPr>
                <w:rFonts w:eastAsia="Hiragino Sans" w:ascii="Hiragino Sans" w:hAnsi="Hiragino Sans"/>
                <w:b w:val="0"/>
                <w:sz w:val="18"/>
              </w:rPr>
              <w:t>70</w:t>
            </w:r>
          </w:p>
        </w:tc>
        <w:tc>
          <w:tcPr>
            <w:tcW w:type="dxa" w:w="1108"/>
          </w:tcPr>
          <w:p>
            <w:r/>
            <w:r>
              <w:rPr>
                <w:rFonts w:eastAsia="Hiragino Sans" w:ascii="Hiragino Sans" w:hAnsi="Hiragino Sans"/>
                <w:b w:val="0"/>
                <w:sz w:val="18"/>
              </w:rPr>
              <w:t>1,450</w:t>
            </w:r>
          </w:p>
        </w:tc>
        <w:tc>
          <w:tcPr>
            <w:tcW w:type="dxa" w:w="1108"/>
          </w:tcPr>
          <w:p>
            <w:r/>
            <w:r>
              <w:rPr>
                <w:rFonts w:eastAsia="Hiragino Sans" w:ascii="Hiragino Sans" w:hAnsi="Hiragino Sans"/>
                <w:b w:val="0"/>
                <w:sz w:val="18"/>
              </w:rPr>
              <w:t>180</w:t>
            </w:r>
          </w:p>
        </w:tc>
      </w:tr>
      <w:tr>
        <w:tc>
          <w:tcPr>
            <w:tcW w:type="dxa" w:w="1108"/>
            <w:shd w:val="clear" w:fill="F7F8FA"/>
          </w:tcPr>
          <w:p>
            <w:r/>
            <w:r>
              <w:rPr>
                <w:rFonts w:eastAsia="Hiragino Sans" w:ascii="Hiragino Sans" w:hAnsi="Hiragino Sans"/>
                <w:b w:val="0"/>
                <w:sz w:val="18"/>
              </w:rPr>
              <w:t>サンプルエレクトロニクス㈱ 九州工場（福岡県飯塚市）</w:t>
            </w:r>
          </w:p>
        </w:tc>
        <w:tc>
          <w:tcPr>
            <w:tcW w:type="dxa" w:w="1108"/>
            <w:shd w:val="clear" w:fill="F7F8FA"/>
          </w:tcPr>
          <w:p>
            <w:r/>
            <w:r>
              <w:rPr>
                <w:rFonts w:eastAsia="Hiragino Sans" w:ascii="Hiragino Sans" w:hAnsi="Hiragino Sans"/>
                <w:b w:val="0"/>
                <w:sz w:val="18"/>
              </w:rPr>
              <w:t>電子部品</w:t>
            </w:r>
          </w:p>
        </w:tc>
        <w:tc>
          <w:tcPr>
            <w:tcW w:type="dxa" w:w="1108"/>
            <w:shd w:val="clear" w:fill="F7F8FA"/>
          </w:tcPr>
          <w:p>
            <w:r/>
            <w:r>
              <w:rPr>
                <w:rFonts w:eastAsia="Hiragino Sans" w:ascii="Hiragino Sans" w:hAnsi="Hiragino Sans"/>
                <w:b w:val="0"/>
                <w:sz w:val="18"/>
              </w:rPr>
              <w:t>電子部品製造設備</w:t>
            </w:r>
          </w:p>
        </w:tc>
        <w:tc>
          <w:tcPr>
            <w:tcW w:type="dxa" w:w="1108"/>
            <w:shd w:val="clear" w:fill="F7F8FA"/>
          </w:tcPr>
          <w:p>
            <w:r/>
            <w:r>
              <w:rPr>
                <w:rFonts w:eastAsia="Hiragino Sans" w:ascii="Hiragino Sans" w:hAnsi="Hiragino Sans"/>
                <w:b w:val="0"/>
                <w:sz w:val="18"/>
              </w:rPr>
              <w:t>950</w:t>
            </w:r>
          </w:p>
        </w:tc>
        <w:tc>
          <w:tcPr>
            <w:tcW w:type="dxa" w:w="1108"/>
            <w:shd w:val="clear" w:fill="F7F8FA"/>
          </w:tcPr>
          <w:p>
            <w:r/>
            <w:r>
              <w:rPr>
                <w:rFonts w:eastAsia="Hiragino Sans" w:ascii="Hiragino Sans" w:hAnsi="Hiragino Sans"/>
                <w:b w:val="0"/>
                <w:sz w:val="18"/>
              </w:rPr>
              <w:t>1,480</w:t>
            </w:r>
          </w:p>
        </w:tc>
        <w:tc>
          <w:tcPr>
            <w:tcW w:type="dxa" w:w="1108"/>
            <w:shd w:val="clear" w:fill="F7F8FA"/>
          </w:tcPr>
          <w:p>
            <w:r/>
            <w:r>
              <w:rPr>
                <w:rFonts w:eastAsia="Hiragino Sans" w:ascii="Hiragino Sans" w:hAnsi="Hiragino Sans"/>
                <w:b w:val="0"/>
                <w:sz w:val="18"/>
              </w:rPr>
              <w:t>380〔35〕</w:t>
            </w:r>
          </w:p>
        </w:tc>
        <w:tc>
          <w:tcPr>
            <w:tcW w:type="dxa" w:w="1108"/>
            <w:shd w:val="clear" w:fill="F7F8FA"/>
          </w:tcPr>
          <w:p>
            <w:r/>
            <w:r>
              <w:rPr>
                <w:rFonts w:eastAsia="Hiragino Sans" w:ascii="Hiragino Sans" w:hAnsi="Hiragino Sans"/>
                <w:b w:val="0"/>
                <w:sz w:val="18"/>
              </w:rPr>
              <w:t>80</w:t>
            </w:r>
          </w:p>
        </w:tc>
        <w:tc>
          <w:tcPr>
            <w:tcW w:type="dxa" w:w="1108"/>
            <w:shd w:val="clear" w:fill="F7F8FA"/>
          </w:tcPr>
          <w:p>
            <w:r/>
            <w:r>
              <w:rPr>
                <w:rFonts w:eastAsia="Hiragino Sans" w:ascii="Hiragino Sans" w:hAnsi="Hiragino Sans"/>
                <w:b w:val="0"/>
                <w:sz w:val="18"/>
              </w:rPr>
              <w:t>2,890</w:t>
            </w:r>
          </w:p>
        </w:tc>
        <w:tc>
          <w:tcPr>
            <w:tcW w:type="dxa" w:w="1108"/>
            <w:shd w:val="clear" w:fill="F7F8FA"/>
          </w:tcPr>
          <w:p>
            <w:r/>
            <w:r>
              <w:rPr>
                <w:rFonts w:eastAsia="Hiragino Sans" w:ascii="Hiragino Sans" w:hAnsi="Hiragino Sans"/>
                <w:b w:val="0"/>
                <w:sz w:val="18"/>
              </w:rPr>
              <w:t>245</w:t>
            </w:r>
          </w:p>
        </w:tc>
      </w:tr>
    </w:tbl>
    <w:p>
      <w:pPr>
        <w:spacing w:after="40"/>
      </w:pPr>
    </w:p>
    <w:p>
      <w:pPr>
        <w:pStyle w:val="Heading3"/>
      </w:pPr>
      <w:r>
        <w:t>(3) 在外子会社（2026年3月31日現在）</w:t>
      </w:r>
    </w:p>
    <w:tbl>
      <w:tblPr>
        <w:tblStyle w:val="TableGrid"/>
        <w:tblW w:type="auto" w:w="0"/>
        <w:jc w:val="center"/>
        <w:tblLayout w:type="autofit"/>
        <w:tblLook w:firstColumn="1" w:firstRow="1" w:lastColumn="0" w:lastRow="0" w:noHBand="0" w:noVBand="1" w:val="04A0"/>
      </w:tblPr>
      <w:tblGrid>
        <w:gridCol w:w="1108"/>
        <w:gridCol w:w="1108"/>
        <w:gridCol w:w="1108"/>
        <w:gridCol w:w="1108"/>
        <w:gridCol w:w="1108"/>
        <w:gridCol w:w="1108"/>
        <w:gridCol w:w="1108"/>
        <w:gridCol w:w="1108"/>
        <w:gridCol w:w="1108"/>
      </w:tblGrid>
      <w:tr>
        <w:tc>
          <w:tcPr>
            <w:tcW w:type="dxa" w:w="1108"/>
            <w:shd w:val="clear" w:fill="24406B"/>
          </w:tcPr>
          <w:p>
            <w:r/>
            <w:r>
              <w:rPr>
                <w:rFonts w:eastAsia="Hiragino Sans" w:ascii="Hiragino Sans" w:hAnsi="Hiragino Sans"/>
                <w:b/>
                <w:color w:val="FFFFFF"/>
                <w:sz w:val="18"/>
              </w:rPr>
              <w:t>会社名（所在地）</w:t>
            </w:r>
          </w:p>
        </w:tc>
        <w:tc>
          <w:tcPr>
            <w:tcW w:type="dxa" w:w="1108"/>
            <w:shd w:val="clear" w:fill="24406B"/>
          </w:tcPr>
          <w:p>
            <w:r/>
            <w:r>
              <w:rPr>
                <w:rFonts w:eastAsia="Hiragino Sans" w:ascii="Hiragino Sans" w:hAnsi="Hiragino Sans"/>
                <w:b/>
                <w:color w:val="FFFFFF"/>
                <w:sz w:val="18"/>
              </w:rPr>
              <w:t>セグメント</w:t>
            </w:r>
          </w:p>
        </w:tc>
        <w:tc>
          <w:tcPr>
            <w:tcW w:type="dxa" w:w="1108"/>
            <w:shd w:val="clear" w:fill="24406B"/>
          </w:tcPr>
          <w:p>
            <w:r/>
            <w:r>
              <w:rPr>
                <w:rFonts w:eastAsia="Hiragino Sans" w:ascii="Hiragino Sans" w:hAnsi="Hiragino Sans"/>
                <w:b/>
                <w:color w:val="FFFFFF"/>
                <w:sz w:val="18"/>
              </w:rPr>
              <w:t>設備の内容</w:t>
            </w:r>
          </w:p>
        </w:tc>
        <w:tc>
          <w:tcPr>
            <w:tcW w:type="dxa" w:w="1108"/>
            <w:shd w:val="clear" w:fill="24406B"/>
          </w:tcPr>
          <w:p>
            <w:r/>
            <w:r>
              <w:rPr>
                <w:rFonts w:eastAsia="Hiragino Sans" w:ascii="Hiragino Sans" w:hAnsi="Hiragino Sans"/>
                <w:b/>
                <w:color w:val="FFFFFF"/>
                <w:sz w:val="18"/>
              </w:rPr>
              <w:t>建物及び構築物(百万円)</w:t>
            </w:r>
          </w:p>
        </w:tc>
        <w:tc>
          <w:tcPr>
            <w:tcW w:type="dxa" w:w="1108"/>
            <w:shd w:val="clear" w:fill="24406B"/>
          </w:tcPr>
          <w:p>
            <w:r/>
            <w:r>
              <w:rPr>
                <w:rFonts w:eastAsia="Hiragino Sans" w:ascii="Hiragino Sans" w:hAnsi="Hiragino Sans"/>
                <w:b/>
                <w:color w:val="FFFFFF"/>
                <w:sz w:val="18"/>
              </w:rPr>
              <w:t>機械装置及び運搬具(百万円)</w:t>
            </w:r>
          </w:p>
        </w:tc>
        <w:tc>
          <w:tcPr>
            <w:tcW w:type="dxa" w:w="1108"/>
            <w:shd w:val="clear" w:fill="24406B"/>
          </w:tcPr>
          <w:p>
            <w:r/>
            <w:r>
              <w:rPr>
                <w:rFonts w:eastAsia="Hiragino Sans" w:ascii="Hiragino Sans" w:hAnsi="Hiragino Sans"/>
                <w:b/>
                <w:color w:val="FFFFFF"/>
                <w:sz w:val="18"/>
              </w:rPr>
              <w:t>土地(百万円)〔面積千㎡〕</w:t>
            </w:r>
          </w:p>
        </w:tc>
        <w:tc>
          <w:tcPr>
            <w:tcW w:type="dxa" w:w="1108"/>
            <w:shd w:val="clear" w:fill="24406B"/>
          </w:tcPr>
          <w:p>
            <w:r/>
            <w:r>
              <w:rPr>
                <w:rFonts w:eastAsia="Hiragino Sans" w:ascii="Hiragino Sans" w:hAnsi="Hiragino Sans"/>
                <w:b/>
                <w:color w:val="FFFFFF"/>
                <w:sz w:val="18"/>
              </w:rPr>
              <w:t>その他(百万円)</w:t>
            </w:r>
          </w:p>
        </w:tc>
        <w:tc>
          <w:tcPr>
            <w:tcW w:type="dxa" w:w="1108"/>
            <w:shd w:val="clear" w:fill="24406B"/>
          </w:tcPr>
          <w:p>
            <w:r/>
            <w:r>
              <w:rPr>
                <w:rFonts w:eastAsia="Hiragino Sans" w:ascii="Hiragino Sans" w:hAnsi="Hiragino Sans"/>
                <w:b/>
                <w:color w:val="FFFFFF"/>
                <w:sz w:val="18"/>
              </w:rPr>
              <w:t>合計(百万円)</w:t>
            </w:r>
          </w:p>
        </w:tc>
        <w:tc>
          <w:tcPr>
            <w:tcW w:type="dxa" w:w="1108"/>
            <w:shd w:val="clear" w:fill="24406B"/>
          </w:tcPr>
          <w:p>
            <w:r/>
            <w:r>
              <w:rPr>
                <w:rFonts w:eastAsia="Hiragino Sans" w:ascii="Hiragino Sans" w:hAnsi="Hiragino Sans"/>
                <w:b/>
                <w:color w:val="FFFFFF"/>
                <w:sz w:val="18"/>
              </w:rPr>
              <w:t>従業員数(名)</w:t>
            </w:r>
          </w:p>
        </w:tc>
      </w:tr>
      <w:tr>
        <w:tc>
          <w:tcPr>
            <w:tcW w:type="dxa" w:w="1108"/>
          </w:tcPr>
          <w:p>
            <w:r/>
            <w:r>
              <w:rPr>
                <w:rFonts w:eastAsia="Hiragino Sans" w:ascii="Hiragino Sans" w:hAnsi="Hiragino Sans"/>
                <w:b w:val="0"/>
                <w:sz w:val="18"/>
              </w:rPr>
              <w:t>Sample Precision (Thailand)（タイ チョンブリ県）</w:t>
            </w:r>
          </w:p>
        </w:tc>
        <w:tc>
          <w:tcPr>
            <w:tcW w:type="dxa" w:w="1108"/>
          </w:tcPr>
          <w:p>
            <w:r/>
            <w:r>
              <w:rPr>
                <w:rFonts w:eastAsia="Hiragino Sans" w:ascii="Hiragino Sans" w:hAnsi="Hiragino Sans"/>
                <w:b w:val="0"/>
                <w:sz w:val="18"/>
              </w:rPr>
              <w:t>精密機器</w:t>
            </w:r>
          </w:p>
        </w:tc>
        <w:tc>
          <w:tcPr>
            <w:tcW w:type="dxa" w:w="1108"/>
          </w:tcPr>
          <w:p>
            <w:r/>
            <w:r>
              <w:rPr>
                <w:rFonts w:eastAsia="Hiragino Sans" w:ascii="Hiragino Sans" w:hAnsi="Hiragino Sans"/>
                <w:b w:val="0"/>
                <w:sz w:val="18"/>
              </w:rPr>
              <w:t>精密部品製造設備</w:t>
            </w:r>
          </w:p>
        </w:tc>
        <w:tc>
          <w:tcPr>
            <w:tcW w:type="dxa" w:w="1108"/>
          </w:tcPr>
          <w:p>
            <w:r/>
            <w:r>
              <w:rPr>
                <w:rFonts w:eastAsia="Hiragino Sans" w:ascii="Hiragino Sans" w:hAnsi="Hiragino Sans"/>
                <w:b w:val="0"/>
                <w:sz w:val="18"/>
              </w:rPr>
              <w:t>620</w:t>
            </w:r>
          </w:p>
        </w:tc>
        <w:tc>
          <w:tcPr>
            <w:tcW w:type="dxa" w:w="1108"/>
          </w:tcPr>
          <w:p>
            <w:r/>
            <w:r>
              <w:rPr>
                <w:rFonts w:eastAsia="Hiragino Sans" w:ascii="Hiragino Sans" w:hAnsi="Hiragino Sans"/>
                <w:b w:val="0"/>
                <w:sz w:val="18"/>
              </w:rPr>
              <w:t>1,240</w:t>
            </w:r>
          </w:p>
        </w:tc>
        <w:tc>
          <w:tcPr>
            <w:tcW w:type="dxa" w:w="1108"/>
          </w:tcPr>
          <w:p>
            <w:r/>
            <w:r>
              <w:rPr>
                <w:rFonts w:eastAsia="Hiragino Sans" w:ascii="Hiragino Sans" w:hAnsi="Hiragino Sans"/>
                <w:b w:val="0"/>
                <w:sz w:val="18"/>
              </w:rPr>
              <w:t>—〔30〕</w:t>
            </w:r>
          </w:p>
        </w:tc>
        <w:tc>
          <w:tcPr>
            <w:tcW w:type="dxa" w:w="1108"/>
          </w:tcPr>
          <w:p>
            <w:r/>
            <w:r>
              <w:rPr>
                <w:rFonts w:eastAsia="Hiragino Sans" w:ascii="Hiragino Sans" w:hAnsi="Hiragino Sans"/>
                <w:b w:val="0"/>
                <w:sz w:val="18"/>
              </w:rPr>
              <w:t>120</w:t>
            </w:r>
          </w:p>
        </w:tc>
        <w:tc>
          <w:tcPr>
            <w:tcW w:type="dxa" w:w="1108"/>
          </w:tcPr>
          <w:p>
            <w:r/>
            <w:r>
              <w:rPr>
                <w:rFonts w:eastAsia="Hiragino Sans" w:ascii="Hiragino Sans" w:hAnsi="Hiragino Sans"/>
                <w:b w:val="0"/>
                <w:sz w:val="18"/>
              </w:rPr>
              <w:t>1,980</w:t>
            </w:r>
          </w:p>
        </w:tc>
        <w:tc>
          <w:tcPr>
            <w:tcW w:type="dxa" w:w="1108"/>
          </w:tcPr>
          <w:p>
            <w:r/>
            <w:r>
              <w:rPr>
                <w:rFonts w:eastAsia="Hiragino Sans" w:ascii="Hiragino Sans" w:hAnsi="Hiragino Sans"/>
                <w:b w:val="0"/>
                <w:sz w:val="18"/>
              </w:rPr>
              <w:t>260</w:t>
            </w:r>
          </w:p>
        </w:tc>
      </w:tr>
      <w:tr>
        <w:tc>
          <w:tcPr>
            <w:tcW w:type="dxa" w:w="1108"/>
            <w:shd w:val="clear" w:fill="F7F8FA"/>
          </w:tcPr>
          <w:p>
            <w:r/>
            <w:r>
              <w:rPr>
                <w:rFonts w:eastAsia="Hiragino Sans" w:ascii="Hiragino Sans" w:hAnsi="Hiragino Sans"/>
                <w:b w:val="0"/>
                <w:sz w:val="18"/>
              </w:rPr>
              <w:t>Sample Electronics (Shanghai)（中国 上海市）</w:t>
            </w:r>
          </w:p>
        </w:tc>
        <w:tc>
          <w:tcPr>
            <w:tcW w:type="dxa" w:w="1108"/>
            <w:shd w:val="clear" w:fill="F7F8FA"/>
          </w:tcPr>
          <w:p>
            <w:r/>
            <w:r>
              <w:rPr>
                <w:rFonts w:eastAsia="Hiragino Sans" w:ascii="Hiragino Sans" w:hAnsi="Hiragino Sans"/>
                <w:b w:val="0"/>
                <w:sz w:val="18"/>
              </w:rPr>
              <w:t>電子部品</w:t>
            </w:r>
          </w:p>
        </w:tc>
        <w:tc>
          <w:tcPr>
            <w:tcW w:type="dxa" w:w="1108"/>
            <w:shd w:val="clear" w:fill="F7F8FA"/>
          </w:tcPr>
          <w:p>
            <w:r/>
            <w:r>
              <w:rPr>
                <w:rFonts w:eastAsia="Hiragino Sans" w:ascii="Hiragino Sans" w:hAnsi="Hiragino Sans"/>
                <w:b w:val="0"/>
                <w:sz w:val="18"/>
              </w:rPr>
              <w:t>電子部品製造設備</w:t>
            </w:r>
          </w:p>
        </w:tc>
        <w:tc>
          <w:tcPr>
            <w:tcW w:type="dxa" w:w="1108"/>
            <w:shd w:val="clear" w:fill="F7F8FA"/>
          </w:tcPr>
          <w:p>
            <w:r/>
            <w:r>
              <w:rPr>
                <w:rFonts w:eastAsia="Hiragino Sans" w:ascii="Hiragino Sans" w:hAnsi="Hiragino Sans"/>
                <w:b w:val="0"/>
                <w:sz w:val="18"/>
              </w:rPr>
              <w:t>310</w:t>
            </w:r>
          </w:p>
        </w:tc>
        <w:tc>
          <w:tcPr>
            <w:tcW w:type="dxa" w:w="1108"/>
            <w:shd w:val="clear" w:fill="F7F8FA"/>
          </w:tcPr>
          <w:p>
            <w:r/>
            <w:r>
              <w:rPr>
                <w:rFonts w:eastAsia="Hiragino Sans" w:ascii="Hiragino Sans" w:hAnsi="Hiragino Sans"/>
                <w:b w:val="0"/>
                <w:sz w:val="18"/>
              </w:rPr>
              <w:t>750</w:t>
            </w:r>
          </w:p>
        </w:tc>
        <w:tc>
          <w:tcPr>
            <w:tcW w:type="dxa" w:w="1108"/>
            <w:shd w:val="clear" w:fill="F7F8FA"/>
          </w:tcPr>
          <w:p>
            <w:r/>
            <w:r>
              <w:rPr>
                <w:rFonts w:eastAsia="Hiragino Sans" w:ascii="Hiragino Sans" w:hAnsi="Hiragino Sans"/>
                <w:b w:val="0"/>
                <w:sz w:val="18"/>
              </w:rPr>
              <w:t>—〔18〕</w:t>
            </w:r>
          </w:p>
        </w:tc>
        <w:tc>
          <w:tcPr>
            <w:tcW w:type="dxa" w:w="1108"/>
            <w:shd w:val="clear" w:fill="F7F8FA"/>
          </w:tcPr>
          <w:p>
            <w:r/>
            <w:r>
              <w:rPr>
                <w:rFonts w:eastAsia="Hiragino Sans" w:ascii="Hiragino Sans" w:hAnsi="Hiragino Sans"/>
                <w:b w:val="0"/>
                <w:sz w:val="18"/>
              </w:rPr>
              <w:t>60</w:t>
            </w:r>
          </w:p>
        </w:tc>
        <w:tc>
          <w:tcPr>
            <w:tcW w:type="dxa" w:w="1108"/>
            <w:shd w:val="clear" w:fill="F7F8FA"/>
          </w:tcPr>
          <w:p>
            <w:r/>
            <w:r>
              <w:rPr>
                <w:rFonts w:eastAsia="Hiragino Sans" w:ascii="Hiragino Sans" w:hAnsi="Hiragino Sans"/>
                <w:b w:val="0"/>
                <w:sz w:val="18"/>
              </w:rPr>
              <w:t>1,120</w:t>
            </w:r>
          </w:p>
        </w:tc>
        <w:tc>
          <w:tcPr>
            <w:tcW w:type="dxa" w:w="1108"/>
            <w:shd w:val="clear" w:fill="F7F8FA"/>
          </w:tcPr>
          <w:p>
            <w:r/>
            <w:r>
              <w:rPr>
                <w:rFonts w:eastAsia="Hiragino Sans" w:ascii="Hiragino Sans" w:hAnsi="Hiragino Sans"/>
                <w:b w:val="0"/>
                <w:sz w:val="18"/>
              </w:rPr>
              <w:t>190</w:t>
            </w:r>
          </w:p>
        </w:tc>
      </w:tr>
      <w:tr>
        <w:tc>
          <w:tcPr>
            <w:tcW w:type="dxa" w:w="1108"/>
          </w:tcPr>
          <w:p>
            <w:r/>
            <w:r>
              <w:rPr>
                <w:rFonts w:eastAsia="Hiragino Sans" w:ascii="Hiragino Sans" w:hAnsi="Hiragino Sans"/>
                <w:b w:val="0"/>
                <w:sz w:val="18"/>
              </w:rPr>
              <w:t>Sample Precision Vietnam（ベトナム ドンナイ省）</w:t>
            </w:r>
          </w:p>
        </w:tc>
        <w:tc>
          <w:tcPr>
            <w:tcW w:type="dxa" w:w="1108"/>
          </w:tcPr>
          <w:p>
            <w:r/>
            <w:r>
              <w:rPr>
                <w:rFonts w:eastAsia="Hiragino Sans" w:ascii="Hiragino Sans" w:hAnsi="Hiragino Sans"/>
                <w:b w:val="0"/>
                <w:sz w:val="18"/>
              </w:rPr>
              <w:t>精密機器</w:t>
            </w:r>
          </w:p>
        </w:tc>
        <w:tc>
          <w:tcPr>
            <w:tcW w:type="dxa" w:w="1108"/>
          </w:tcPr>
          <w:p>
            <w:r/>
            <w:r>
              <w:rPr>
                <w:rFonts w:eastAsia="Hiragino Sans" w:ascii="Hiragino Sans" w:hAnsi="Hiragino Sans"/>
                <w:b w:val="0"/>
                <w:sz w:val="18"/>
              </w:rPr>
              <w:t>精密部品製造設備</w:t>
            </w:r>
          </w:p>
        </w:tc>
        <w:tc>
          <w:tcPr>
            <w:tcW w:type="dxa" w:w="1108"/>
          </w:tcPr>
          <w:p>
            <w:r/>
            <w:r>
              <w:rPr>
                <w:rFonts w:eastAsia="Hiragino Sans" w:ascii="Hiragino Sans" w:hAnsi="Hiragino Sans"/>
                <w:b w:val="0"/>
                <w:sz w:val="18"/>
              </w:rPr>
              <w:t>580</w:t>
            </w:r>
          </w:p>
        </w:tc>
        <w:tc>
          <w:tcPr>
            <w:tcW w:type="dxa" w:w="1108"/>
          </w:tcPr>
          <w:p>
            <w:r/>
            <w:r>
              <w:rPr>
                <w:rFonts w:eastAsia="Hiragino Sans" w:ascii="Hiragino Sans" w:hAnsi="Hiragino Sans"/>
                <w:b w:val="0"/>
                <w:sz w:val="18"/>
              </w:rPr>
              <w:t>980</w:t>
            </w:r>
          </w:p>
        </w:tc>
        <w:tc>
          <w:tcPr>
            <w:tcW w:type="dxa" w:w="1108"/>
          </w:tcPr>
          <w:p>
            <w:r/>
            <w:r>
              <w:rPr>
                <w:rFonts w:eastAsia="Hiragino Sans" w:ascii="Hiragino Sans" w:hAnsi="Hiragino Sans"/>
                <w:b w:val="0"/>
                <w:sz w:val="18"/>
              </w:rPr>
              <w:t>—〔25〕</w:t>
            </w:r>
          </w:p>
        </w:tc>
        <w:tc>
          <w:tcPr>
            <w:tcW w:type="dxa" w:w="1108"/>
          </w:tcPr>
          <w:p>
            <w:r/>
            <w:r>
              <w:rPr>
                <w:rFonts w:eastAsia="Hiragino Sans" w:ascii="Hiragino Sans" w:hAnsi="Hiragino Sans"/>
                <w:b w:val="0"/>
                <w:sz w:val="18"/>
              </w:rPr>
              <w:t>90</w:t>
            </w:r>
          </w:p>
        </w:tc>
        <w:tc>
          <w:tcPr>
            <w:tcW w:type="dxa" w:w="1108"/>
          </w:tcPr>
          <w:p>
            <w:r/>
            <w:r>
              <w:rPr>
                <w:rFonts w:eastAsia="Hiragino Sans" w:ascii="Hiragino Sans" w:hAnsi="Hiragino Sans"/>
                <w:b w:val="0"/>
                <w:sz w:val="18"/>
              </w:rPr>
              <w:t>1,650</w:t>
            </w:r>
          </w:p>
        </w:tc>
        <w:tc>
          <w:tcPr>
            <w:tcW w:type="dxa" w:w="1108"/>
          </w:tcPr>
          <w:p>
            <w:r/>
            <w:r>
              <w:rPr>
                <w:rFonts w:eastAsia="Hiragino Sans" w:ascii="Hiragino Sans" w:hAnsi="Hiragino Sans"/>
                <w:b w:val="0"/>
                <w:sz w:val="18"/>
              </w:rPr>
              <w:t>205</w:t>
            </w:r>
          </w:p>
        </w:tc>
      </w:tr>
    </w:tbl>
    <w:p>
      <w:pPr>
        <w:spacing w:after="40"/>
      </w:pPr>
    </w:p>
    <w:p>
      <w:pPr>
        <w:pStyle w:val="ListBullet"/>
        <w:ind w:left="240"/>
      </w:pPr>
      <w:r>
        <w:rPr>
          <w:rFonts w:eastAsia="Hiragino Sans" w:ascii="Hiragino Sans" w:hAnsi="Hiragino Sans"/>
          <w:b w:val="0"/>
          <w:sz w:val="20"/>
        </w:rPr>
        <w:t>（注）1. 帳簿価額には建設仮勘定を含んでおりません。在外子会社の土地は賃借（土地使用権を含む）であり、面積を〔〕内に記載しております。</w:t>
      </w:r>
    </w:p>
    <w:p>
      <w:pPr>
        <w:pStyle w:val="ListBullet"/>
        <w:ind w:left="240"/>
      </w:pPr>
      <w:r>
        <w:rPr>
          <w:rFonts w:eastAsia="Hiragino Sans" w:ascii="Hiragino Sans" w:hAnsi="Hiragino Sans"/>
          <w:b w:val="0"/>
          <w:sz w:val="20"/>
        </w:rPr>
        <w:t>（注）2. 上記のほか、リースに関する会計基準の適用に伴い計上した使用権資産850百万円（主として工場用地及び物流倉庫）があります。</w:t>
      </w:r>
    </w:p>
    <w:p>
      <w:pPr>
        <w:pStyle w:val="ListBullet"/>
        <w:ind w:left="240"/>
      </w:pPr>
      <w:r>
        <w:rPr>
          <w:rFonts w:eastAsia="Hiragino Sans" w:ascii="Hiragino Sans" w:hAnsi="Hiragino Sans"/>
          <w:b w:val="0"/>
          <w:sz w:val="20"/>
        </w:rPr>
        <w:t>（注）3. 従業員数は各事業所の就業人員であります。本社・諏訪工場には全社（共通）の管理部門90名を含んでおります。販売子会社（Sample America, Inc.・Sample Europe GmbH）及びサンプルロジスティクス㈱（合計170名）は主要な設備を有しないため記載しておらず、記載した事業所の従業員数はセグメント別従業員数（精密機器1,280名・電子部品890名・その他145名・全社115名、連結合計2,430名）の内数として整合しております。</w:t>
      </w:r>
    </w:p>
    <w:p>
      <w:pPr>
        <w:pStyle w:val="Heading2"/>
      </w:pPr>
      <w:r>
        <w:t>3【設備の新設、除却等の計画】</w:t>
      </w:r>
    </w:p>
    <w:p>
      <w:pPr>
        <w:pStyle w:val="Heading3"/>
      </w:pPr>
      <w:r>
        <w:t>(1) 重要な設備の新設等</w:t>
      </w:r>
    </w:p>
    <w:tbl>
      <w:tblPr>
        <w:tblStyle w:val="TableGrid"/>
        <w:tblW w:type="auto" w:w="0"/>
        <w:jc w:val="center"/>
        <w:tblLayout w:type="autofit"/>
        <w:tblLook w:firstColumn="1" w:firstRow="1" w:lastColumn="0" w:lastRow="0" w:noHBand="0" w:noVBand="1" w:val="04A0"/>
      </w:tblPr>
      <w:tblGrid>
        <w:gridCol w:w="997"/>
        <w:gridCol w:w="997"/>
        <w:gridCol w:w="997"/>
        <w:gridCol w:w="997"/>
        <w:gridCol w:w="997"/>
        <w:gridCol w:w="997"/>
        <w:gridCol w:w="997"/>
        <w:gridCol w:w="997"/>
        <w:gridCol w:w="997"/>
        <w:gridCol w:w="997"/>
      </w:tblGrid>
      <w:tr>
        <w:tc>
          <w:tcPr>
            <w:tcW w:type="dxa" w:w="997"/>
            <w:shd w:val="clear" w:fill="24406B"/>
          </w:tcPr>
          <w:p>
            <w:r/>
            <w:r>
              <w:rPr>
                <w:rFonts w:eastAsia="Hiragino Sans" w:ascii="Hiragino Sans" w:hAnsi="Hiragino Sans"/>
                <w:b/>
                <w:color w:val="FFFFFF"/>
                <w:sz w:val="18"/>
              </w:rPr>
              <w:t>会社名・事業所名</w:t>
            </w:r>
          </w:p>
        </w:tc>
        <w:tc>
          <w:tcPr>
            <w:tcW w:type="dxa" w:w="997"/>
            <w:shd w:val="clear" w:fill="24406B"/>
          </w:tcPr>
          <w:p>
            <w:r/>
            <w:r>
              <w:rPr>
                <w:rFonts w:eastAsia="Hiragino Sans" w:ascii="Hiragino Sans" w:hAnsi="Hiragino Sans"/>
                <w:b/>
                <w:color w:val="FFFFFF"/>
                <w:sz w:val="18"/>
              </w:rPr>
              <w:t>所在地</w:t>
            </w:r>
          </w:p>
        </w:tc>
        <w:tc>
          <w:tcPr>
            <w:tcW w:type="dxa" w:w="997"/>
            <w:shd w:val="clear" w:fill="24406B"/>
          </w:tcPr>
          <w:p>
            <w:r/>
            <w:r>
              <w:rPr>
                <w:rFonts w:eastAsia="Hiragino Sans" w:ascii="Hiragino Sans" w:hAnsi="Hiragino Sans"/>
                <w:b/>
                <w:color w:val="FFFFFF"/>
                <w:sz w:val="18"/>
              </w:rPr>
              <w:t>セグメント</w:t>
            </w:r>
          </w:p>
        </w:tc>
        <w:tc>
          <w:tcPr>
            <w:tcW w:type="dxa" w:w="997"/>
            <w:shd w:val="clear" w:fill="24406B"/>
          </w:tcPr>
          <w:p>
            <w:r/>
            <w:r>
              <w:rPr>
                <w:rFonts w:eastAsia="Hiragino Sans" w:ascii="Hiragino Sans" w:hAnsi="Hiragino Sans"/>
                <w:b/>
                <w:color w:val="FFFFFF"/>
                <w:sz w:val="18"/>
              </w:rPr>
              <w:t>設備の内容</w:t>
            </w:r>
          </w:p>
        </w:tc>
        <w:tc>
          <w:tcPr>
            <w:tcW w:type="dxa" w:w="997"/>
            <w:shd w:val="clear" w:fill="24406B"/>
          </w:tcPr>
          <w:p>
            <w:r/>
            <w:r>
              <w:rPr>
                <w:rFonts w:eastAsia="Hiragino Sans" w:ascii="Hiragino Sans" w:hAnsi="Hiragino Sans"/>
                <w:b/>
                <w:color w:val="FFFFFF"/>
                <w:sz w:val="18"/>
              </w:rPr>
              <w:t>投資予定金額・総額(百万円)</w:t>
            </w:r>
          </w:p>
        </w:tc>
        <w:tc>
          <w:tcPr>
            <w:tcW w:type="dxa" w:w="997"/>
            <w:shd w:val="clear" w:fill="24406B"/>
          </w:tcPr>
          <w:p>
            <w:r/>
            <w:r>
              <w:rPr>
                <w:rFonts w:eastAsia="Hiragino Sans" w:ascii="Hiragino Sans" w:hAnsi="Hiragino Sans"/>
                <w:b/>
                <w:color w:val="FFFFFF"/>
                <w:sz w:val="18"/>
              </w:rPr>
              <w:t>既支払額(百万円)</w:t>
            </w:r>
          </w:p>
        </w:tc>
        <w:tc>
          <w:tcPr>
            <w:tcW w:type="dxa" w:w="997"/>
            <w:shd w:val="clear" w:fill="24406B"/>
          </w:tcPr>
          <w:p>
            <w:r/>
            <w:r>
              <w:rPr>
                <w:rFonts w:eastAsia="Hiragino Sans" w:ascii="Hiragino Sans" w:hAnsi="Hiragino Sans"/>
                <w:b/>
                <w:color w:val="FFFFFF"/>
                <w:sz w:val="18"/>
              </w:rPr>
              <w:t>資金調達方法</w:t>
            </w:r>
          </w:p>
        </w:tc>
        <w:tc>
          <w:tcPr>
            <w:tcW w:type="dxa" w:w="997"/>
            <w:shd w:val="clear" w:fill="24406B"/>
          </w:tcPr>
          <w:p>
            <w:r/>
            <w:r>
              <w:rPr>
                <w:rFonts w:eastAsia="Hiragino Sans" w:ascii="Hiragino Sans" w:hAnsi="Hiragino Sans"/>
                <w:b/>
                <w:color w:val="FFFFFF"/>
                <w:sz w:val="18"/>
              </w:rPr>
              <w:t>着手年月</w:t>
            </w:r>
          </w:p>
        </w:tc>
        <w:tc>
          <w:tcPr>
            <w:tcW w:type="dxa" w:w="997"/>
            <w:shd w:val="clear" w:fill="24406B"/>
          </w:tcPr>
          <w:p>
            <w:r/>
            <w:r>
              <w:rPr>
                <w:rFonts w:eastAsia="Hiragino Sans" w:ascii="Hiragino Sans" w:hAnsi="Hiragino Sans"/>
                <w:b/>
                <w:color w:val="FFFFFF"/>
                <w:sz w:val="18"/>
              </w:rPr>
              <w:t>完了予定年月</w:t>
            </w:r>
          </w:p>
        </w:tc>
        <w:tc>
          <w:tcPr>
            <w:tcW w:type="dxa" w:w="997"/>
            <w:shd w:val="clear" w:fill="24406B"/>
          </w:tcPr>
          <w:p>
            <w:r/>
            <w:r>
              <w:rPr>
                <w:rFonts w:eastAsia="Hiragino Sans" w:ascii="Hiragino Sans" w:hAnsi="Hiragino Sans"/>
                <w:b/>
                <w:color w:val="FFFFFF"/>
                <w:sz w:val="18"/>
              </w:rPr>
              <w:t>完成後の増加能力</w:t>
            </w:r>
          </w:p>
        </w:tc>
      </w:tr>
      <w:tr>
        <w:tc>
          <w:tcPr>
            <w:tcW w:type="dxa" w:w="997"/>
          </w:tcPr>
          <w:p>
            <w:r/>
            <w:r>
              <w:rPr>
                <w:rFonts w:eastAsia="Hiragino Sans" w:ascii="Hiragino Sans" w:hAnsi="Hiragino Sans"/>
                <w:b w:val="0"/>
                <w:sz w:val="18"/>
              </w:rPr>
              <w:t>当社 諏訪工場第3棟</w:t>
            </w:r>
          </w:p>
        </w:tc>
        <w:tc>
          <w:tcPr>
            <w:tcW w:type="dxa" w:w="997"/>
          </w:tcPr>
          <w:p>
            <w:r/>
            <w:r>
              <w:rPr>
                <w:rFonts w:eastAsia="Hiragino Sans" w:ascii="Hiragino Sans" w:hAnsi="Hiragino Sans"/>
                <w:b w:val="0"/>
                <w:sz w:val="18"/>
              </w:rPr>
              <w:t>長野県諏訪市</w:t>
            </w:r>
          </w:p>
        </w:tc>
        <w:tc>
          <w:tcPr>
            <w:tcW w:type="dxa" w:w="997"/>
          </w:tcPr>
          <w:p>
            <w:r/>
            <w:r>
              <w:rPr>
                <w:rFonts w:eastAsia="Hiragino Sans" w:ascii="Hiragino Sans" w:hAnsi="Hiragino Sans"/>
                <w:b w:val="0"/>
                <w:sz w:val="18"/>
              </w:rPr>
              <w:t>精密機器</w:t>
            </w:r>
          </w:p>
        </w:tc>
        <w:tc>
          <w:tcPr>
            <w:tcW w:type="dxa" w:w="997"/>
          </w:tcPr>
          <w:p>
            <w:r/>
            <w:r>
              <w:rPr>
                <w:rFonts w:eastAsia="Hiragino Sans" w:ascii="Hiragino Sans" w:hAnsi="Hiragino Sans"/>
                <w:b w:val="0"/>
                <w:sz w:val="18"/>
              </w:rPr>
              <w:t>半導体製造装置向け精密部品の製造棟</w:t>
            </w:r>
          </w:p>
        </w:tc>
        <w:tc>
          <w:tcPr>
            <w:tcW w:type="dxa" w:w="997"/>
          </w:tcPr>
          <w:p>
            <w:r/>
            <w:r>
              <w:rPr>
                <w:rFonts w:eastAsia="Hiragino Sans" w:ascii="Hiragino Sans" w:hAnsi="Hiragino Sans"/>
                <w:b w:val="0"/>
                <w:sz w:val="18"/>
              </w:rPr>
              <w:t>2,800</w:t>
            </w:r>
          </w:p>
        </w:tc>
        <w:tc>
          <w:tcPr>
            <w:tcW w:type="dxa" w:w="997"/>
          </w:tcPr>
          <w:p>
            <w:r/>
            <w:r>
              <w:rPr>
                <w:rFonts w:eastAsia="Hiragino Sans" w:ascii="Hiragino Sans" w:hAnsi="Hiragino Sans"/>
                <w:b w:val="0"/>
                <w:sz w:val="18"/>
              </w:rPr>
              <w:t>150</w:t>
            </w:r>
          </w:p>
        </w:tc>
        <w:tc>
          <w:tcPr>
            <w:tcW w:type="dxa" w:w="997"/>
          </w:tcPr>
          <w:p>
            <w:r/>
            <w:r>
              <w:rPr>
                <w:rFonts w:eastAsia="Hiragino Sans" w:ascii="Hiragino Sans" w:hAnsi="Hiragino Sans"/>
                <w:b w:val="0"/>
                <w:sz w:val="18"/>
              </w:rPr>
              <w:t>自己資金及び借入金</w:t>
            </w:r>
          </w:p>
        </w:tc>
        <w:tc>
          <w:tcPr>
            <w:tcW w:type="dxa" w:w="997"/>
          </w:tcPr>
          <w:p>
            <w:r/>
            <w:r>
              <w:rPr>
                <w:rFonts w:eastAsia="Hiragino Sans" w:ascii="Hiragino Sans" w:hAnsi="Hiragino Sans"/>
                <w:b w:val="0"/>
                <w:sz w:val="18"/>
              </w:rPr>
              <w:t>2026年10月</w:t>
            </w:r>
          </w:p>
        </w:tc>
        <w:tc>
          <w:tcPr>
            <w:tcW w:type="dxa" w:w="997"/>
          </w:tcPr>
          <w:p>
            <w:r/>
            <w:r>
              <w:rPr>
                <w:rFonts w:eastAsia="Hiragino Sans" w:ascii="Hiragino Sans" w:hAnsi="Hiragino Sans"/>
                <w:b w:val="0"/>
                <w:sz w:val="18"/>
              </w:rPr>
              <w:t>2027年9月</w:t>
            </w:r>
          </w:p>
        </w:tc>
        <w:tc>
          <w:tcPr>
            <w:tcW w:type="dxa" w:w="997"/>
          </w:tcPr>
          <w:p>
            <w:r/>
            <w:r>
              <w:rPr>
                <w:rFonts w:eastAsia="Hiragino Sans" w:ascii="Hiragino Sans" w:hAnsi="Hiragino Sans"/>
                <w:b w:val="0"/>
                <w:sz w:val="18"/>
              </w:rPr>
              <w:t>精密機器生産能力 約15%増</w:t>
            </w:r>
          </w:p>
        </w:tc>
      </w:tr>
      <w:tr>
        <w:tc>
          <w:tcPr>
            <w:tcW w:type="dxa" w:w="997"/>
            <w:shd w:val="clear" w:fill="F7F8FA"/>
          </w:tcPr>
          <w:p>
            <w:r/>
            <w:r>
              <w:rPr>
                <w:rFonts w:eastAsia="Hiragino Sans" w:ascii="Hiragino Sans" w:hAnsi="Hiragino Sans"/>
                <w:b w:val="0"/>
                <w:sz w:val="18"/>
              </w:rPr>
              <w:t>Sample Precision Vietnam 第2工場棟</w:t>
            </w:r>
          </w:p>
        </w:tc>
        <w:tc>
          <w:tcPr>
            <w:tcW w:type="dxa" w:w="997"/>
            <w:shd w:val="clear" w:fill="F7F8FA"/>
          </w:tcPr>
          <w:p>
            <w:r/>
            <w:r>
              <w:rPr>
                <w:rFonts w:eastAsia="Hiragino Sans" w:ascii="Hiragino Sans" w:hAnsi="Hiragino Sans"/>
                <w:b w:val="0"/>
                <w:sz w:val="18"/>
              </w:rPr>
              <w:t>ベトナム ドンナイ省</w:t>
            </w:r>
          </w:p>
        </w:tc>
        <w:tc>
          <w:tcPr>
            <w:tcW w:type="dxa" w:w="997"/>
            <w:shd w:val="clear" w:fill="F7F8FA"/>
          </w:tcPr>
          <w:p>
            <w:r/>
            <w:r>
              <w:rPr>
                <w:rFonts w:eastAsia="Hiragino Sans" w:ascii="Hiragino Sans" w:hAnsi="Hiragino Sans"/>
                <w:b w:val="0"/>
                <w:sz w:val="18"/>
              </w:rPr>
              <w:t>精密機器</w:t>
            </w:r>
          </w:p>
        </w:tc>
        <w:tc>
          <w:tcPr>
            <w:tcW w:type="dxa" w:w="997"/>
            <w:shd w:val="clear" w:fill="F7F8FA"/>
          </w:tcPr>
          <w:p>
            <w:r/>
            <w:r>
              <w:rPr>
                <w:rFonts w:eastAsia="Hiragino Sans" w:ascii="Hiragino Sans" w:hAnsi="Hiragino Sans"/>
                <w:b w:val="0"/>
                <w:sz w:val="18"/>
              </w:rPr>
              <w:t>精密部品の量産棟</w:t>
            </w:r>
          </w:p>
        </w:tc>
        <w:tc>
          <w:tcPr>
            <w:tcW w:type="dxa" w:w="997"/>
            <w:shd w:val="clear" w:fill="F7F8FA"/>
          </w:tcPr>
          <w:p>
            <w:r/>
            <w:r>
              <w:rPr>
                <w:rFonts w:eastAsia="Hiragino Sans" w:ascii="Hiragino Sans" w:hAnsi="Hiragino Sans"/>
                <w:b w:val="0"/>
                <w:sz w:val="18"/>
              </w:rPr>
              <w:t>1,200</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自己資金</w:t>
            </w:r>
          </w:p>
        </w:tc>
        <w:tc>
          <w:tcPr>
            <w:tcW w:type="dxa" w:w="997"/>
            <w:shd w:val="clear" w:fill="F7F8FA"/>
          </w:tcPr>
          <w:p>
            <w:r/>
            <w:r>
              <w:rPr>
                <w:rFonts w:eastAsia="Hiragino Sans" w:ascii="Hiragino Sans" w:hAnsi="Hiragino Sans"/>
                <w:b w:val="0"/>
                <w:sz w:val="18"/>
              </w:rPr>
              <w:t>2026年12月</w:t>
            </w:r>
          </w:p>
        </w:tc>
        <w:tc>
          <w:tcPr>
            <w:tcW w:type="dxa" w:w="997"/>
            <w:shd w:val="clear" w:fill="F7F8FA"/>
          </w:tcPr>
          <w:p>
            <w:r/>
            <w:r>
              <w:rPr>
                <w:rFonts w:eastAsia="Hiragino Sans" w:ascii="Hiragino Sans" w:hAnsi="Hiragino Sans"/>
                <w:b w:val="0"/>
                <w:sz w:val="18"/>
              </w:rPr>
              <w:t>2027年8月</w:t>
            </w:r>
          </w:p>
        </w:tc>
        <w:tc>
          <w:tcPr>
            <w:tcW w:type="dxa" w:w="997"/>
            <w:shd w:val="clear" w:fill="F7F8FA"/>
          </w:tcPr>
          <w:p>
            <w:r/>
            <w:r>
              <w:rPr>
                <w:rFonts w:eastAsia="Hiragino Sans" w:ascii="Hiragino Sans" w:hAnsi="Hiragino Sans"/>
                <w:b w:val="0"/>
                <w:sz w:val="18"/>
              </w:rPr>
              <w:t>同社生産能力 約40%増</w:t>
            </w:r>
          </w:p>
        </w:tc>
      </w:tr>
    </w:tbl>
    <w:p>
      <w:pPr>
        <w:spacing w:after="40"/>
      </w:pPr>
    </w:p>
    <w:p>
      <w:pPr>
        <w:pStyle w:val="Heading3"/>
      </w:pPr>
      <w:r>
        <w:t>(2) 重要な設備の除却等</w:t>
      </w:r>
    </w:p>
    <w:p>
      <w:pPr>
        <w:spacing w:after="80"/>
      </w:pPr>
      <w:r>
        <w:rPr>
          <w:rFonts w:eastAsia="Hiragino Sans" w:ascii="Hiragino Sans" w:hAnsi="Hiragino Sans"/>
          <w:b w:val="0"/>
          <w:i w:val="0"/>
        </w:rPr>
        <w:t>経常的な設備の更新のための除却等を除き、重要な設備の除却等の計画はありません。</w:t>
      </w:r>
    </w:p>
    <w:p>
      <w:pPr>
        <w:ind w:left="120"/>
        <w:shd w:val="clear" w:fill="F3F4F6"/>
        <w:pBdr>
          <w:left w:val="single" w:sz="18" w:space="6" w:color="24406B"/>
        </w:pBdr>
      </w:pPr>
      <w:r>
        <w:rPr>
          <w:rFonts w:eastAsia="Hiragino Sans" w:ascii="Hiragino Sans" w:hAnsi="Hiragino Sans"/>
          <w:b w:val="0"/>
          <w:i/>
          <w:color w:val="444444"/>
          <w:sz w:val="18"/>
        </w:rPr>
        <w:t>チェック観点: 設備投資額（第3-1）と C/F の有形固定資産取得支出・セグメント注記の増加額の整合。新設計画の投資予定額と後発事象・重要な契約の記載整合。</w:t>
      </w:r>
    </w:p>
    <w:p>
      <w:pPr>
        <w:pStyle w:val="Heading1"/>
      </w:pPr>
      <w:r>
        <w:t>第4【提出会社の状況】</w:t>
      </w:r>
    </w:p>
    <w:p>
      <w:pPr>
        <w:pStyle w:val="Heading2"/>
      </w:pPr>
      <w:r>
        <w:t>1【株式等の状況】</w:t>
      </w:r>
    </w:p>
    <w:p>
      <w:pPr>
        <w:pStyle w:val="Heading3"/>
      </w:pPr>
      <w:r>
        <w:t>(1) 株式の総数等</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種類</w:t>
            </w:r>
          </w:p>
        </w:tc>
        <w:tc>
          <w:tcPr>
            <w:tcW w:type="dxa" w:w="4986"/>
            <w:shd w:val="clear" w:fill="24406B"/>
          </w:tcPr>
          <w:p>
            <w:r/>
            <w:r>
              <w:rPr>
                <w:rFonts w:eastAsia="Hiragino Sans" w:ascii="Hiragino Sans" w:hAnsi="Hiragino Sans"/>
                <w:b/>
                <w:color w:val="FFFFFF"/>
                <w:sz w:val="18"/>
              </w:rPr>
              <w:t>発行可能株式総数(株)</w:t>
            </w:r>
          </w:p>
        </w:tc>
      </w:tr>
      <w:tr>
        <w:tc>
          <w:tcPr>
            <w:tcW w:type="dxa" w:w="4986"/>
          </w:tcPr>
          <w:p>
            <w:r/>
            <w:r>
              <w:rPr>
                <w:rFonts w:eastAsia="Hiragino Sans" w:ascii="Hiragino Sans" w:hAnsi="Hiragino Sans"/>
                <w:b w:val="0"/>
                <w:sz w:val="18"/>
              </w:rPr>
              <w:t>普通株式</w:t>
            </w:r>
          </w:p>
        </w:tc>
        <w:tc>
          <w:tcPr>
            <w:tcW w:type="dxa" w:w="4986"/>
          </w:tcPr>
          <w:p>
            <w:r/>
            <w:r>
              <w:rPr>
                <w:rFonts w:eastAsia="Hiragino Sans" w:ascii="Hiragino Sans" w:hAnsi="Hiragino Sans"/>
                <w:b w:val="0"/>
                <w:sz w:val="18"/>
              </w:rPr>
              <w:t>80,000,000</w:t>
            </w:r>
          </w:p>
        </w:tc>
      </w:tr>
    </w:tbl>
    <w:p>
      <w:pPr>
        <w:spacing w:after="40"/>
      </w:pPr>
    </w:p>
    <w:tbl>
      <w:tblPr>
        <w:tblStyle w:val="TableGrid"/>
        <w:tblW w:type="auto" w:w="0"/>
        <w:jc w:val="center"/>
        <w:tblLayout w:type="autofit"/>
        <w:tblLook w:firstColumn="1" w:firstRow="1" w:lastColumn="0" w:lastRow="0" w:noHBand="0" w:noVBand="1" w:val="04A0"/>
      </w:tblPr>
      <w:tblGrid>
        <w:gridCol w:w="1994"/>
        <w:gridCol w:w="1994"/>
        <w:gridCol w:w="1994"/>
        <w:gridCol w:w="1994"/>
        <w:gridCol w:w="1994"/>
      </w:tblGrid>
      <w:tr>
        <w:tc>
          <w:tcPr>
            <w:tcW w:type="dxa" w:w="1994"/>
            <w:shd w:val="clear" w:fill="24406B"/>
          </w:tcPr>
          <w:p>
            <w:r/>
            <w:r>
              <w:rPr>
                <w:rFonts w:eastAsia="Hiragino Sans" w:ascii="Hiragino Sans" w:hAnsi="Hiragino Sans"/>
                <w:b/>
                <w:color w:val="FFFFFF"/>
                <w:sz w:val="18"/>
              </w:rPr>
              <w:t>種類</w:t>
            </w:r>
          </w:p>
        </w:tc>
        <w:tc>
          <w:tcPr>
            <w:tcW w:type="dxa" w:w="1994"/>
            <w:shd w:val="clear" w:fill="24406B"/>
          </w:tcPr>
          <w:p>
            <w:r/>
            <w:r>
              <w:rPr>
                <w:rFonts w:eastAsia="Hiragino Sans" w:ascii="Hiragino Sans" w:hAnsi="Hiragino Sans"/>
                <w:b/>
                <w:color w:val="FFFFFF"/>
                <w:sz w:val="18"/>
              </w:rPr>
              <w:t>事業年度末現在発行数(株)(2026年3月31日)</w:t>
            </w:r>
          </w:p>
        </w:tc>
        <w:tc>
          <w:tcPr>
            <w:tcW w:type="dxa" w:w="1994"/>
            <w:shd w:val="clear" w:fill="24406B"/>
          </w:tcPr>
          <w:p>
            <w:r/>
            <w:r>
              <w:rPr>
                <w:rFonts w:eastAsia="Hiragino Sans" w:ascii="Hiragino Sans" w:hAnsi="Hiragino Sans"/>
                <w:b/>
                <w:color w:val="FFFFFF"/>
                <w:sz w:val="18"/>
              </w:rPr>
              <w:t>提出日現在発行数(株)(2026年6月25日)</w:t>
            </w:r>
          </w:p>
        </w:tc>
        <w:tc>
          <w:tcPr>
            <w:tcW w:type="dxa" w:w="1994"/>
            <w:shd w:val="clear" w:fill="24406B"/>
          </w:tcPr>
          <w:p>
            <w:r/>
            <w:r>
              <w:rPr>
                <w:rFonts w:eastAsia="Hiragino Sans" w:ascii="Hiragino Sans" w:hAnsi="Hiragino Sans"/>
                <w:b/>
                <w:color w:val="FFFFFF"/>
                <w:sz w:val="18"/>
              </w:rPr>
              <w:t>上場金融商品取引所名</w:t>
            </w:r>
          </w:p>
        </w:tc>
        <w:tc>
          <w:tcPr>
            <w:tcW w:type="dxa" w:w="1994"/>
            <w:shd w:val="clear" w:fill="24406B"/>
          </w:tcPr>
          <w:p>
            <w:r/>
            <w:r>
              <w:rPr>
                <w:rFonts w:eastAsia="Hiragino Sans" w:ascii="Hiragino Sans" w:hAnsi="Hiragino Sans"/>
                <w:b/>
                <w:color w:val="FFFFFF"/>
                <w:sz w:val="18"/>
              </w:rPr>
              <w:t>内容</w:t>
            </w:r>
          </w:p>
        </w:tc>
      </w:tr>
      <w:tr>
        <w:tc>
          <w:tcPr>
            <w:tcW w:type="dxa" w:w="1994"/>
          </w:tcPr>
          <w:p>
            <w:r/>
            <w:r>
              <w:rPr>
                <w:rFonts w:eastAsia="Hiragino Sans" w:ascii="Hiragino Sans" w:hAnsi="Hiragino Sans"/>
                <w:b w:val="0"/>
                <w:sz w:val="18"/>
              </w:rPr>
              <w:t>普通株式</w:t>
            </w:r>
          </w:p>
        </w:tc>
        <w:tc>
          <w:tcPr>
            <w:tcW w:type="dxa" w:w="1994"/>
          </w:tcPr>
          <w:p>
            <w:r/>
            <w:r>
              <w:rPr>
                <w:rFonts w:eastAsia="Hiragino Sans" w:ascii="Hiragino Sans" w:hAnsi="Hiragino Sans"/>
                <w:b w:val="0"/>
                <w:sz w:val="18"/>
              </w:rPr>
              <w:t>26,000,000</w:t>
            </w:r>
          </w:p>
        </w:tc>
        <w:tc>
          <w:tcPr>
            <w:tcW w:type="dxa" w:w="1994"/>
          </w:tcPr>
          <w:p>
            <w:r/>
            <w:r>
              <w:rPr>
                <w:rFonts w:eastAsia="Hiragino Sans" w:ascii="Hiragino Sans" w:hAnsi="Hiragino Sans"/>
                <w:b w:val="0"/>
                <w:sz w:val="18"/>
              </w:rPr>
              <w:t>26,000,000</w:t>
            </w:r>
          </w:p>
        </w:tc>
        <w:tc>
          <w:tcPr>
            <w:tcW w:type="dxa" w:w="1994"/>
          </w:tcPr>
          <w:p>
            <w:r/>
            <w:r>
              <w:rPr>
                <w:rFonts w:eastAsia="Hiragino Sans" w:ascii="Hiragino Sans" w:hAnsi="Hiragino Sans"/>
                <w:b w:val="0"/>
                <w:sz w:val="18"/>
              </w:rPr>
              <w:t>東京証券取引所プライム市場</w:t>
            </w:r>
          </w:p>
        </w:tc>
        <w:tc>
          <w:tcPr>
            <w:tcW w:type="dxa" w:w="1994"/>
          </w:tcPr>
          <w:p>
            <w:r/>
            <w:r>
              <w:rPr>
                <w:rFonts w:eastAsia="Hiragino Sans" w:ascii="Hiragino Sans" w:hAnsi="Hiragino Sans"/>
                <w:b w:val="0"/>
                <w:sz w:val="18"/>
              </w:rPr>
              <w:t>単元株式数 100株</w:t>
            </w:r>
          </w:p>
        </w:tc>
      </w:tr>
    </w:tbl>
    <w:p>
      <w:pPr>
        <w:spacing w:after="40"/>
      </w:pPr>
    </w:p>
    <w:p>
      <w:pPr>
        <w:pStyle w:val="Heading3"/>
      </w:pPr>
      <w:r>
        <w:t>(2) 新株予約権等の状況</w:t>
      </w:r>
    </w:p>
    <w:p>
      <w:pPr>
        <w:spacing w:after="80"/>
      </w:pPr>
      <w:r>
        <w:rPr>
          <w:rFonts w:eastAsia="Hiragino Sans" w:ascii="Hiragino Sans" w:hAnsi="Hiragino Sans"/>
          <w:b w:val="0"/>
          <w:i w:val="0"/>
        </w:rPr>
        <w:t>2021年6月開催の定時株主総会決議に基づき発行した第3回新株予約権（ストック・オプション）の残高は次のとおりであります。</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項目</w:t>
            </w:r>
          </w:p>
        </w:tc>
        <w:tc>
          <w:tcPr>
            <w:tcW w:type="dxa" w:w="4986"/>
            <w:shd w:val="clear" w:fill="24406B"/>
          </w:tcPr>
          <w:p>
            <w:r/>
            <w:r>
              <w:rPr>
                <w:rFonts w:eastAsia="Hiragino Sans" w:ascii="Hiragino Sans" w:hAnsi="Hiragino Sans"/>
                <w:b/>
                <w:color w:val="FFFFFF"/>
                <w:sz w:val="18"/>
              </w:rPr>
              <w:t>内容</w:t>
            </w:r>
          </w:p>
        </w:tc>
      </w:tr>
      <w:tr>
        <w:tc>
          <w:tcPr>
            <w:tcW w:type="dxa" w:w="4986"/>
          </w:tcPr>
          <w:p>
            <w:r/>
            <w:r>
              <w:rPr>
                <w:rFonts w:eastAsia="Hiragino Sans" w:ascii="Hiragino Sans" w:hAnsi="Hiragino Sans"/>
                <w:b w:val="0"/>
                <w:sz w:val="18"/>
              </w:rPr>
              <w:t>新株予約権の数</w:t>
            </w:r>
          </w:p>
        </w:tc>
        <w:tc>
          <w:tcPr>
            <w:tcW w:type="dxa" w:w="4986"/>
          </w:tcPr>
          <w:p>
            <w:r/>
            <w:r>
              <w:rPr>
                <w:rFonts w:eastAsia="Hiragino Sans" w:ascii="Hiragino Sans" w:hAnsi="Hiragino Sans"/>
                <w:b w:val="0"/>
                <w:sz w:val="18"/>
              </w:rPr>
              <w:t>1,200個（新株予約権1個につき100株）</w:t>
            </w:r>
          </w:p>
        </w:tc>
      </w:tr>
      <w:tr>
        <w:tc>
          <w:tcPr>
            <w:tcW w:type="dxa" w:w="4986"/>
            <w:shd w:val="clear" w:fill="F7F8FA"/>
          </w:tcPr>
          <w:p>
            <w:r/>
            <w:r>
              <w:rPr>
                <w:rFonts w:eastAsia="Hiragino Sans" w:ascii="Hiragino Sans" w:hAnsi="Hiragino Sans"/>
                <w:b w:val="0"/>
                <w:sz w:val="18"/>
              </w:rPr>
              <w:t>新株予約権の目的となる株式の種類・数</w:t>
            </w:r>
          </w:p>
        </w:tc>
        <w:tc>
          <w:tcPr>
            <w:tcW w:type="dxa" w:w="4986"/>
            <w:shd w:val="clear" w:fill="F7F8FA"/>
          </w:tcPr>
          <w:p>
            <w:r/>
            <w:r>
              <w:rPr>
                <w:rFonts w:eastAsia="Hiragino Sans" w:ascii="Hiragino Sans" w:hAnsi="Hiragino Sans"/>
                <w:b w:val="0"/>
                <w:sz w:val="18"/>
              </w:rPr>
              <w:t>普通株式 120,000株</w:t>
            </w:r>
          </w:p>
        </w:tc>
      </w:tr>
      <w:tr>
        <w:tc>
          <w:tcPr>
            <w:tcW w:type="dxa" w:w="4986"/>
          </w:tcPr>
          <w:p>
            <w:r/>
            <w:r>
              <w:rPr>
                <w:rFonts w:eastAsia="Hiragino Sans" w:ascii="Hiragino Sans" w:hAnsi="Hiragino Sans"/>
                <w:b w:val="0"/>
                <w:sz w:val="18"/>
              </w:rPr>
              <w:t>行使価額</w:t>
            </w:r>
          </w:p>
        </w:tc>
        <w:tc>
          <w:tcPr>
            <w:tcW w:type="dxa" w:w="4986"/>
          </w:tcPr>
          <w:p>
            <w:r/>
            <w:r>
              <w:rPr>
                <w:rFonts w:eastAsia="Hiragino Sans" w:ascii="Hiragino Sans" w:hAnsi="Hiragino Sans"/>
                <w:b w:val="0"/>
                <w:sz w:val="18"/>
              </w:rPr>
              <w:t>1株当たり1,150円</w:t>
            </w:r>
          </w:p>
        </w:tc>
      </w:tr>
      <w:tr>
        <w:tc>
          <w:tcPr>
            <w:tcW w:type="dxa" w:w="4986"/>
            <w:shd w:val="clear" w:fill="F7F8FA"/>
          </w:tcPr>
          <w:p>
            <w:r/>
            <w:r>
              <w:rPr>
                <w:rFonts w:eastAsia="Hiragino Sans" w:ascii="Hiragino Sans" w:hAnsi="Hiragino Sans"/>
                <w:b w:val="0"/>
                <w:sz w:val="18"/>
              </w:rPr>
              <w:t>行使期間</w:t>
            </w:r>
          </w:p>
        </w:tc>
        <w:tc>
          <w:tcPr>
            <w:tcW w:type="dxa" w:w="4986"/>
            <w:shd w:val="clear" w:fill="F7F8FA"/>
          </w:tcPr>
          <w:p>
            <w:r/>
            <w:r>
              <w:rPr>
                <w:rFonts w:eastAsia="Hiragino Sans" w:ascii="Hiragino Sans" w:hAnsi="Hiragino Sans"/>
                <w:b w:val="0"/>
                <w:sz w:val="18"/>
              </w:rPr>
              <w:t>2023年7月1日から2031年6月30日まで</w:t>
            </w:r>
          </w:p>
        </w:tc>
      </w:tr>
      <w:tr>
        <w:tc>
          <w:tcPr>
            <w:tcW w:type="dxa" w:w="4986"/>
          </w:tcPr>
          <w:p>
            <w:r/>
            <w:r>
              <w:rPr>
                <w:rFonts w:eastAsia="Hiragino Sans" w:ascii="Hiragino Sans" w:hAnsi="Hiragino Sans"/>
                <w:b w:val="0"/>
                <w:sz w:val="18"/>
              </w:rPr>
              <w:t>付与対象</w:t>
            </w:r>
          </w:p>
        </w:tc>
        <w:tc>
          <w:tcPr>
            <w:tcW w:type="dxa" w:w="4986"/>
          </w:tcPr>
          <w:p>
            <w:r/>
            <w:r>
              <w:rPr>
                <w:rFonts w:eastAsia="Hiragino Sans" w:ascii="Hiragino Sans" w:hAnsi="Hiragino Sans"/>
                <w:b w:val="0"/>
                <w:sz w:val="18"/>
              </w:rPr>
              <w:t>当社取締役（社外取締役を除く）及び執行役員</w:t>
            </w:r>
          </w:p>
        </w:tc>
      </w:tr>
    </w:tbl>
    <w:p>
      <w:pPr>
        <w:spacing w:after="40"/>
      </w:pPr>
    </w:p>
    <w:p>
      <w:pPr>
        <w:pStyle w:val="Heading3"/>
      </w:pPr>
      <w:r>
        <w:t>(3) 発行済株式総数、資本金等の推移</w:t>
      </w:r>
    </w:p>
    <w:tbl>
      <w:tblPr>
        <w:tblStyle w:val="TableGrid"/>
        <w:tblW w:type="auto" w:w="0"/>
        <w:jc w:val="center"/>
        <w:tblLayout w:type="autofit"/>
        <w:tblLook w:firstColumn="1" w:firstRow="1" w:lastColumn="0" w:lastRow="0" w:noHBand="0" w:noVBand="1" w:val="04A0"/>
      </w:tblPr>
      <w:tblGrid>
        <w:gridCol w:w="1425"/>
        <w:gridCol w:w="1425"/>
        <w:gridCol w:w="1425"/>
        <w:gridCol w:w="1425"/>
        <w:gridCol w:w="1425"/>
        <w:gridCol w:w="1425"/>
        <w:gridCol w:w="1425"/>
      </w:tblGrid>
      <w:tr>
        <w:tc>
          <w:tcPr>
            <w:tcW w:type="dxa" w:w="1425"/>
            <w:shd w:val="clear" w:fill="24406B"/>
          </w:tcPr>
          <w:p>
            <w:r/>
            <w:r>
              <w:rPr>
                <w:rFonts w:eastAsia="Hiragino Sans" w:ascii="Hiragino Sans" w:hAnsi="Hiragino Sans"/>
                <w:b/>
                <w:color w:val="FFFFFF"/>
                <w:sz w:val="18"/>
              </w:rPr>
              <w:t>年月日</w:t>
            </w:r>
          </w:p>
        </w:tc>
        <w:tc>
          <w:tcPr>
            <w:tcW w:type="dxa" w:w="1425"/>
            <w:shd w:val="clear" w:fill="24406B"/>
          </w:tcPr>
          <w:p>
            <w:r/>
            <w:r>
              <w:rPr>
                <w:rFonts w:eastAsia="Hiragino Sans" w:ascii="Hiragino Sans" w:hAnsi="Hiragino Sans"/>
                <w:b/>
                <w:color w:val="FFFFFF"/>
                <w:sz w:val="18"/>
              </w:rPr>
              <w:t>発行済株式総数増減数(千株)</w:t>
            </w:r>
          </w:p>
        </w:tc>
        <w:tc>
          <w:tcPr>
            <w:tcW w:type="dxa" w:w="1425"/>
            <w:shd w:val="clear" w:fill="24406B"/>
          </w:tcPr>
          <w:p>
            <w:r/>
            <w:r>
              <w:rPr>
                <w:rFonts w:eastAsia="Hiragino Sans" w:ascii="Hiragino Sans" w:hAnsi="Hiragino Sans"/>
                <w:b/>
                <w:color w:val="FFFFFF"/>
                <w:sz w:val="18"/>
              </w:rPr>
              <w:t>発行済株式総数残高(千株)</w:t>
            </w:r>
          </w:p>
        </w:tc>
        <w:tc>
          <w:tcPr>
            <w:tcW w:type="dxa" w:w="1425"/>
            <w:shd w:val="clear" w:fill="24406B"/>
          </w:tcPr>
          <w:p>
            <w:r/>
            <w:r>
              <w:rPr>
                <w:rFonts w:eastAsia="Hiragino Sans" w:ascii="Hiragino Sans" w:hAnsi="Hiragino Sans"/>
                <w:b/>
                <w:color w:val="FFFFFF"/>
                <w:sz w:val="18"/>
              </w:rPr>
              <w:t>資本金増減額(百万円)</w:t>
            </w:r>
          </w:p>
        </w:tc>
        <w:tc>
          <w:tcPr>
            <w:tcW w:type="dxa" w:w="1425"/>
            <w:shd w:val="clear" w:fill="24406B"/>
          </w:tcPr>
          <w:p>
            <w:r/>
            <w:r>
              <w:rPr>
                <w:rFonts w:eastAsia="Hiragino Sans" w:ascii="Hiragino Sans" w:hAnsi="Hiragino Sans"/>
                <w:b/>
                <w:color w:val="FFFFFF"/>
                <w:sz w:val="18"/>
              </w:rPr>
              <w:t>資本金残高(百万円)</w:t>
            </w:r>
          </w:p>
        </w:tc>
        <w:tc>
          <w:tcPr>
            <w:tcW w:type="dxa" w:w="1425"/>
            <w:shd w:val="clear" w:fill="24406B"/>
          </w:tcPr>
          <w:p>
            <w:r/>
            <w:r>
              <w:rPr>
                <w:rFonts w:eastAsia="Hiragino Sans" w:ascii="Hiragino Sans" w:hAnsi="Hiragino Sans"/>
                <w:b/>
                <w:color w:val="FFFFFF"/>
                <w:sz w:val="18"/>
              </w:rPr>
              <w:t>資本準備金増減額(百万円)</w:t>
            </w:r>
          </w:p>
        </w:tc>
        <w:tc>
          <w:tcPr>
            <w:tcW w:type="dxa" w:w="1425"/>
            <w:shd w:val="clear" w:fill="24406B"/>
          </w:tcPr>
          <w:p>
            <w:r/>
            <w:r>
              <w:rPr>
                <w:rFonts w:eastAsia="Hiragino Sans" w:ascii="Hiragino Sans" w:hAnsi="Hiragino Sans"/>
                <w:b/>
                <w:color w:val="FFFFFF"/>
                <w:sz w:val="18"/>
              </w:rPr>
              <w:t>資本準備金残高(百万円)</w:t>
            </w:r>
          </w:p>
        </w:tc>
      </w:tr>
      <w:tr>
        <w:tc>
          <w:tcPr>
            <w:tcW w:type="dxa" w:w="1425"/>
          </w:tcPr>
          <w:p>
            <w:r/>
            <w:r>
              <w:rPr>
                <w:rFonts w:eastAsia="Hiragino Sans" w:ascii="Hiragino Sans" w:hAnsi="Hiragino Sans"/>
                <w:b w:val="0"/>
                <w:sz w:val="18"/>
              </w:rPr>
              <w:t>2017年3月15日</w:t>
            </w:r>
          </w:p>
        </w:tc>
        <w:tc>
          <w:tcPr>
            <w:tcW w:type="dxa" w:w="1425"/>
          </w:tcPr>
          <w:p>
            <w:r/>
            <w:r>
              <w:rPr>
                <w:rFonts w:eastAsia="Hiragino Sans" w:ascii="Hiragino Sans" w:hAnsi="Hiragino Sans"/>
                <w:b w:val="0"/>
                <w:sz w:val="18"/>
              </w:rPr>
              <w:t>2,000</w:t>
            </w:r>
          </w:p>
        </w:tc>
        <w:tc>
          <w:tcPr>
            <w:tcW w:type="dxa" w:w="1425"/>
          </w:tcPr>
          <w:p>
            <w:r/>
            <w:r>
              <w:rPr>
                <w:rFonts w:eastAsia="Hiragino Sans" w:ascii="Hiragino Sans" w:hAnsi="Hiragino Sans"/>
                <w:b w:val="0"/>
                <w:sz w:val="18"/>
              </w:rPr>
              <w:t>26,000</w:t>
            </w:r>
          </w:p>
        </w:tc>
        <w:tc>
          <w:tcPr>
            <w:tcW w:type="dxa" w:w="1425"/>
          </w:tcPr>
          <w:p>
            <w:r/>
            <w:r>
              <w:rPr>
                <w:rFonts w:eastAsia="Hiragino Sans" w:ascii="Hiragino Sans" w:hAnsi="Hiragino Sans"/>
                <w:b w:val="0"/>
                <w:sz w:val="18"/>
              </w:rPr>
              <w:t>1,100</w:t>
            </w:r>
          </w:p>
        </w:tc>
        <w:tc>
          <w:tcPr>
            <w:tcW w:type="dxa" w:w="1425"/>
          </w:tcPr>
          <w:p>
            <w:r/>
            <w:r>
              <w:rPr>
                <w:rFonts w:eastAsia="Hiragino Sans" w:ascii="Hiragino Sans" w:hAnsi="Hiragino Sans"/>
                <w:b w:val="0"/>
                <w:sz w:val="18"/>
              </w:rPr>
              <w:t>3,200</w:t>
            </w:r>
          </w:p>
        </w:tc>
        <w:tc>
          <w:tcPr>
            <w:tcW w:type="dxa" w:w="1425"/>
          </w:tcPr>
          <w:p>
            <w:r/>
            <w:r>
              <w:rPr>
                <w:rFonts w:eastAsia="Hiragino Sans" w:ascii="Hiragino Sans" w:hAnsi="Hiragino Sans"/>
                <w:b w:val="0"/>
                <w:sz w:val="18"/>
              </w:rPr>
              <w:t>1,100</w:t>
            </w:r>
          </w:p>
        </w:tc>
        <w:tc>
          <w:tcPr>
            <w:tcW w:type="dxa" w:w="1425"/>
          </w:tcPr>
          <w:p>
            <w:r/>
            <w:r>
              <w:rPr>
                <w:rFonts w:eastAsia="Hiragino Sans" w:ascii="Hiragino Sans" w:hAnsi="Hiragino Sans"/>
                <w:b w:val="0"/>
                <w:sz w:val="18"/>
              </w:rPr>
              <w:t>2,850</w:t>
            </w:r>
          </w:p>
        </w:tc>
      </w:tr>
    </w:tbl>
    <w:p>
      <w:pPr>
        <w:spacing w:after="40"/>
      </w:pPr>
    </w:p>
    <w:p>
      <w:pPr>
        <w:pStyle w:val="ListBullet"/>
        <w:ind w:left="240"/>
      </w:pPr>
      <w:r>
        <w:rPr>
          <w:rFonts w:eastAsia="Hiragino Sans" w:ascii="Hiragino Sans" w:hAnsi="Hiragino Sans"/>
          <w:b w:val="0"/>
          <w:sz w:val="20"/>
        </w:rPr>
        <w:t>（注）有償一般募集（ブックビルディング方式）による増資であります。発行価格1,160円、引受価額1,100円（払込金額の総額2,200百万円）、資本組入額1株につき550円（資本金増加額1,100百万円、残額1,100百万円は資本準備金に計上）。</w:t>
      </w:r>
    </w:p>
    <w:p>
      <w:pPr>
        <w:pStyle w:val="Heading3"/>
      </w:pPr>
      <w:r>
        <w:t>(4) 所有者別状況（2026年3月31日現在）</w:t>
      </w:r>
    </w:p>
    <w:tbl>
      <w:tblPr>
        <w:tblStyle w:val="TableGrid"/>
        <w:tblW w:type="auto" w:w="0"/>
        <w:jc w:val="center"/>
        <w:tblLayout w:type="autofit"/>
        <w:tblLook w:firstColumn="1" w:firstRow="1" w:lastColumn="0" w:lastRow="0" w:noHBand="0" w:noVBand="1" w:val="04A0"/>
      </w:tblPr>
      <w:tblGrid>
        <w:gridCol w:w="1108"/>
        <w:gridCol w:w="1108"/>
        <w:gridCol w:w="1108"/>
        <w:gridCol w:w="1108"/>
        <w:gridCol w:w="1108"/>
        <w:gridCol w:w="1108"/>
        <w:gridCol w:w="1108"/>
        <w:gridCol w:w="1108"/>
        <w:gridCol w:w="1108"/>
      </w:tblGrid>
      <w:tr>
        <w:tc>
          <w:tcPr>
            <w:tcW w:type="dxa" w:w="1108"/>
            <w:shd w:val="clear" w:fill="24406B"/>
          </w:tcPr>
          <w:p>
            <w:r/>
            <w:r>
              <w:rPr>
                <w:rFonts w:eastAsia="Hiragino Sans" w:ascii="Hiragino Sans" w:hAnsi="Hiragino Sans"/>
                <w:b/>
                <w:color w:val="FFFFFF"/>
                <w:sz w:val="18"/>
              </w:rPr>
              <w:t>区分</w:t>
            </w:r>
          </w:p>
        </w:tc>
        <w:tc>
          <w:tcPr>
            <w:tcW w:type="dxa" w:w="1108"/>
            <w:shd w:val="clear" w:fill="24406B"/>
          </w:tcPr>
          <w:p>
            <w:r/>
            <w:r>
              <w:rPr>
                <w:rFonts w:eastAsia="Hiragino Sans" w:ascii="Hiragino Sans" w:hAnsi="Hiragino Sans"/>
                <w:b/>
                <w:color w:val="FFFFFF"/>
                <w:sz w:val="18"/>
              </w:rPr>
              <w:t>政府・地方公共団体</w:t>
            </w:r>
          </w:p>
        </w:tc>
        <w:tc>
          <w:tcPr>
            <w:tcW w:type="dxa" w:w="1108"/>
            <w:shd w:val="clear" w:fill="24406B"/>
          </w:tcPr>
          <w:p>
            <w:r/>
            <w:r>
              <w:rPr>
                <w:rFonts w:eastAsia="Hiragino Sans" w:ascii="Hiragino Sans" w:hAnsi="Hiragino Sans"/>
                <w:b/>
                <w:color w:val="FFFFFF"/>
                <w:sz w:val="18"/>
              </w:rPr>
              <w:t>金融機関</w:t>
            </w:r>
          </w:p>
        </w:tc>
        <w:tc>
          <w:tcPr>
            <w:tcW w:type="dxa" w:w="1108"/>
            <w:shd w:val="clear" w:fill="24406B"/>
          </w:tcPr>
          <w:p>
            <w:r/>
            <w:r>
              <w:rPr>
                <w:rFonts w:eastAsia="Hiragino Sans" w:ascii="Hiragino Sans" w:hAnsi="Hiragino Sans"/>
                <w:b/>
                <w:color w:val="FFFFFF"/>
                <w:sz w:val="18"/>
              </w:rPr>
              <w:t>金融商品取引業者</w:t>
            </w:r>
          </w:p>
        </w:tc>
        <w:tc>
          <w:tcPr>
            <w:tcW w:type="dxa" w:w="1108"/>
            <w:shd w:val="clear" w:fill="24406B"/>
          </w:tcPr>
          <w:p>
            <w:r/>
            <w:r>
              <w:rPr>
                <w:rFonts w:eastAsia="Hiragino Sans" w:ascii="Hiragino Sans" w:hAnsi="Hiragino Sans"/>
                <w:b/>
                <w:color w:val="FFFFFF"/>
                <w:sz w:val="18"/>
              </w:rPr>
              <w:t>その他の法人</w:t>
            </w:r>
          </w:p>
        </w:tc>
        <w:tc>
          <w:tcPr>
            <w:tcW w:type="dxa" w:w="1108"/>
            <w:shd w:val="clear" w:fill="24406B"/>
          </w:tcPr>
          <w:p>
            <w:r/>
            <w:r>
              <w:rPr>
                <w:rFonts w:eastAsia="Hiragino Sans" w:ascii="Hiragino Sans" w:hAnsi="Hiragino Sans"/>
                <w:b/>
                <w:color w:val="FFFFFF"/>
                <w:sz w:val="18"/>
              </w:rPr>
              <w:t>外国法人等</w:t>
            </w:r>
          </w:p>
        </w:tc>
        <w:tc>
          <w:tcPr>
            <w:tcW w:type="dxa" w:w="1108"/>
            <w:shd w:val="clear" w:fill="24406B"/>
          </w:tcPr>
          <w:p>
            <w:r/>
            <w:r>
              <w:rPr>
                <w:rFonts w:eastAsia="Hiragino Sans" w:ascii="Hiragino Sans" w:hAnsi="Hiragino Sans"/>
                <w:b/>
                <w:color w:val="FFFFFF"/>
                <w:sz w:val="18"/>
              </w:rPr>
              <w:t>個人その他</w:t>
            </w:r>
          </w:p>
        </w:tc>
        <w:tc>
          <w:tcPr>
            <w:tcW w:type="dxa" w:w="1108"/>
            <w:shd w:val="clear" w:fill="24406B"/>
          </w:tcPr>
          <w:p>
            <w:r/>
            <w:r>
              <w:rPr>
                <w:rFonts w:eastAsia="Hiragino Sans" w:ascii="Hiragino Sans" w:hAnsi="Hiragino Sans"/>
                <w:b/>
                <w:color w:val="FFFFFF"/>
                <w:sz w:val="18"/>
              </w:rPr>
              <w:t>計</w:t>
            </w:r>
          </w:p>
        </w:tc>
        <w:tc>
          <w:tcPr>
            <w:tcW w:type="dxa" w:w="1108"/>
            <w:shd w:val="clear" w:fill="24406B"/>
          </w:tcPr>
          <w:p>
            <w:r/>
            <w:r>
              <w:rPr>
                <w:rFonts w:eastAsia="Hiragino Sans" w:ascii="Hiragino Sans" w:hAnsi="Hiragino Sans"/>
                <w:b/>
                <w:color w:val="FFFFFF"/>
                <w:sz w:val="18"/>
              </w:rPr>
              <w:t>単元未満株式の状況(株)</w:t>
            </w:r>
          </w:p>
        </w:tc>
      </w:tr>
      <w:tr>
        <w:tc>
          <w:tcPr>
            <w:tcW w:type="dxa" w:w="1108"/>
          </w:tcPr>
          <w:p>
            <w:r/>
            <w:r>
              <w:rPr>
                <w:rFonts w:eastAsia="Hiragino Sans" w:ascii="Hiragino Sans" w:hAnsi="Hiragino Sans"/>
                <w:b w:val="0"/>
                <w:sz w:val="18"/>
              </w:rPr>
              <w:t>株主数(人)</w:t>
            </w:r>
          </w:p>
        </w:tc>
        <w:tc>
          <w:tcPr>
            <w:tcW w:type="dxa" w:w="1108"/>
          </w:tcPr>
          <w:p>
            <w:r/>
            <w:r>
              <w:rPr>
                <w:rFonts w:eastAsia="Hiragino Sans" w:ascii="Hiragino Sans" w:hAnsi="Hiragino Sans"/>
                <w:b w:val="0"/>
                <w:sz w:val="18"/>
              </w:rPr>
              <w:t>—</w:t>
            </w:r>
          </w:p>
        </w:tc>
        <w:tc>
          <w:tcPr>
            <w:tcW w:type="dxa" w:w="1108"/>
          </w:tcPr>
          <w:p>
            <w:r/>
            <w:r>
              <w:rPr>
                <w:rFonts w:eastAsia="Hiragino Sans" w:ascii="Hiragino Sans" w:hAnsi="Hiragino Sans"/>
                <w:b w:val="0"/>
                <w:sz w:val="18"/>
              </w:rPr>
              <w:t>28</w:t>
            </w:r>
          </w:p>
        </w:tc>
        <w:tc>
          <w:tcPr>
            <w:tcW w:type="dxa" w:w="1108"/>
          </w:tcPr>
          <w:p>
            <w:r/>
            <w:r>
              <w:rPr>
                <w:rFonts w:eastAsia="Hiragino Sans" w:ascii="Hiragino Sans" w:hAnsi="Hiragino Sans"/>
                <w:b w:val="0"/>
                <w:sz w:val="18"/>
              </w:rPr>
              <w:t>22</w:t>
            </w:r>
          </w:p>
        </w:tc>
        <w:tc>
          <w:tcPr>
            <w:tcW w:type="dxa" w:w="1108"/>
          </w:tcPr>
          <w:p>
            <w:r/>
            <w:r>
              <w:rPr>
                <w:rFonts w:eastAsia="Hiragino Sans" w:ascii="Hiragino Sans" w:hAnsi="Hiragino Sans"/>
                <w:b w:val="0"/>
                <w:sz w:val="18"/>
              </w:rPr>
              <w:t>156</w:t>
            </w:r>
          </w:p>
        </w:tc>
        <w:tc>
          <w:tcPr>
            <w:tcW w:type="dxa" w:w="1108"/>
          </w:tcPr>
          <w:p>
            <w:r/>
            <w:r>
              <w:rPr>
                <w:rFonts w:eastAsia="Hiragino Sans" w:ascii="Hiragino Sans" w:hAnsi="Hiragino Sans"/>
                <w:b w:val="0"/>
                <w:sz w:val="18"/>
              </w:rPr>
              <w:t>118</w:t>
            </w:r>
          </w:p>
        </w:tc>
        <w:tc>
          <w:tcPr>
            <w:tcW w:type="dxa" w:w="1108"/>
          </w:tcPr>
          <w:p>
            <w:r/>
            <w:r>
              <w:rPr>
                <w:rFonts w:eastAsia="Hiragino Sans" w:ascii="Hiragino Sans" w:hAnsi="Hiragino Sans"/>
                <w:b w:val="0"/>
                <w:sz w:val="18"/>
              </w:rPr>
              <w:t>12,404</w:t>
            </w:r>
          </w:p>
        </w:tc>
        <w:tc>
          <w:tcPr>
            <w:tcW w:type="dxa" w:w="1108"/>
          </w:tcPr>
          <w:p>
            <w:r/>
            <w:r>
              <w:rPr>
                <w:rFonts w:eastAsia="Hiragino Sans" w:ascii="Hiragino Sans" w:hAnsi="Hiragino Sans"/>
                <w:b w:val="0"/>
                <w:sz w:val="18"/>
              </w:rPr>
              <w:t>12,728</w:t>
            </w:r>
          </w:p>
        </w:tc>
        <w:tc>
          <w:tcPr>
            <w:tcW w:type="dxa" w:w="1108"/>
          </w:tcPr>
          <w:p>
            <w:r/>
            <w:r>
              <w:rPr>
                <w:rFonts w:eastAsia="Hiragino Sans" w:ascii="Hiragino Sans" w:hAnsi="Hiragino Sans"/>
                <w:b w:val="0"/>
                <w:sz w:val="18"/>
              </w:rPr>
              <w:t>—</w:t>
            </w:r>
          </w:p>
        </w:tc>
      </w:tr>
      <w:tr>
        <w:tc>
          <w:tcPr>
            <w:tcW w:type="dxa" w:w="1108"/>
            <w:shd w:val="clear" w:fill="F7F8FA"/>
          </w:tcPr>
          <w:p>
            <w:r/>
            <w:r>
              <w:rPr>
                <w:rFonts w:eastAsia="Hiragino Sans" w:ascii="Hiragino Sans" w:hAnsi="Hiragino Sans"/>
                <w:b w:val="0"/>
                <w:sz w:val="18"/>
              </w:rPr>
              <w:t>所有株式数(単元)</w:t>
            </w:r>
          </w:p>
        </w:tc>
        <w:tc>
          <w:tcPr>
            <w:tcW w:type="dxa" w:w="1108"/>
            <w:shd w:val="clear" w:fill="F7F8FA"/>
          </w:tcPr>
          <w:p>
            <w:r/>
            <w:r>
              <w:rPr>
                <w:rFonts w:eastAsia="Hiragino Sans" w:ascii="Hiragino Sans" w:hAnsi="Hiragino Sans"/>
                <w:b w:val="0"/>
                <w:sz w:val="18"/>
              </w:rPr>
              <w:t>—</w:t>
            </w:r>
          </w:p>
        </w:tc>
        <w:tc>
          <w:tcPr>
            <w:tcW w:type="dxa" w:w="1108"/>
            <w:shd w:val="clear" w:fill="F7F8FA"/>
          </w:tcPr>
          <w:p>
            <w:r/>
            <w:r>
              <w:rPr>
                <w:rFonts w:eastAsia="Hiragino Sans" w:ascii="Hiragino Sans" w:hAnsi="Hiragino Sans"/>
                <w:b w:val="0"/>
                <w:sz w:val="18"/>
              </w:rPr>
              <w:t>62,300</w:t>
            </w:r>
          </w:p>
        </w:tc>
        <w:tc>
          <w:tcPr>
            <w:tcW w:type="dxa" w:w="1108"/>
            <w:shd w:val="clear" w:fill="F7F8FA"/>
          </w:tcPr>
          <w:p>
            <w:r/>
            <w:r>
              <w:rPr>
                <w:rFonts w:eastAsia="Hiragino Sans" w:ascii="Hiragino Sans" w:hAnsi="Hiragino Sans"/>
                <w:b w:val="0"/>
                <w:sz w:val="18"/>
              </w:rPr>
              <w:t>3,900</w:t>
            </w:r>
          </w:p>
        </w:tc>
        <w:tc>
          <w:tcPr>
            <w:tcW w:type="dxa" w:w="1108"/>
            <w:shd w:val="clear" w:fill="F7F8FA"/>
          </w:tcPr>
          <w:p>
            <w:r/>
            <w:r>
              <w:rPr>
                <w:rFonts w:eastAsia="Hiragino Sans" w:ascii="Hiragino Sans" w:hAnsi="Hiragino Sans"/>
                <w:b w:val="0"/>
                <w:sz w:val="18"/>
              </w:rPr>
              <w:t>48,100</w:t>
            </w:r>
          </w:p>
        </w:tc>
        <w:tc>
          <w:tcPr>
            <w:tcW w:type="dxa" w:w="1108"/>
            <w:shd w:val="clear" w:fill="F7F8FA"/>
          </w:tcPr>
          <w:p>
            <w:r/>
            <w:r>
              <w:rPr>
                <w:rFonts w:eastAsia="Hiragino Sans" w:ascii="Hiragino Sans" w:hAnsi="Hiragino Sans"/>
                <w:b w:val="0"/>
                <w:sz w:val="18"/>
              </w:rPr>
              <w:t>34,200</w:t>
            </w:r>
          </w:p>
        </w:tc>
        <w:tc>
          <w:tcPr>
            <w:tcW w:type="dxa" w:w="1108"/>
            <w:shd w:val="clear" w:fill="F7F8FA"/>
          </w:tcPr>
          <w:p>
            <w:r/>
            <w:r>
              <w:rPr>
                <w:rFonts w:eastAsia="Hiragino Sans" w:ascii="Hiragino Sans" w:hAnsi="Hiragino Sans"/>
                <w:b w:val="0"/>
                <w:sz w:val="18"/>
              </w:rPr>
              <w:t>110,653</w:t>
            </w:r>
          </w:p>
        </w:tc>
        <w:tc>
          <w:tcPr>
            <w:tcW w:type="dxa" w:w="1108"/>
            <w:shd w:val="clear" w:fill="F7F8FA"/>
          </w:tcPr>
          <w:p>
            <w:r/>
            <w:r>
              <w:rPr>
                <w:rFonts w:eastAsia="Hiragino Sans" w:ascii="Hiragino Sans" w:hAnsi="Hiragino Sans"/>
                <w:b w:val="0"/>
                <w:sz w:val="18"/>
              </w:rPr>
              <w:t>259,153</w:t>
            </w:r>
          </w:p>
        </w:tc>
        <w:tc>
          <w:tcPr>
            <w:tcW w:type="dxa" w:w="1108"/>
            <w:shd w:val="clear" w:fill="F7F8FA"/>
          </w:tcPr>
          <w:p>
            <w:r/>
            <w:r>
              <w:rPr>
                <w:rFonts w:eastAsia="Hiragino Sans" w:ascii="Hiragino Sans" w:hAnsi="Hiragino Sans"/>
                <w:b w:val="0"/>
                <w:sz w:val="18"/>
              </w:rPr>
              <w:t>84,700</w:t>
            </w:r>
          </w:p>
        </w:tc>
      </w:tr>
      <w:tr>
        <w:tc>
          <w:tcPr>
            <w:tcW w:type="dxa" w:w="1108"/>
          </w:tcPr>
          <w:p>
            <w:r/>
            <w:r>
              <w:rPr>
                <w:rFonts w:eastAsia="Hiragino Sans" w:ascii="Hiragino Sans" w:hAnsi="Hiragino Sans"/>
                <w:b w:val="0"/>
                <w:sz w:val="18"/>
              </w:rPr>
              <w:t>所有株式数の割合(%)</w:t>
            </w:r>
          </w:p>
        </w:tc>
        <w:tc>
          <w:tcPr>
            <w:tcW w:type="dxa" w:w="1108"/>
          </w:tcPr>
          <w:p>
            <w:r/>
            <w:r>
              <w:rPr>
                <w:rFonts w:eastAsia="Hiragino Sans" w:ascii="Hiragino Sans" w:hAnsi="Hiragino Sans"/>
                <w:b w:val="0"/>
                <w:sz w:val="18"/>
              </w:rPr>
              <w:t>—</w:t>
            </w:r>
          </w:p>
        </w:tc>
        <w:tc>
          <w:tcPr>
            <w:tcW w:type="dxa" w:w="1108"/>
          </w:tcPr>
          <w:p>
            <w:r/>
            <w:r>
              <w:rPr>
                <w:rFonts w:eastAsia="Hiragino Sans" w:ascii="Hiragino Sans" w:hAnsi="Hiragino Sans"/>
                <w:b w:val="0"/>
                <w:sz w:val="18"/>
              </w:rPr>
              <w:t>24.04</w:t>
            </w:r>
          </w:p>
        </w:tc>
        <w:tc>
          <w:tcPr>
            <w:tcW w:type="dxa" w:w="1108"/>
          </w:tcPr>
          <w:p>
            <w:r/>
            <w:r>
              <w:rPr>
                <w:rFonts w:eastAsia="Hiragino Sans" w:ascii="Hiragino Sans" w:hAnsi="Hiragino Sans"/>
                <w:b w:val="0"/>
                <w:sz w:val="18"/>
              </w:rPr>
              <w:t>1.50</w:t>
            </w:r>
          </w:p>
        </w:tc>
        <w:tc>
          <w:tcPr>
            <w:tcW w:type="dxa" w:w="1108"/>
          </w:tcPr>
          <w:p>
            <w:r/>
            <w:r>
              <w:rPr>
                <w:rFonts w:eastAsia="Hiragino Sans" w:ascii="Hiragino Sans" w:hAnsi="Hiragino Sans"/>
                <w:b w:val="0"/>
                <w:sz w:val="18"/>
              </w:rPr>
              <w:t>18.56</w:t>
            </w:r>
          </w:p>
        </w:tc>
        <w:tc>
          <w:tcPr>
            <w:tcW w:type="dxa" w:w="1108"/>
          </w:tcPr>
          <w:p>
            <w:r/>
            <w:r>
              <w:rPr>
                <w:rFonts w:eastAsia="Hiragino Sans" w:ascii="Hiragino Sans" w:hAnsi="Hiragino Sans"/>
                <w:b w:val="0"/>
                <w:sz w:val="18"/>
              </w:rPr>
              <w:t>13.20</w:t>
            </w:r>
          </w:p>
        </w:tc>
        <w:tc>
          <w:tcPr>
            <w:tcW w:type="dxa" w:w="1108"/>
          </w:tcPr>
          <w:p>
            <w:r/>
            <w:r>
              <w:rPr>
                <w:rFonts w:eastAsia="Hiragino Sans" w:ascii="Hiragino Sans" w:hAnsi="Hiragino Sans"/>
                <w:b w:val="0"/>
                <w:sz w:val="18"/>
              </w:rPr>
              <w:t>42.70</w:t>
            </w:r>
          </w:p>
        </w:tc>
        <w:tc>
          <w:tcPr>
            <w:tcW w:type="dxa" w:w="1108"/>
          </w:tcPr>
          <w:p>
            <w:r/>
            <w:r>
              <w:rPr>
                <w:rFonts w:eastAsia="Hiragino Sans" w:ascii="Hiragino Sans" w:hAnsi="Hiragino Sans"/>
                <w:b w:val="0"/>
                <w:sz w:val="18"/>
              </w:rPr>
              <w:t>100.00</w:t>
            </w:r>
          </w:p>
        </w:tc>
        <w:tc>
          <w:tcPr>
            <w:tcW w:type="dxa" w:w="1108"/>
          </w:tcPr>
          <w:p>
            <w:r/>
            <w:r>
              <w:rPr>
                <w:rFonts w:eastAsia="Hiragino Sans" w:ascii="Hiragino Sans" w:hAnsi="Hiragino Sans"/>
                <w:b w:val="0"/>
                <w:sz w:val="18"/>
              </w:rPr>
              <w:t>—</w:t>
            </w:r>
          </w:p>
        </w:tc>
      </w:tr>
    </w:tbl>
    <w:p>
      <w:pPr>
        <w:spacing w:after="40"/>
      </w:pPr>
    </w:p>
    <w:p>
      <w:pPr>
        <w:pStyle w:val="ListBullet"/>
        <w:ind w:left="240"/>
      </w:pPr>
      <w:r>
        <w:rPr>
          <w:rFonts w:eastAsia="Hiragino Sans" w:ascii="Hiragino Sans" w:hAnsi="Hiragino Sans"/>
          <w:b w:val="0"/>
          <w:sz w:val="20"/>
        </w:rPr>
        <w:t>（注）自己株式815,000株は「個人その他」に8,150単元含めて記載しております。</w:t>
      </w:r>
    </w:p>
    <w:p>
      <w:pPr>
        <w:pStyle w:val="Heading3"/>
      </w:pPr>
      <w:r>
        <w:t>(5) 大株主の状況（2026年3月31日現在）</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氏名又は名称</w:t>
            </w:r>
          </w:p>
        </w:tc>
        <w:tc>
          <w:tcPr>
            <w:tcW w:type="dxa" w:w="2493"/>
            <w:shd w:val="clear" w:fill="24406B"/>
          </w:tcPr>
          <w:p>
            <w:r/>
            <w:r>
              <w:rPr>
                <w:rFonts w:eastAsia="Hiragino Sans" w:ascii="Hiragino Sans" w:hAnsi="Hiragino Sans"/>
                <w:b/>
                <w:color w:val="FFFFFF"/>
                <w:sz w:val="18"/>
              </w:rPr>
              <w:t>住所</w:t>
            </w:r>
          </w:p>
        </w:tc>
        <w:tc>
          <w:tcPr>
            <w:tcW w:type="dxa" w:w="2493"/>
            <w:shd w:val="clear" w:fill="24406B"/>
          </w:tcPr>
          <w:p>
            <w:r/>
            <w:r>
              <w:rPr>
                <w:rFonts w:eastAsia="Hiragino Sans" w:ascii="Hiragino Sans" w:hAnsi="Hiragino Sans"/>
                <w:b/>
                <w:color w:val="FFFFFF"/>
                <w:sz w:val="18"/>
              </w:rPr>
              <w:t>所有株式数(千株)</w:t>
            </w:r>
          </w:p>
        </w:tc>
        <w:tc>
          <w:tcPr>
            <w:tcW w:type="dxa" w:w="2493"/>
            <w:shd w:val="clear" w:fill="24406B"/>
          </w:tcPr>
          <w:p>
            <w:r/>
            <w:r>
              <w:rPr>
                <w:rFonts w:eastAsia="Hiragino Sans" w:ascii="Hiragino Sans" w:hAnsi="Hiragino Sans"/>
                <w:b/>
                <w:color w:val="FFFFFF"/>
                <w:sz w:val="18"/>
              </w:rPr>
              <w:t>発行済株式（自己株式を除く）の総数に対する所有株式数の割合(%)</w:t>
            </w:r>
          </w:p>
        </w:tc>
      </w:tr>
      <w:tr>
        <w:tc>
          <w:tcPr>
            <w:tcW w:type="dxa" w:w="2493"/>
          </w:tcPr>
          <w:p>
            <w:r/>
            <w:r>
              <w:rPr>
                <w:rFonts w:eastAsia="Hiragino Sans" w:ascii="Hiragino Sans" w:hAnsi="Hiragino Sans"/>
                <w:b w:val="0"/>
                <w:sz w:val="18"/>
              </w:rPr>
              <w:t>藤川興産株式会社</w:t>
            </w:r>
          </w:p>
        </w:tc>
        <w:tc>
          <w:tcPr>
            <w:tcW w:type="dxa" w:w="2493"/>
          </w:tcPr>
          <w:p>
            <w:r/>
            <w:r>
              <w:rPr>
                <w:rFonts w:eastAsia="Hiragino Sans" w:ascii="Hiragino Sans" w:hAnsi="Hiragino Sans"/>
                <w:b w:val="0"/>
                <w:sz w:val="18"/>
              </w:rPr>
              <w:t>長野県諏訪市</w:t>
            </w:r>
          </w:p>
        </w:tc>
        <w:tc>
          <w:tcPr>
            <w:tcW w:type="dxa" w:w="2493"/>
          </w:tcPr>
          <w:p>
            <w:r/>
            <w:r>
              <w:rPr>
                <w:rFonts w:eastAsia="Hiragino Sans" w:ascii="Hiragino Sans" w:hAnsi="Hiragino Sans"/>
                <w:b w:val="0"/>
                <w:sz w:val="18"/>
              </w:rPr>
              <w:t>3,150</w:t>
            </w:r>
          </w:p>
        </w:tc>
        <w:tc>
          <w:tcPr>
            <w:tcW w:type="dxa" w:w="2493"/>
          </w:tcPr>
          <w:p>
            <w:r/>
            <w:r>
              <w:rPr>
                <w:rFonts w:eastAsia="Hiragino Sans" w:ascii="Hiragino Sans" w:hAnsi="Hiragino Sans"/>
                <w:b w:val="0"/>
                <w:sz w:val="18"/>
              </w:rPr>
              <w:t>12.51</w:t>
            </w:r>
          </w:p>
        </w:tc>
      </w:tr>
      <w:tr>
        <w:tc>
          <w:tcPr>
            <w:tcW w:type="dxa" w:w="2493"/>
            <w:shd w:val="clear" w:fill="F7F8FA"/>
          </w:tcPr>
          <w:p>
            <w:r/>
            <w:r>
              <w:rPr>
                <w:rFonts w:eastAsia="Hiragino Sans" w:ascii="Hiragino Sans" w:hAnsi="Hiragino Sans"/>
                <w:b w:val="0"/>
                <w:sz w:val="18"/>
              </w:rPr>
              <w:t>サンプル信託銀行株式会社（信託口）</w:t>
            </w:r>
          </w:p>
        </w:tc>
        <w:tc>
          <w:tcPr>
            <w:tcW w:type="dxa" w:w="2493"/>
            <w:shd w:val="clear" w:fill="F7F8FA"/>
          </w:tcPr>
          <w:p>
            <w:r/>
            <w:r>
              <w:rPr>
                <w:rFonts w:eastAsia="Hiragino Sans" w:ascii="Hiragino Sans" w:hAnsi="Hiragino Sans"/>
                <w:b w:val="0"/>
                <w:sz w:val="18"/>
              </w:rPr>
              <w:t>東京都港区</w:t>
            </w:r>
          </w:p>
        </w:tc>
        <w:tc>
          <w:tcPr>
            <w:tcW w:type="dxa" w:w="2493"/>
            <w:shd w:val="clear" w:fill="F7F8FA"/>
          </w:tcPr>
          <w:p>
            <w:r/>
            <w:r>
              <w:rPr>
                <w:rFonts w:eastAsia="Hiragino Sans" w:ascii="Hiragino Sans" w:hAnsi="Hiragino Sans"/>
                <w:b w:val="0"/>
                <w:sz w:val="18"/>
              </w:rPr>
              <w:t>2,470</w:t>
            </w:r>
          </w:p>
        </w:tc>
        <w:tc>
          <w:tcPr>
            <w:tcW w:type="dxa" w:w="2493"/>
            <w:shd w:val="clear" w:fill="F7F8FA"/>
          </w:tcPr>
          <w:p>
            <w:r/>
            <w:r>
              <w:rPr>
                <w:rFonts w:eastAsia="Hiragino Sans" w:ascii="Hiragino Sans" w:hAnsi="Hiragino Sans"/>
                <w:b w:val="0"/>
                <w:sz w:val="18"/>
              </w:rPr>
              <w:t>9.81</w:t>
            </w:r>
          </w:p>
        </w:tc>
      </w:tr>
      <w:tr>
        <w:tc>
          <w:tcPr>
            <w:tcW w:type="dxa" w:w="2493"/>
          </w:tcPr>
          <w:p>
            <w:r/>
            <w:r>
              <w:rPr>
                <w:rFonts w:eastAsia="Hiragino Sans" w:ascii="Hiragino Sans" w:hAnsi="Hiragino Sans"/>
                <w:b w:val="0"/>
                <w:sz w:val="18"/>
              </w:rPr>
              <w:t>株式会社サンプル資産管理銀行（信託口）</w:t>
            </w:r>
          </w:p>
        </w:tc>
        <w:tc>
          <w:tcPr>
            <w:tcW w:type="dxa" w:w="2493"/>
          </w:tcPr>
          <w:p>
            <w:r/>
            <w:r>
              <w:rPr>
                <w:rFonts w:eastAsia="Hiragino Sans" w:ascii="Hiragino Sans" w:hAnsi="Hiragino Sans"/>
                <w:b w:val="0"/>
                <w:sz w:val="18"/>
              </w:rPr>
              <w:t>東京都中央区</w:t>
            </w:r>
          </w:p>
        </w:tc>
        <w:tc>
          <w:tcPr>
            <w:tcW w:type="dxa" w:w="2493"/>
          </w:tcPr>
          <w:p>
            <w:r/>
            <w:r>
              <w:rPr>
                <w:rFonts w:eastAsia="Hiragino Sans" w:ascii="Hiragino Sans" w:hAnsi="Hiragino Sans"/>
                <w:b w:val="0"/>
                <w:sz w:val="18"/>
              </w:rPr>
              <w:t>1,560</w:t>
            </w:r>
          </w:p>
        </w:tc>
        <w:tc>
          <w:tcPr>
            <w:tcW w:type="dxa" w:w="2493"/>
          </w:tcPr>
          <w:p>
            <w:r/>
            <w:r>
              <w:rPr>
                <w:rFonts w:eastAsia="Hiragino Sans" w:ascii="Hiragino Sans" w:hAnsi="Hiragino Sans"/>
                <w:b w:val="0"/>
                <w:sz w:val="18"/>
              </w:rPr>
              <w:t>6.19</w:t>
            </w:r>
          </w:p>
        </w:tc>
      </w:tr>
      <w:tr>
        <w:tc>
          <w:tcPr>
            <w:tcW w:type="dxa" w:w="2493"/>
            <w:shd w:val="clear" w:fill="F7F8FA"/>
          </w:tcPr>
          <w:p>
            <w:r/>
            <w:r>
              <w:rPr>
                <w:rFonts w:eastAsia="Hiragino Sans" w:ascii="Hiragino Sans" w:hAnsi="Hiragino Sans"/>
                <w:b w:val="0"/>
                <w:sz w:val="18"/>
              </w:rPr>
              <w:t>サンプル製造従業員持株会</w:t>
            </w:r>
          </w:p>
        </w:tc>
        <w:tc>
          <w:tcPr>
            <w:tcW w:type="dxa" w:w="2493"/>
            <w:shd w:val="clear" w:fill="F7F8FA"/>
          </w:tcPr>
          <w:p>
            <w:r/>
            <w:r>
              <w:rPr>
                <w:rFonts w:eastAsia="Hiragino Sans" w:ascii="Hiragino Sans" w:hAnsi="Hiragino Sans"/>
                <w:b w:val="0"/>
                <w:sz w:val="18"/>
              </w:rPr>
              <w:t>長野県諏訪市</w:t>
            </w:r>
          </w:p>
        </w:tc>
        <w:tc>
          <w:tcPr>
            <w:tcW w:type="dxa" w:w="2493"/>
            <w:shd w:val="clear" w:fill="F7F8FA"/>
          </w:tcPr>
          <w:p>
            <w:r/>
            <w:r>
              <w:rPr>
                <w:rFonts w:eastAsia="Hiragino Sans" w:ascii="Hiragino Sans" w:hAnsi="Hiragino Sans"/>
                <w:b w:val="0"/>
                <w:sz w:val="18"/>
              </w:rPr>
              <w:t>985</w:t>
            </w:r>
          </w:p>
        </w:tc>
        <w:tc>
          <w:tcPr>
            <w:tcW w:type="dxa" w:w="2493"/>
            <w:shd w:val="clear" w:fill="F7F8FA"/>
          </w:tcPr>
          <w:p>
            <w:r/>
            <w:r>
              <w:rPr>
                <w:rFonts w:eastAsia="Hiragino Sans" w:ascii="Hiragino Sans" w:hAnsi="Hiragino Sans"/>
                <w:b w:val="0"/>
                <w:sz w:val="18"/>
              </w:rPr>
              <w:t>3.91</w:t>
            </w:r>
          </w:p>
        </w:tc>
      </w:tr>
      <w:tr>
        <w:tc>
          <w:tcPr>
            <w:tcW w:type="dxa" w:w="2493"/>
          </w:tcPr>
          <w:p>
            <w:r/>
            <w:r>
              <w:rPr>
                <w:rFonts w:eastAsia="Hiragino Sans" w:ascii="Hiragino Sans" w:hAnsi="Hiragino Sans"/>
                <w:b w:val="0"/>
                <w:sz w:val="18"/>
              </w:rPr>
              <w:t>藤川 誠一郎</w:t>
            </w:r>
          </w:p>
        </w:tc>
        <w:tc>
          <w:tcPr>
            <w:tcW w:type="dxa" w:w="2493"/>
          </w:tcPr>
          <w:p>
            <w:r/>
            <w:r>
              <w:rPr>
                <w:rFonts w:eastAsia="Hiragino Sans" w:ascii="Hiragino Sans" w:hAnsi="Hiragino Sans"/>
                <w:b w:val="0"/>
                <w:sz w:val="18"/>
              </w:rPr>
              <w:t>長野県諏訪市</w:t>
            </w:r>
          </w:p>
        </w:tc>
        <w:tc>
          <w:tcPr>
            <w:tcW w:type="dxa" w:w="2493"/>
          </w:tcPr>
          <w:p>
            <w:r/>
            <w:r>
              <w:rPr>
                <w:rFonts w:eastAsia="Hiragino Sans" w:ascii="Hiragino Sans" w:hAnsi="Hiragino Sans"/>
                <w:b w:val="0"/>
                <w:sz w:val="18"/>
              </w:rPr>
              <w:t>905</w:t>
            </w:r>
          </w:p>
        </w:tc>
        <w:tc>
          <w:tcPr>
            <w:tcW w:type="dxa" w:w="2493"/>
          </w:tcPr>
          <w:p>
            <w:r/>
            <w:r>
              <w:rPr>
                <w:rFonts w:eastAsia="Hiragino Sans" w:ascii="Hiragino Sans" w:hAnsi="Hiragino Sans"/>
                <w:b w:val="0"/>
                <w:sz w:val="18"/>
              </w:rPr>
              <w:t>3.59</w:t>
            </w:r>
          </w:p>
        </w:tc>
      </w:tr>
      <w:tr>
        <w:tc>
          <w:tcPr>
            <w:tcW w:type="dxa" w:w="2493"/>
            <w:shd w:val="clear" w:fill="F7F8FA"/>
          </w:tcPr>
          <w:p>
            <w:r/>
            <w:r>
              <w:rPr>
                <w:rFonts w:eastAsia="Hiragino Sans" w:ascii="Hiragino Sans" w:hAnsi="Hiragino Sans"/>
                <w:b w:val="0"/>
                <w:sz w:val="18"/>
              </w:rPr>
              <w:t>株式会社アルプス中央銀行</w:t>
            </w:r>
          </w:p>
        </w:tc>
        <w:tc>
          <w:tcPr>
            <w:tcW w:type="dxa" w:w="2493"/>
            <w:shd w:val="clear" w:fill="F7F8FA"/>
          </w:tcPr>
          <w:p>
            <w:r/>
            <w:r>
              <w:rPr>
                <w:rFonts w:eastAsia="Hiragino Sans" w:ascii="Hiragino Sans" w:hAnsi="Hiragino Sans"/>
                <w:b w:val="0"/>
                <w:sz w:val="18"/>
              </w:rPr>
              <w:t>長野県松本市</w:t>
            </w:r>
          </w:p>
        </w:tc>
        <w:tc>
          <w:tcPr>
            <w:tcW w:type="dxa" w:w="2493"/>
            <w:shd w:val="clear" w:fill="F7F8FA"/>
          </w:tcPr>
          <w:p>
            <w:r/>
            <w:r>
              <w:rPr>
                <w:rFonts w:eastAsia="Hiragino Sans" w:ascii="Hiragino Sans" w:hAnsi="Hiragino Sans"/>
                <w:b w:val="0"/>
                <w:sz w:val="18"/>
              </w:rPr>
              <w:t>810</w:t>
            </w:r>
          </w:p>
        </w:tc>
        <w:tc>
          <w:tcPr>
            <w:tcW w:type="dxa" w:w="2493"/>
            <w:shd w:val="clear" w:fill="F7F8FA"/>
          </w:tcPr>
          <w:p>
            <w:r/>
            <w:r>
              <w:rPr>
                <w:rFonts w:eastAsia="Hiragino Sans" w:ascii="Hiragino Sans" w:hAnsi="Hiragino Sans"/>
                <w:b w:val="0"/>
                <w:sz w:val="18"/>
              </w:rPr>
              <w:t>3.22</w:t>
            </w:r>
          </w:p>
        </w:tc>
      </w:tr>
      <w:tr>
        <w:tc>
          <w:tcPr>
            <w:tcW w:type="dxa" w:w="2493"/>
          </w:tcPr>
          <w:p>
            <w:r/>
            <w:r>
              <w:rPr>
                <w:rFonts w:eastAsia="Hiragino Sans" w:ascii="Hiragino Sans" w:hAnsi="Hiragino Sans"/>
                <w:b w:val="0"/>
                <w:sz w:val="18"/>
              </w:rPr>
              <w:t>東都火災海上保険株式会社</w:t>
            </w:r>
          </w:p>
        </w:tc>
        <w:tc>
          <w:tcPr>
            <w:tcW w:type="dxa" w:w="2493"/>
          </w:tcPr>
          <w:p>
            <w:r/>
            <w:r>
              <w:rPr>
                <w:rFonts w:eastAsia="Hiragino Sans" w:ascii="Hiragino Sans" w:hAnsi="Hiragino Sans"/>
                <w:b w:val="0"/>
                <w:sz w:val="18"/>
              </w:rPr>
              <w:t>東京都千代田区</w:t>
            </w:r>
          </w:p>
        </w:tc>
        <w:tc>
          <w:tcPr>
            <w:tcW w:type="dxa" w:w="2493"/>
          </w:tcPr>
          <w:p>
            <w:r/>
            <w:r>
              <w:rPr>
                <w:rFonts w:eastAsia="Hiragino Sans" w:ascii="Hiragino Sans" w:hAnsi="Hiragino Sans"/>
                <w:b w:val="0"/>
                <w:sz w:val="18"/>
              </w:rPr>
              <w:t>705</w:t>
            </w:r>
          </w:p>
        </w:tc>
        <w:tc>
          <w:tcPr>
            <w:tcW w:type="dxa" w:w="2493"/>
          </w:tcPr>
          <w:p>
            <w:r/>
            <w:r>
              <w:rPr>
                <w:rFonts w:eastAsia="Hiragino Sans" w:ascii="Hiragino Sans" w:hAnsi="Hiragino Sans"/>
                <w:b w:val="0"/>
                <w:sz w:val="18"/>
              </w:rPr>
              <w:t>2.80</w:t>
            </w:r>
          </w:p>
        </w:tc>
      </w:tr>
      <w:tr>
        <w:tc>
          <w:tcPr>
            <w:tcW w:type="dxa" w:w="2493"/>
            <w:shd w:val="clear" w:fill="F7F8FA"/>
          </w:tcPr>
          <w:p>
            <w:r/>
            <w:r>
              <w:rPr>
                <w:rFonts w:eastAsia="Hiragino Sans" w:ascii="Hiragino Sans" w:hAnsi="Hiragino Sans"/>
                <w:b w:val="0"/>
                <w:sz w:val="18"/>
              </w:rPr>
              <w:t>サンプル製造取引先持株会</w:t>
            </w:r>
          </w:p>
        </w:tc>
        <w:tc>
          <w:tcPr>
            <w:tcW w:type="dxa" w:w="2493"/>
            <w:shd w:val="clear" w:fill="F7F8FA"/>
          </w:tcPr>
          <w:p>
            <w:r/>
            <w:r>
              <w:rPr>
                <w:rFonts w:eastAsia="Hiragino Sans" w:ascii="Hiragino Sans" w:hAnsi="Hiragino Sans"/>
                <w:b w:val="0"/>
                <w:sz w:val="18"/>
              </w:rPr>
              <w:t>長野県諏訪市</w:t>
            </w:r>
          </w:p>
        </w:tc>
        <w:tc>
          <w:tcPr>
            <w:tcW w:type="dxa" w:w="2493"/>
            <w:shd w:val="clear" w:fill="F7F8FA"/>
          </w:tcPr>
          <w:p>
            <w:r/>
            <w:r>
              <w:rPr>
                <w:rFonts w:eastAsia="Hiragino Sans" w:ascii="Hiragino Sans" w:hAnsi="Hiragino Sans"/>
                <w:b w:val="0"/>
                <w:sz w:val="18"/>
              </w:rPr>
              <w:t>630</w:t>
            </w:r>
          </w:p>
        </w:tc>
        <w:tc>
          <w:tcPr>
            <w:tcW w:type="dxa" w:w="2493"/>
            <w:shd w:val="clear" w:fill="F7F8FA"/>
          </w:tcPr>
          <w:p>
            <w:r/>
            <w:r>
              <w:rPr>
                <w:rFonts w:eastAsia="Hiragino Sans" w:ascii="Hiragino Sans" w:hAnsi="Hiragino Sans"/>
                <w:b w:val="0"/>
                <w:sz w:val="18"/>
              </w:rPr>
              <w:t>2.50</w:t>
            </w:r>
          </w:p>
        </w:tc>
      </w:tr>
      <w:tr>
        <w:tc>
          <w:tcPr>
            <w:tcW w:type="dxa" w:w="2493"/>
          </w:tcPr>
          <w:p>
            <w:r/>
            <w:r>
              <w:rPr>
                <w:rFonts w:eastAsia="Hiragino Sans" w:ascii="Hiragino Sans" w:hAnsi="Hiragino Sans"/>
                <w:b w:val="0"/>
                <w:sz w:val="18"/>
              </w:rPr>
              <w:t>NORTHBRIDGE GLOBAL FUND（常任代理人 株式会社東都銀行）</w:t>
            </w:r>
          </w:p>
        </w:tc>
        <w:tc>
          <w:tcPr>
            <w:tcW w:type="dxa" w:w="2493"/>
          </w:tcPr>
          <w:p>
            <w:r/>
            <w:r>
              <w:rPr>
                <w:rFonts w:eastAsia="Hiragino Sans" w:ascii="Hiragino Sans" w:hAnsi="Hiragino Sans"/>
                <w:b w:val="0"/>
                <w:sz w:val="18"/>
              </w:rPr>
              <w:t>米国ボストン（東京都中央区）</w:t>
            </w:r>
          </w:p>
        </w:tc>
        <w:tc>
          <w:tcPr>
            <w:tcW w:type="dxa" w:w="2493"/>
          </w:tcPr>
          <w:p>
            <w:r/>
            <w:r>
              <w:rPr>
                <w:rFonts w:eastAsia="Hiragino Sans" w:ascii="Hiragino Sans" w:hAnsi="Hiragino Sans"/>
                <w:b w:val="0"/>
                <w:sz w:val="18"/>
              </w:rPr>
              <w:t>520</w:t>
            </w:r>
          </w:p>
        </w:tc>
        <w:tc>
          <w:tcPr>
            <w:tcW w:type="dxa" w:w="2493"/>
          </w:tcPr>
          <w:p>
            <w:r/>
            <w:r>
              <w:rPr>
                <w:rFonts w:eastAsia="Hiragino Sans" w:ascii="Hiragino Sans" w:hAnsi="Hiragino Sans"/>
                <w:b w:val="0"/>
                <w:sz w:val="18"/>
              </w:rPr>
              <w:t>2.06</w:t>
            </w:r>
          </w:p>
        </w:tc>
      </w:tr>
      <w:tr>
        <w:tc>
          <w:tcPr>
            <w:tcW w:type="dxa" w:w="2493"/>
            <w:shd w:val="clear" w:fill="F7F8FA"/>
          </w:tcPr>
          <w:p>
            <w:r/>
            <w:r>
              <w:rPr>
                <w:rFonts w:eastAsia="Hiragino Sans" w:ascii="Hiragino Sans" w:hAnsi="Hiragino Sans"/>
                <w:b w:val="0"/>
                <w:sz w:val="18"/>
              </w:rPr>
              <w:t>信栄精密工業株式会社</w:t>
            </w:r>
          </w:p>
        </w:tc>
        <w:tc>
          <w:tcPr>
            <w:tcW w:type="dxa" w:w="2493"/>
            <w:shd w:val="clear" w:fill="F7F8FA"/>
          </w:tcPr>
          <w:p>
            <w:r/>
            <w:r>
              <w:rPr>
                <w:rFonts w:eastAsia="Hiragino Sans" w:ascii="Hiragino Sans" w:hAnsi="Hiragino Sans"/>
                <w:b w:val="0"/>
                <w:sz w:val="18"/>
              </w:rPr>
              <w:t>長野県茅野市</w:t>
            </w:r>
          </w:p>
        </w:tc>
        <w:tc>
          <w:tcPr>
            <w:tcW w:type="dxa" w:w="2493"/>
            <w:shd w:val="clear" w:fill="F7F8FA"/>
          </w:tcPr>
          <w:p>
            <w:r/>
            <w:r>
              <w:rPr>
                <w:rFonts w:eastAsia="Hiragino Sans" w:ascii="Hiragino Sans" w:hAnsi="Hiragino Sans"/>
                <w:b w:val="0"/>
                <w:sz w:val="18"/>
              </w:rPr>
              <w:t>505</w:t>
            </w:r>
          </w:p>
        </w:tc>
        <w:tc>
          <w:tcPr>
            <w:tcW w:type="dxa" w:w="2493"/>
            <w:shd w:val="clear" w:fill="F7F8FA"/>
          </w:tcPr>
          <w:p>
            <w:r/>
            <w:r>
              <w:rPr>
                <w:rFonts w:eastAsia="Hiragino Sans" w:ascii="Hiragino Sans" w:hAnsi="Hiragino Sans"/>
                <w:b w:val="0"/>
                <w:sz w:val="18"/>
              </w:rPr>
              <w:t>2.01</w:t>
            </w:r>
          </w:p>
        </w:tc>
      </w:tr>
      <w:tr>
        <w:tc>
          <w:tcPr>
            <w:tcW w:type="dxa" w:w="2493"/>
          </w:tcPr>
          <w:p>
            <w:r/>
            <w:r>
              <w:rPr>
                <w:rFonts w:eastAsia="Hiragino Sans" w:ascii="Hiragino Sans" w:hAnsi="Hiragino Sans"/>
                <w:b w:val="0"/>
                <w:sz w:val="18"/>
              </w:rPr>
              <w:t>計</w:t>
            </w:r>
          </w:p>
        </w:tc>
        <w:tc>
          <w:tcPr>
            <w:tcW w:type="dxa" w:w="2493"/>
          </w:tcPr>
          <w:p>
            <w:r/>
            <w:r>
              <w:rPr>
                <w:rFonts w:eastAsia="Hiragino Sans" w:ascii="Hiragino Sans" w:hAnsi="Hiragino Sans"/>
                <w:b w:val="0"/>
                <w:sz w:val="18"/>
              </w:rPr>
              <w:t>—</w:t>
            </w:r>
          </w:p>
        </w:tc>
        <w:tc>
          <w:tcPr>
            <w:tcW w:type="dxa" w:w="2493"/>
          </w:tcPr>
          <w:p>
            <w:r/>
            <w:r>
              <w:rPr>
                <w:rFonts w:eastAsia="Hiragino Sans" w:ascii="Hiragino Sans" w:hAnsi="Hiragino Sans"/>
                <w:b w:val="0"/>
                <w:sz w:val="18"/>
              </w:rPr>
              <w:t>12,240</w:t>
            </w:r>
          </w:p>
        </w:tc>
        <w:tc>
          <w:tcPr>
            <w:tcW w:type="dxa" w:w="2493"/>
          </w:tcPr>
          <w:p>
            <w:r/>
            <w:r>
              <w:rPr>
                <w:rFonts w:eastAsia="Hiragino Sans" w:ascii="Hiragino Sans" w:hAnsi="Hiragino Sans"/>
                <w:b w:val="0"/>
                <w:sz w:val="18"/>
              </w:rPr>
              <w:t>48.60</w:t>
            </w:r>
          </w:p>
        </w:tc>
      </w:tr>
    </w:tbl>
    <w:p>
      <w:pPr>
        <w:spacing w:after="40"/>
      </w:pPr>
    </w:p>
    <w:p>
      <w:pPr>
        <w:pStyle w:val="ListBullet"/>
        <w:ind w:left="240"/>
      </w:pPr>
      <w:r>
        <w:rPr>
          <w:rFonts w:eastAsia="Hiragino Sans" w:ascii="Hiragino Sans" w:hAnsi="Hiragino Sans"/>
          <w:b w:val="0"/>
          <w:sz w:val="20"/>
        </w:rPr>
        <w:t>（注）1. 藤川興産株式会社は、当社代表取締役社長藤川誠一郎の資産管理会社であります。</w:t>
      </w:r>
    </w:p>
    <w:p>
      <w:pPr>
        <w:pStyle w:val="ListBullet"/>
        <w:ind w:left="240"/>
      </w:pPr>
      <w:r>
        <w:rPr>
          <w:rFonts w:eastAsia="Hiragino Sans" w:ascii="Hiragino Sans" w:hAnsi="Hiragino Sans"/>
          <w:b w:val="0"/>
          <w:sz w:val="20"/>
        </w:rPr>
        <w:t>（注）2. 信栄精密工業株式会社が所有する当社株式505千株は、同社が当社の持分法適用関連会社（当社の議決権所有割合35%）であるため、会社法第308条第1項の規定により議決権を有しておりません。</w:t>
      </w:r>
    </w:p>
    <w:p>
      <w:pPr>
        <w:pStyle w:val="Heading3"/>
      </w:pPr>
      <w:r>
        <w:t>(6) 議決権の状況（2026年3月31日現在）</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区分</w:t>
            </w:r>
          </w:p>
        </w:tc>
        <w:tc>
          <w:tcPr>
            <w:tcW w:type="dxa" w:w="2493"/>
            <w:shd w:val="clear" w:fill="24406B"/>
          </w:tcPr>
          <w:p>
            <w:r/>
            <w:r>
              <w:rPr>
                <w:rFonts w:eastAsia="Hiragino Sans" w:ascii="Hiragino Sans" w:hAnsi="Hiragino Sans"/>
                <w:b/>
                <w:color w:val="FFFFFF"/>
                <w:sz w:val="18"/>
              </w:rPr>
              <w:t>株式数(株)</w:t>
            </w:r>
          </w:p>
        </w:tc>
        <w:tc>
          <w:tcPr>
            <w:tcW w:type="dxa" w:w="2493"/>
            <w:shd w:val="clear" w:fill="24406B"/>
          </w:tcPr>
          <w:p>
            <w:r/>
            <w:r>
              <w:rPr>
                <w:rFonts w:eastAsia="Hiragino Sans" w:ascii="Hiragino Sans" w:hAnsi="Hiragino Sans"/>
                <w:b/>
                <w:color w:val="FFFFFF"/>
                <w:sz w:val="18"/>
              </w:rPr>
              <w:t>議決権の数(個)</w:t>
            </w:r>
          </w:p>
        </w:tc>
        <w:tc>
          <w:tcPr>
            <w:tcW w:type="dxa" w:w="2493"/>
            <w:shd w:val="clear" w:fill="24406B"/>
          </w:tcPr>
          <w:p>
            <w:r/>
            <w:r>
              <w:rPr>
                <w:rFonts w:eastAsia="Hiragino Sans" w:ascii="Hiragino Sans" w:hAnsi="Hiragino Sans"/>
                <w:b/>
                <w:color w:val="FFFFFF"/>
                <w:sz w:val="18"/>
              </w:rPr>
              <w:t>内容</w:t>
            </w:r>
          </w:p>
        </w:tc>
      </w:tr>
      <w:tr>
        <w:tc>
          <w:tcPr>
            <w:tcW w:type="dxa" w:w="2493"/>
          </w:tcPr>
          <w:p>
            <w:r/>
            <w:r>
              <w:rPr>
                <w:rFonts w:eastAsia="Hiragino Sans" w:ascii="Hiragino Sans" w:hAnsi="Hiragino Sans"/>
                <w:b w:val="0"/>
                <w:sz w:val="18"/>
              </w:rPr>
              <w:t>無議決権株式</w:t>
            </w:r>
          </w:p>
        </w:tc>
        <w:tc>
          <w:tcPr>
            <w:tcW w:type="dxa" w:w="2493"/>
          </w:tcPr>
          <w:p>
            <w:r/>
            <w:r>
              <w:rPr>
                <w:rFonts w:eastAsia="Hiragino Sans" w:ascii="Hiragino Sans" w:hAnsi="Hiragino Sans"/>
                <w:b w:val="0"/>
                <w:sz w:val="18"/>
              </w:rPr>
              <w:t>—</w:t>
            </w:r>
          </w:p>
        </w:tc>
        <w:tc>
          <w:tcPr>
            <w:tcW w:type="dxa" w:w="2493"/>
          </w:tcPr>
          <w:p>
            <w:r/>
            <w:r>
              <w:rPr>
                <w:rFonts w:eastAsia="Hiragino Sans" w:ascii="Hiragino Sans" w:hAnsi="Hiragino Sans"/>
                <w:b w:val="0"/>
                <w:sz w:val="18"/>
              </w:rPr>
              <w:t>—</w:t>
            </w:r>
          </w:p>
        </w:tc>
        <w:tc>
          <w:tcPr>
            <w:tcW w:type="dxa" w:w="2493"/>
          </w:tcPr>
          <w:p>
            <w:r/>
            <w:r>
              <w:rPr>
                <w:rFonts w:eastAsia="Hiragino Sans" w:ascii="Hiragino Sans" w:hAnsi="Hiragino Sans"/>
                <w:b w:val="0"/>
                <w:sz w:val="18"/>
              </w:rPr>
              <w:t>—</w:t>
            </w:r>
          </w:p>
        </w:tc>
      </w:tr>
      <w:tr>
        <w:tc>
          <w:tcPr>
            <w:tcW w:type="dxa" w:w="2493"/>
            <w:shd w:val="clear" w:fill="F7F8FA"/>
          </w:tcPr>
          <w:p>
            <w:r/>
            <w:r>
              <w:rPr>
                <w:rFonts w:eastAsia="Hiragino Sans" w:ascii="Hiragino Sans" w:hAnsi="Hiragino Sans"/>
                <w:b w:val="0"/>
                <w:sz w:val="18"/>
              </w:rPr>
              <w:t>議決権制限株式</w:t>
            </w:r>
          </w:p>
        </w:tc>
        <w:tc>
          <w:tcPr>
            <w:tcW w:type="dxa" w:w="2493"/>
            <w:shd w:val="clear" w:fill="F7F8FA"/>
          </w:tcPr>
          <w:p>
            <w:r/>
            <w:r>
              <w:rPr>
                <w:rFonts w:eastAsia="Hiragino Sans" w:ascii="Hiragino Sans" w:hAnsi="Hiragino Sans"/>
                <w:b w:val="0"/>
                <w:sz w:val="18"/>
              </w:rPr>
              <w:t>—</w:t>
            </w:r>
          </w:p>
        </w:tc>
        <w:tc>
          <w:tcPr>
            <w:tcW w:type="dxa" w:w="2493"/>
            <w:shd w:val="clear" w:fill="F7F8FA"/>
          </w:tcPr>
          <w:p>
            <w:r/>
            <w:r>
              <w:rPr>
                <w:rFonts w:eastAsia="Hiragino Sans" w:ascii="Hiragino Sans" w:hAnsi="Hiragino Sans"/>
                <w:b w:val="0"/>
                <w:sz w:val="18"/>
              </w:rPr>
              <w:t>—</w:t>
            </w:r>
          </w:p>
        </w:tc>
        <w:tc>
          <w:tcPr>
            <w:tcW w:type="dxa" w:w="2493"/>
            <w:shd w:val="clear" w:fill="F7F8FA"/>
          </w:tcPr>
          <w:p>
            <w:r/>
            <w:r>
              <w:rPr>
                <w:rFonts w:eastAsia="Hiragino Sans" w:ascii="Hiragino Sans" w:hAnsi="Hiragino Sans"/>
                <w:b w:val="0"/>
                <w:sz w:val="18"/>
              </w:rPr>
              <w:t>—</w:t>
            </w:r>
          </w:p>
        </w:tc>
      </w:tr>
      <w:tr>
        <w:tc>
          <w:tcPr>
            <w:tcW w:type="dxa" w:w="2493"/>
          </w:tcPr>
          <w:p>
            <w:r/>
            <w:r>
              <w:rPr>
                <w:rFonts w:eastAsia="Hiragino Sans" w:ascii="Hiragino Sans" w:hAnsi="Hiragino Sans"/>
                <w:b w:val="0"/>
                <w:sz w:val="18"/>
              </w:rPr>
              <w:t>完全議決権株式（自己株式等）</w:t>
            </w:r>
          </w:p>
        </w:tc>
        <w:tc>
          <w:tcPr>
            <w:tcW w:type="dxa" w:w="2493"/>
          </w:tcPr>
          <w:p>
            <w:r/>
            <w:r>
              <w:rPr>
                <w:rFonts w:eastAsia="Hiragino Sans" w:ascii="Hiragino Sans" w:hAnsi="Hiragino Sans"/>
                <w:b w:val="0"/>
                <w:sz w:val="18"/>
              </w:rPr>
              <w:t>普通株式 1,320,000</w:t>
            </w:r>
          </w:p>
        </w:tc>
        <w:tc>
          <w:tcPr>
            <w:tcW w:type="dxa" w:w="2493"/>
          </w:tcPr>
          <w:p>
            <w:r/>
            <w:r>
              <w:rPr>
                <w:rFonts w:eastAsia="Hiragino Sans" w:ascii="Hiragino Sans" w:hAnsi="Hiragino Sans"/>
                <w:b w:val="0"/>
                <w:sz w:val="18"/>
              </w:rPr>
              <w:t>—</w:t>
            </w:r>
          </w:p>
        </w:tc>
        <w:tc>
          <w:tcPr>
            <w:tcW w:type="dxa" w:w="2493"/>
          </w:tcPr>
          <w:p>
            <w:r/>
            <w:r>
              <w:rPr>
                <w:rFonts w:eastAsia="Hiragino Sans" w:ascii="Hiragino Sans" w:hAnsi="Hiragino Sans"/>
                <w:b w:val="0"/>
                <w:sz w:val="18"/>
              </w:rPr>
              <w:t>単元株式数 100株</w:t>
            </w:r>
          </w:p>
        </w:tc>
      </w:tr>
      <w:tr>
        <w:tc>
          <w:tcPr>
            <w:tcW w:type="dxa" w:w="2493"/>
            <w:shd w:val="clear" w:fill="F7F8FA"/>
          </w:tcPr>
          <w:p>
            <w:r/>
            <w:r>
              <w:rPr>
                <w:rFonts w:eastAsia="Hiragino Sans" w:ascii="Hiragino Sans" w:hAnsi="Hiragino Sans"/>
                <w:b w:val="0"/>
                <w:sz w:val="18"/>
              </w:rPr>
              <w:t>完全議決権株式（その他）</w:t>
            </w:r>
          </w:p>
        </w:tc>
        <w:tc>
          <w:tcPr>
            <w:tcW w:type="dxa" w:w="2493"/>
            <w:shd w:val="clear" w:fill="F7F8FA"/>
          </w:tcPr>
          <w:p>
            <w:r/>
            <w:r>
              <w:rPr>
                <w:rFonts w:eastAsia="Hiragino Sans" w:ascii="Hiragino Sans" w:hAnsi="Hiragino Sans"/>
                <w:b w:val="0"/>
                <w:sz w:val="18"/>
              </w:rPr>
              <w:t>普通株式 24,595,300</w:t>
            </w:r>
          </w:p>
        </w:tc>
        <w:tc>
          <w:tcPr>
            <w:tcW w:type="dxa" w:w="2493"/>
            <w:shd w:val="clear" w:fill="F7F8FA"/>
          </w:tcPr>
          <w:p>
            <w:r/>
            <w:r>
              <w:rPr>
                <w:rFonts w:eastAsia="Hiragino Sans" w:ascii="Hiragino Sans" w:hAnsi="Hiragino Sans"/>
                <w:b w:val="0"/>
                <w:sz w:val="18"/>
              </w:rPr>
              <w:t>245,953</w:t>
            </w:r>
          </w:p>
        </w:tc>
        <w:tc>
          <w:tcPr>
            <w:tcW w:type="dxa" w:w="2493"/>
            <w:shd w:val="clear" w:fill="F7F8FA"/>
          </w:tcPr>
          <w:p>
            <w:r/>
            <w:r>
              <w:rPr>
                <w:rFonts w:eastAsia="Hiragino Sans" w:ascii="Hiragino Sans" w:hAnsi="Hiragino Sans"/>
                <w:b w:val="0"/>
                <w:sz w:val="18"/>
              </w:rPr>
              <w:t>同上</w:t>
            </w:r>
          </w:p>
        </w:tc>
      </w:tr>
      <w:tr>
        <w:tc>
          <w:tcPr>
            <w:tcW w:type="dxa" w:w="2493"/>
          </w:tcPr>
          <w:p>
            <w:r/>
            <w:r>
              <w:rPr>
                <w:rFonts w:eastAsia="Hiragino Sans" w:ascii="Hiragino Sans" w:hAnsi="Hiragino Sans"/>
                <w:b w:val="0"/>
                <w:sz w:val="18"/>
              </w:rPr>
              <w:t>単元未満株式</w:t>
            </w:r>
          </w:p>
        </w:tc>
        <w:tc>
          <w:tcPr>
            <w:tcW w:type="dxa" w:w="2493"/>
          </w:tcPr>
          <w:p>
            <w:r/>
            <w:r>
              <w:rPr>
                <w:rFonts w:eastAsia="Hiragino Sans" w:ascii="Hiragino Sans" w:hAnsi="Hiragino Sans"/>
                <w:b w:val="0"/>
                <w:sz w:val="18"/>
              </w:rPr>
              <w:t>普通株式 84,700</w:t>
            </w:r>
          </w:p>
        </w:tc>
        <w:tc>
          <w:tcPr>
            <w:tcW w:type="dxa" w:w="2493"/>
          </w:tcPr>
          <w:p>
            <w:r/>
            <w:r>
              <w:rPr>
                <w:rFonts w:eastAsia="Hiragino Sans" w:ascii="Hiragino Sans" w:hAnsi="Hiragino Sans"/>
                <w:b w:val="0"/>
                <w:sz w:val="18"/>
              </w:rPr>
              <w:t>—</w:t>
            </w:r>
          </w:p>
        </w:tc>
        <w:tc>
          <w:tcPr>
            <w:tcW w:type="dxa" w:w="2493"/>
          </w:tcPr>
          <w:p>
            <w:r/>
            <w:r>
              <w:rPr>
                <w:rFonts w:eastAsia="Hiragino Sans" w:ascii="Hiragino Sans" w:hAnsi="Hiragino Sans"/>
                <w:b w:val="0"/>
                <w:sz w:val="18"/>
              </w:rPr>
              <w:t>—</w:t>
            </w:r>
          </w:p>
        </w:tc>
      </w:tr>
      <w:tr>
        <w:tc>
          <w:tcPr>
            <w:tcW w:type="dxa" w:w="2493"/>
            <w:shd w:val="clear" w:fill="F7F8FA"/>
          </w:tcPr>
          <w:p>
            <w:r/>
            <w:r>
              <w:rPr>
                <w:rFonts w:eastAsia="Hiragino Sans" w:ascii="Hiragino Sans" w:hAnsi="Hiragino Sans"/>
                <w:b w:val="0"/>
                <w:sz w:val="18"/>
              </w:rPr>
              <w:t>発行済株式総数</w:t>
            </w:r>
          </w:p>
        </w:tc>
        <w:tc>
          <w:tcPr>
            <w:tcW w:type="dxa" w:w="2493"/>
            <w:shd w:val="clear" w:fill="F7F8FA"/>
          </w:tcPr>
          <w:p>
            <w:r/>
            <w:r>
              <w:rPr>
                <w:rFonts w:eastAsia="Hiragino Sans" w:ascii="Hiragino Sans" w:hAnsi="Hiragino Sans"/>
                <w:b w:val="0"/>
                <w:sz w:val="18"/>
              </w:rPr>
              <w:t>26,000,000</w:t>
            </w:r>
          </w:p>
        </w:tc>
        <w:tc>
          <w:tcPr>
            <w:tcW w:type="dxa" w:w="2493"/>
            <w:shd w:val="clear" w:fill="F7F8FA"/>
          </w:tcPr>
          <w:p>
            <w:r/>
            <w:r>
              <w:rPr>
                <w:rFonts w:eastAsia="Hiragino Sans" w:ascii="Hiragino Sans" w:hAnsi="Hiragino Sans"/>
                <w:b w:val="0"/>
                <w:sz w:val="18"/>
              </w:rPr>
              <w:t>—</w:t>
            </w:r>
          </w:p>
        </w:tc>
        <w:tc>
          <w:tcPr>
            <w:tcW w:type="dxa" w:w="2493"/>
            <w:shd w:val="clear" w:fill="F7F8FA"/>
          </w:tcPr>
          <w:p>
            <w:r/>
            <w:r>
              <w:rPr>
                <w:rFonts w:eastAsia="Hiragino Sans" w:ascii="Hiragino Sans" w:hAnsi="Hiragino Sans"/>
                <w:b w:val="0"/>
                <w:sz w:val="18"/>
              </w:rPr>
              <w:t>—</w:t>
            </w:r>
          </w:p>
        </w:tc>
      </w:tr>
      <w:tr>
        <w:tc>
          <w:tcPr>
            <w:tcW w:type="dxa" w:w="2493"/>
          </w:tcPr>
          <w:p>
            <w:r/>
            <w:r>
              <w:rPr>
                <w:rFonts w:eastAsia="Hiragino Sans" w:ascii="Hiragino Sans" w:hAnsi="Hiragino Sans"/>
                <w:b w:val="0"/>
                <w:sz w:val="18"/>
              </w:rPr>
              <w:t>総株主の議決権</w:t>
            </w:r>
          </w:p>
        </w:tc>
        <w:tc>
          <w:tcPr>
            <w:tcW w:type="dxa" w:w="2493"/>
          </w:tcPr>
          <w:p>
            <w:r/>
            <w:r>
              <w:rPr>
                <w:rFonts w:eastAsia="Hiragino Sans" w:ascii="Hiragino Sans" w:hAnsi="Hiragino Sans"/>
                <w:b w:val="0"/>
                <w:sz w:val="18"/>
              </w:rPr>
              <w:t>—</w:t>
            </w:r>
          </w:p>
        </w:tc>
        <w:tc>
          <w:tcPr>
            <w:tcW w:type="dxa" w:w="2493"/>
          </w:tcPr>
          <w:p>
            <w:r/>
            <w:r>
              <w:rPr>
                <w:rFonts w:eastAsia="Hiragino Sans" w:ascii="Hiragino Sans" w:hAnsi="Hiragino Sans"/>
                <w:b w:val="0"/>
                <w:sz w:val="18"/>
              </w:rPr>
              <w:t>245,953</w:t>
            </w:r>
          </w:p>
        </w:tc>
        <w:tc>
          <w:tcPr>
            <w:tcW w:type="dxa" w:w="2493"/>
          </w:tcPr>
          <w:p>
            <w:r/>
            <w:r>
              <w:rPr>
                <w:rFonts w:eastAsia="Hiragino Sans" w:ascii="Hiragino Sans" w:hAnsi="Hiragino Sans"/>
                <w:b w:val="0"/>
                <w:sz w:val="18"/>
              </w:rPr>
              <w:t>—</w:t>
            </w:r>
          </w:p>
        </w:tc>
      </w:tr>
    </w:tbl>
    <w:p>
      <w:pPr>
        <w:spacing w:after="40"/>
      </w:pPr>
    </w:p>
    <w:p>
      <w:pPr>
        <w:pStyle w:val="ListBullet"/>
        <w:ind w:left="240"/>
      </w:pPr>
      <w:r>
        <w:rPr>
          <w:rFonts w:eastAsia="Hiragino Sans" w:ascii="Hiragino Sans" w:hAnsi="Hiragino Sans"/>
          <w:b w:val="0"/>
          <w:sz w:val="20"/>
        </w:rPr>
        <w:t>（注）「完全議決権株式（自己株式等）」は、自己保有株式815,000株及び相互保有株式505,000株（信栄精密工業株式会社所有。当社が同社の議決権の25%以上（35%）を所有しているため、会社法第308条第1項及び会社法施行規則第67条の規定により議決権を有しない株式）であります。</w:t>
      </w:r>
    </w:p>
    <w:p>
      <w:pPr>
        <w:pStyle w:val="Heading2"/>
      </w:pPr>
      <w:r>
        <w:t>2【自己株式の取得等の状況】</w:t>
      </w:r>
    </w:p>
    <w:p>
      <w:pPr>
        <w:pStyle w:val="Heading3"/>
      </w:pPr>
      <w:r>
        <w:t>(1) 株主総会決議又は取締役会決議による取得の状況</w:t>
      </w:r>
    </w:p>
    <w:p>
      <w:pPr>
        <w:spacing w:after="80"/>
      </w:pPr>
      <w:r>
        <w:rPr>
          <w:rFonts w:eastAsia="Hiragino Sans" w:ascii="Hiragino Sans" w:hAnsi="Hiragino Sans"/>
          <w:b w:val="0"/>
          <w:i w:val="0"/>
        </w:rPr>
        <w:t>2025年5月14日開催の取締役会において、会社法第165条第3項の規定により読み替えて適用される同法第156条の規定に基づき、自己株式取得（取得し得る株式の総数40,000株、取得価額の総額60百万円を上限）を決議し、市場買付により34,150株・45百万円を取得いたしました。</w:t>
      </w:r>
    </w:p>
    <w:p>
      <w:pPr>
        <w:pStyle w:val="Heading3"/>
      </w:pPr>
      <w:r>
        <w:t>(2) 単元未満株式の買取請求による取得の状況</w:t>
      </w:r>
    </w:p>
    <w:p>
      <w:pPr>
        <w:spacing w:after="80"/>
      </w:pPr>
      <w:r>
        <w:rPr>
          <w:rFonts w:eastAsia="Hiragino Sans" w:ascii="Hiragino Sans" w:hAnsi="Hiragino Sans"/>
          <w:b w:val="0"/>
          <w:i w:val="0"/>
        </w:rPr>
        <w:t>当事業年度における単元未満株式の買取りは2,850株・取得価額4百万円であります。</w:t>
      </w:r>
    </w:p>
    <w:p>
      <w:pPr>
        <w:pStyle w:val="Heading3"/>
      </w:pPr>
      <w:r>
        <w:t>(3) 取得自己株式の処理状況及び保有状況</w:t>
      </w:r>
    </w:p>
    <w:p>
      <w:pPr>
        <w:spacing w:after="80"/>
      </w:pPr>
      <w:r>
        <w:rPr>
          <w:rFonts w:eastAsia="Hiragino Sans" w:ascii="Hiragino Sans" w:hAnsi="Hiragino Sans"/>
          <w:b w:val="0"/>
          <w:i w:val="0"/>
        </w:rPr>
        <w:t>譲渡制限付株式報酬として自己株式12,000株（処分価額14百万円）を処分いたしました。当事業年度末の自己株式の保有株式数は815,000株であります。</w:t>
      </w:r>
    </w:p>
    <w:p>
      <w:pPr>
        <w:pStyle w:val="Heading2"/>
      </w:pPr>
      <w:r>
        <w:t>3【配当政策】</w:t>
      </w:r>
    </w:p>
    <w:p>
      <w:pPr>
        <w:spacing w:after="80"/>
      </w:pPr>
      <w:r>
        <w:rPr>
          <w:rFonts w:eastAsia="Hiragino Sans" w:ascii="Hiragino Sans" w:hAnsi="Hiragino Sans"/>
          <w:b w:val="0"/>
          <w:i w:val="0"/>
        </w:rPr>
        <w:t>当社は、株主に対する利益還元を経営の重要課題と位置づけ、連結配当性向30%以上を目安に、業績に応じた安定的かつ継続的な配当を行うことを基本方針としております。剰余金の配当は中間配当及び期末配当の年2回とし、中間配当は取締役会、期末配当は株主総会を決定機関としております。内部留保資金は、生産能力増強・研究開発・DX投資等の成長投資に充当いたします。</w:t>
      </w:r>
    </w:p>
    <w:p>
      <w:pPr>
        <w:spacing w:after="80"/>
      </w:pPr>
      <w:r>
        <w:rPr>
          <w:rFonts w:eastAsia="Hiragino Sans" w:ascii="Hiragino Sans" w:hAnsi="Hiragino Sans"/>
          <w:b w:val="0"/>
          <w:i w:val="0"/>
        </w:rPr>
        <w:t>当事業年度の配当は、1株当たり中間配当17円及び期末配当17円の年間34円（連結配当性向31.5%）であります。</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決議年月日</w:t>
            </w:r>
          </w:p>
        </w:tc>
        <w:tc>
          <w:tcPr>
            <w:tcW w:type="dxa" w:w="3324"/>
            <w:shd w:val="clear" w:fill="24406B"/>
          </w:tcPr>
          <w:p>
            <w:r/>
            <w:r>
              <w:rPr>
                <w:rFonts w:eastAsia="Hiragino Sans" w:ascii="Hiragino Sans" w:hAnsi="Hiragino Sans"/>
                <w:b/>
                <w:color w:val="FFFFFF"/>
                <w:sz w:val="18"/>
              </w:rPr>
              <w:t>配当金の総額(百万円)</w:t>
            </w:r>
          </w:p>
        </w:tc>
        <w:tc>
          <w:tcPr>
            <w:tcW w:type="dxa" w:w="3324"/>
            <w:shd w:val="clear" w:fill="24406B"/>
          </w:tcPr>
          <w:p>
            <w:r/>
            <w:r>
              <w:rPr>
                <w:rFonts w:eastAsia="Hiragino Sans" w:ascii="Hiragino Sans" w:hAnsi="Hiragino Sans"/>
                <w:b/>
                <w:color w:val="FFFFFF"/>
                <w:sz w:val="18"/>
              </w:rPr>
              <w:t>1株当たり配当額(円)</w:t>
            </w:r>
          </w:p>
        </w:tc>
      </w:tr>
      <w:tr>
        <w:tc>
          <w:tcPr>
            <w:tcW w:type="dxa" w:w="3324"/>
          </w:tcPr>
          <w:p>
            <w:r/>
            <w:r>
              <w:rPr>
                <w:rFonts w:eastAsia="Hiragino Sans" w:ascii="Hiragino Sans" w:hAnsi="Hiragino Sans"/>
                <w:b w:val="0"/>
                <w:sz w:val="18"/>
              </w:rPr>
              <w:t>2025年11月10日 取締役会</w:t>
            </w:r>
          </w:p>
        </w:tc>
        <w:tc>
          <w:tcPr>
            <w:tcW w:type="dxa" w:w="3324"/>
          </w:tcPr>
          <w:p>
            <w:r/>
            <w:r>
              <w:rPr>
                <w:rFonts w:eastAsia="Hiragino Sans" w:ascii="Hiragino Sans" w:hAnsi="Hiragino Sans"/>
                <w:b w:val="0"/>
                <w:sz w:val="18"/>
              </w:rPr>
              <w:t>428</w:t>
            </w:r>
          </w:p>
        </w:tc>
        <w:tc>
          <w:tcPr>
            <w:tcW w:type="dxa" w:w="3324"/>
          </w:tcPr>
          <w:p>
            <w:r/>
            <w:r>
              <w:rPr>
                <w:rFonts w:eastAsia="Hiragino Sans" w:ascii="Hiragino Sans" w:hAnsi="Hiragino Sans"/>
                <w:b w:val="0"/>
                <w:sz w:val="18"/>
              </w:rPr>
              <w:t>17</w:t>
            </w:r>
          </w:p>
        </w:tc>
      </w:tr>
      <w:tr>
        <w:tc>
          <w:tcPr>
            <w:tcW w:type="dxa" w:w="3324"/>
            <w:shd w:val="clear" w:fill="F7F8FA"/>
          </w:tcPr>
          <w:p>
            <w:r/>
            <w:r>
              <w:rPr>
                <w:rFonts w:eastAsia="Hiragino Sans" w:ascii="Hiragino Sans" w:hAnsi="Hiragino Sans"/>
                <w:b w:val="0"/>
                <w:sz w:val="18"/>
              </w:rPr>
              <w:t>2026年6月24日 定時株主総会</w:t>
            </w:r>
          </w:p>
        </w:tc>
        <w:tc>
          <w:tcPr>
            <w:tcW w:type="dxa" w:w="3324"/>
            <w:shd w:val="clear" w:fill="F7F8FA"/>
          </w:tcPr>
          <w:p>
            <w:r/>
            <w:r>
              <w:rPr>
                <w:rFonts w:eastAsia="Hiragino Sans" w:ascii="Hiragino Sans" w:hAnsi="Hiragino Sans"/>
                <w:b w:val="0"/>
                <w:sz w:val="18"/>
              </w:rPr>
              <w:t>428</w:t>
            </w:r>
          </w:p>
        </w:tc>
        <w:tc>
          <w:tcPr>
            <w:tcW w:type="dxa" w:w="3324"/>
            <w:shd w:val="clear" w:fill="F7F8FA"/>
          </w:tcPr>
          <w:p>
            <w:r/>
            <w:r>
              <w:rPr>
                <w:rFonts w:eastAsia="Hiragino Sans" w:ascii="Hiragino Sans" w:hAnsi="Hiragino Sans"/>
                <w:b w:val="0"/>
                <w:sz w:val="18"/>
              </w:rPr>
              <w:t>17</w:t>
            </w:r>
          </w:p>
        </w:tc>
      </w:tr>
    </w:tbl>
    <w:p>
      <w:pPr>
        <w:spacing w:after="40"/>
      </w:pPr>
    </w:p>
    <w:p>
      <w:pPr>
        <w:pStyle w:val="Heading2"/>
      </w:pPr>
      <w:r>
        <w:t>4【コーポレート・ガバナンスの状況等】</w:t>
      </w:r>
    </w:p>
    <w:p>
      <w:pPr>
        <w:pStyle w:val="Heading3"/>
      </w:pPr>
      <w:r>
        <w:t>(1) コーポレート・ガバナンスの概要</w:t>
      </w:r>
    </w:p>
    <w:p>
      <w:pPr>
        <w:spacing w:after="80"/>
      </w:pPr>
      <w:r>
        <w:rPr>
          <w:rFonts w:eastAsia="Hiragino Sans" w:ascii="Hiragino Sans" w:hAnsi="Hiragino Sans"/>
          <w:b w:val="0"/>
          <w:i w:val="0"/>
        </w:rPr>
        <w:t>当社は、監査役会設置会社であり、株主総会、取締役会、監査役会及び会計監査人を法定の機関として設置するほか、執行役員制度により経営の意思決定・監督機能と業務執行機能を分離しております。この体制を採用する理由は、経営環境を熟知した業務執行取締役による迅速な意思決定と、独立社外取締役3名及び監査役（うち社外2名）による多面的な監督・監査が、当社の規模・事業特性に照らして実効的と判断しているためであります。</w:t>
      </w:r>
    </w:p>
    <w:p>
      <w:pPr>
        <w:pStyle w:val="ListBullet"/>
        <w:ind w:left="240"/>
      </w:pPr>
      <w:r>
        <w:rPr>
          <w:rFonts w:eastAsia="Hiragino Sans" w:ascii="Hiragino Sans" w:hAnsi="Hiragino Sans"/>
          <w:b/>
          <w:sz w:val="20"/>
        </w:rPr>
        <w:t>取締役会</w:t>
      </w:r>
      <w:r>
        <w:rPr>
          <w:rFonts w:eastAsia="Hiragino Sans" w:ascii="Hiragino Sans" w:hAnsi="Hiragino Sans"/>
          <w:b w:val="0"/>
          <w:sz w:val="20"/>
        </w:rPr>
        <w:t>：取締役7名（うち独立社外取締役3名、女性2名）で構成し、原則月1回開催（当事業年度14回開催、社外取締役の平均出席率98%）。経営の基本方針、法定決議事項及び重要な業務執行を決定し、取締役・執行役員の職務執行を監督しております。</w:t>
      </w:r>
    </w:p>
    <w:p>
      <w:pPr>
        <w:pStyle w:val="ListBullet"/>
        <w:ind w:left="240"/>
      </w:pPr>
      <w:r>
        <w:rPr>
          <w:rFonts w:eastAsia="Hiragino Sans" w:ascii="Hiragino Sans" w:hAnsi="Hiragino Sans"/>
          <w:b/>
          <w:sz w:val="20"/>
        </w:rPr>
        <w:t>監査役会</w:t>
      </w:r>
      <w:r>
        <w:rPr>
          <w:rFonts w:eastAsia="Hiragino Sans" w:ascii="Hiragino Sans" w:hAnsi="Hiragino Sans"/>
          <w:b w:val="0"/>
          <w:sz w:val="20"/>
        </w:rPr>
        <w:t>：監査役3名（うち社外監査役2名）で構成し、原則月1回開催（当事業年度13回開催）。</w:t>
      </w:r>
    </w:p>
    <w:p>
      <w:pPr>
        <w:pStyle w:val="ListBullet"/>
        <w:ind w:left="240"/>
      </w:pPr>
      <w:r>
        <w:rPr>
          <w:rFonts w:eastAsia="Hiragino Sans" w:ascii="Hiragino Sans" w:hAnsi="Hiragino Sans"/>
          <w:b/>
          <w:sz w:val="20"/>
        </w:rPr>
        <w:t>指名・報酬諮問委員会</w:t>
      </w:r>
      <w:r>
        <w:rPr>
          <w:rFonts w:eastAsia="Hiragino Sans" w:ascii="Hiragino Sans" w:hAnsi="Hiragino Sans"/>
          <w:b w:val="0"/>
          <w:sz w:val="20"/>
        </w:rPr>
        <w:t>：取締役会の任意の諮問機関として、委員の過半数を独立社外取締役とし（委員長：独立社外取締役柏木正和）、取締役の指名・報酬に関する事項を審議し取締役会に答申しております（当事業年度5回開催）。</w:t>
      </w:r>
    </w:p>
    <w:p>
      <w:pPr>
        <w:pStyle w:val="ListBullet"/>
        <w:ind w:left="240"/>
      </w:pPr>
      <w:r>
        <w:rPr>
          <w:rFonts w:eastAsia="Hiragino Sans" w:ascii="Hiragino Sans" w:hAnsi="Hiragino Sans"/>
          <w:b/>
          <w:sz w:val="20"/>
        </w:rPr>
        <w:t>経営会議</w:t>
      </w:r>
      <w:r>
        <w:rPr>
          <w:rFonts w:eastAsia="Hiragino Sans" w:ascii="Hiragino Sans" w:hAnsi="Hiragino Sans"/>
          <w:b w:val="0"/>
          <w:sz w:val="20"/>
        </w:rPr>
        <w:t>：社長を議長とし執行役員以上で構成、週1回開催。取締役会付議事項の事前審議及び業務執行の重要事項を協議しております。</w:t>
      </w:r>
    </w:p>
    <w:p>
      <w:pPr>
        <w:pStyle w:val="ListBullet"/>
        <w:ind w:left="240"/>
      </w:pPr>
      <w:r>
        <w:rPr>
          <w:rFonts w:eastAsia="Hiragino Sans" w:ascii="Hiragino Sans" w:hAnsi="Hiragino Sans"/>
          <w:b/>
          <w:sz w:val="20"/>
        </w:rPr>
        <w:t>リスク管理委員会・サステナビリティ委員会</w:t>
      </w:r>
      <w:r>
        <w:rPr>
          <w:rFonts w:eastAsia="Hiragino Sans" w:ascii="Hiragino Sans" w:hAnsi="Hiragino Sans"/>
          <w:b w:val="0"/>
          <w:sz w:val="20"/>
        </w:rPr>
        <w:t>：全社リスクの評価・対応及びサステナビリティ課題への取組を所管し、取締役会に定期報告しております。</w:t>
      </w:r>
    </w:p>
    <w:p>
      <w:pPr>
        <w:pStyle w:val="ListBullet"/>
        <w:ind w:left="240"/>
      </w:pPr>
      <w:r>
        <w:rPr>
          <w:rFonts w:eastAsia="Hiragino Sans" w:ascii="Hiragino Sans" w:hAnsi="Hiragino Sans"/>
          <w:b/>
          <w:sz w:val="20"/>
        </w:rPr>
        <w:t>内部統制システム</w:t>
      </w:r>
      <w:r>
        <w:rPr>
          <w:rFonts w:eastAsia="Hiragino Sans" w:ascii="Hiragino Sans" w:hAnsi="Hiragino Sans"/>
          <w:b w:val="0"/>
          <w:sz w:val="20"/>
        </w:rPr>
        <w:t>：取締役会で内部統制システム構築の基本方針を決議し、コンプライアンス規程、内部通報制度（社外窓口を含む）、グループ会社管理規程等を整備・運用しております。</w:t>
      </w:r>
    </w:p>
    <w:p>
      <w:pPr>
        <w:spacing w:after="80"/>
      </w:pPr>
      <w:r>
        <w:rPr>
          <w:rFonts w:eastAsia="Hiragino Sans" w:ascii="Hiragino Sans" w:hAnsi="Hiragino Sans"/>
          <w:b/>
          <w:i w:val="0"/>
        </w:rPr>
        <w:t>主要会議体への構成員別出席状況（当事業年度）</w:t>
      </w:r>
    </w:p>
    <w:tbl>
      <w:tblPr>
        <w:tblStyle w:val="TableGrid"/>
        <w:tblW w:type="auto" w:w="0"/>
        <w:jc w:val="center"/>
        <w:tblLayout w:type="autofit"/>
        <w:tblLook w:firstColumn="1" w:firstRow="1" w:lastColumn="0" w:lastRow="0" w:noHBand="0" w:noVBand="1" w:val="04A0"/>
      </w:tblPr>
      <w:tblGrid>
        <w:gridCol w:w="1994"/>
        <w:gridCol w:w="1994"/>
        <w:gridCol w:w="1994"/>
        <w:gridCol w:w="1994"/>
        <w:gridCol w:w="1994"/>
      </w:tblGrid>
      <w:tr>
        <w:tc>
          <w:tcPr>
            <w:tcW w:type="dxa" w:w="1994"/>
            <w:shd w:val="clear" w:fill="24406B"/>
          </w:tcPr>
          <w:p>
            <w:r/>
            <w:r>
              <w:rPr>
                <w:rFonts w:eastAsia="Hiragino Sans" w:ascii="Hiragino Sans" w:hAnsi="Hiragino Sans"/>
                <w:b/>
                <w:color w:val="FFFFFF"/>
                <w:sz w:val="18"/>
              </w:rPr>
              <w:t>氏名</w:t>
            </w:r>
          </w:p>
        </w:tc>
        <w:tc>
          <w:tcPr>
            <w:tcW w:type="dxa" w:w="1994"/>
            <w:shd w:val="clear" w:fill="24406B"/>
          </w:tcPr>
          <w:p>
            <w:r/>
            <w:r>
              <w:rPr>
                <w:rFonts w:eastAsia="Hiragino Sans" w:ascii="Hiragino Sans" w:hAnsi="Hiragino Sans"/>
                <w:b/>
                <w:color w:val="FFFFFF"/>
                <w:sz w:val="18"/>
              </w:rPr>
              <w:t>役職</w:t>
            </w:r>
          </w:p>
        </w:tc>
        <w:tc>
          <w:tcPr>
            <w:tcW w:type="dxa" w:w="1994"/>
            <w:shd w:val="clear" w:fill="24406B"/>
          </w:tcPr>
          <w:p>
            <w:r/>
            <w:r>
              <w:rPr>
                <w:rFonts w:eastAsia="Hiragino Sans" w:ascii="Hiragino Sans" w:hAnsi="Hiragino Sans"/>
                <w:b/>
                <w:color w:val="FFFFFF"/>
                <w:sz w:val="18"/>
              </w:rPr>
              <w:t>取締役会（全14回）</w:t>
            </w:r>
          </w:p>
        </w:tc>
        <w:tc>
          <w:tcPr>
            <w:tcW w:type="dxa" w:w="1994"/>
            <w:shd w:val="clear" w:fill="24406B"/>
          </w:tcPr>
          <w:p>
            <w:r/>
            <w:r>
              <w:rPr>
                <w:rFonts w:eastAsia="Hiragino Sans" w:ascii="Hiragino Sans" w:hAnsi="Hiragino Sans"/>
                <w:b/>
                <w:color w:val="FFFFFF"/>
                <w:sz w:val="18"/>
              </w:rPr>
              <w:t>監査役会（全13回）</w:t>
            </w:r>
          </w:p>
        </w:tc>
        <w:tc>
          <w:tcPr>
            <w:tcW w:type="dxa" w:w="1994"/>
            <w:shd w:val="clear" w:fill="24406B"/>
          </w:tcPr>
          <w:p>
            <w:r/>
            <w:r>
              <w:rPr>
                <w:rFonts w:eastAsia="Hiragino Sans" w:ascii="Hiragino Sans" w:hAnsi="Hiragino Sans"/>
                <w:b/>
                <w:color w:val="FFFFFF"/>
                <w:sz w:val="18"/>
              </w:rPr>
              <w:t>指名・報酬諮問委員会（全5回）</w:t>
            </w:r>
          </w:p>
        </w:tc>
      </w:tr>
      <w:tr>
        <w:tc>
          <w:tcPr>
            <w:tcW w:type="dxa" w:w="1994"/>
          </w:tcPr>
          <w:p>
            <w:r/>
            <w:r>
              <w:rPr>
                <w:rFonts w:eastAsia="Hiragino Sans" w:ascii="Hiragino Sans" w:hAnsi="Hiragino Sans"/>
                <w:b w:val="0"/>
                <w:sz w:val="18"/>
              </w:rPr>
              <w:t>藤川 誠一郎</w:t>
            </w:r>
          </w:p>
        </w:tc>
        <w:tc>
          <w:tcPr>
            <w:tcW w:type="dxa" w:w="1994"/>
          </w:tcPr>
          <w:p>
            <w:r/>
            <w:r>
              <w:rPr>
                <w:rFonts w:eastAsia="Hiragino Sans" w:ascii="Hiragino Sans" w:hAnsi="Hiragino Sans"/>
                <w:b w:val="0"/>
                <w:sz w:val="18"/>
              </w:rPr>
              <w:t>代表取締役社長</w:t>
            </w:r>
          </w:p>
        </w:tc>
        <w:tc>
          <w:tcPr>
            <w:tcW w:type="dxa" w:w="1994"/>
          </w:tcPr>
          <w:p>
            <w:r/>
            <w:r>
              <w:rPr>
                <w:rFonts w:eastAsia="Hiragino Sans" w:ascii="Hiragino Sans" w:hAnsi="Hiragino Sans"/>
                <w:b w:val="0"/>
                <w:sz w:val="18"/>
              </w:rPr>
              <w:t>14回/14回</w:t>
            </w:r>
          </w:p>
        </w:tc>
        <w:tc>
          <w:tcPr>
            <w:tcW w:type="dxa" w:w="1994"/>
          </w:tcPr>
          <w:p>
            <w:r/>
            <w:r>
              <w:rPr>
                <w:rFonts w:eastAsia="Hiragino Sans" w:ascii="Hiragino Sans" w:hAnsi="Hiragino Sans"/>
                <w:b w:val="0"/>
                <w:sz w:val="18"/>
              </w:rPr>
              <w:t>—</w:t>
            </w:r>
          </w:p>
        </w:tc>
        <w:tc>
          <w:tcPr>
            <w:tcW w:type="dxa" w:w="1994"/>
          </w:tcPr>
          <w:p>
            <w:r/>
            <w:r>
              <w:rPr>
                <w:rFonts w:eastAsia="Hiragino Sans" w:ascii="Hiragino Sans" w:hAnsi="Hiragino Sans"/>
                <w:b w:val="0"/>
                <w:sz w:val="18"/>
              </w:rPr>
              <w:t>5回/5回（委員）</w:t>
            </w:r>
          </w:p>
        </w:tc>
      </w:tr>
      <w:tr>
        <w:tc>
          <w:tcPr>
            <w:tcW w:type="dxa" w:w="1994"/>
            <w:shd w:val="clear" w:fill="F7F8FA"/>
          </w:tcPr>
          <w:p>
            <w:r/>
            <w:r>
              <w:rPr>
                <w:rFonts w:eastAsia="Hiragino Sans" w:ascii="Hiragino Sans" w:hAnsi="Hiragino Sans"/>
                <w:b w:val="0"/>
                <w:sz w:val="18"/>
              </w:rPr>
              <w:t>村瀬 孝之</w:t>
            </w:r>
          </w:p>
        </w:tc>
        <w:tc>
          <w:tcPr>
            <w:tcW w:type="dxa" w:w="1994"/>
            <w:shd w:val="clear" w:fill="F7F8FA"/>
          </w:tcPr>
          <w:p>
            <w:r/>
            <w:r>
              <w:rPr>
                <w:rFonts w:eastAsia="Hiragino Sans" w:ascii="Hiragino Sans" w:hAnsi="Hiragino Sans"/>
                <w:b w:val="0"/>
                <w:sz w:val="18"/>
              </w:rPr>
              <w:t>取締役専務執行役員</w:t>
            </w:r>
          </w:p>
        </w:tc>
        <w:tc>
          <w:tcPr>
            <w:tcW w:type="dxa" w:w="1994"/>
            <w:shd w:val="clear" w:fill="F7F8FA"/>
          </w:tcPr>
          <w:p>
            <w:r/>
            <w:r>
              <w:rPr>
                <w:rFonts w:eastAsia="Hiragino Sans" w:ascii="Hiragino Sans" w:hAnsi="Hiragino Sans"/>
                <w:b w:val="0"/>
                <w:sz w:val="18"/>
              </w:rPr>
              <w:t>14回/14回</w:t>
            </w:r>
          </w:p>
        </w:tc>
        <w:tc>
          <w:tcPr>
            <w:tcW w:type="dxa" w:w="1994"/>
            <w:shd w:val="clear" w:fill="F7F8FA"/>
          </w:tcPr>
          <w:p>
            <w:r/>
            <w:r>
              <w:rPr>
                <w:rFonts w:eastAsia="Hiragino Sans" w:ascii="Hiragino Sans" w:hAnsi="Hiragino Sans"/>
                <w:b w:val="0"/>
                <w:sz w:val="18"/>
              </w:rPr>
              <w:t>—</w:t>
            </w:r>
          </w:p>
        </w:tc>
        <w:tc>
          <w:tcPr>
            <w:tcW w:type="dxa" w:w="1994"/>
            <w:shd w:val="clear" w:fill="F7F8FA"/>
          </w:tcPr>
          <w:p>
            <w:r/>
            <w:r>
              <w:rPr>
                <w:rFonts w:eastAsia="Hiragino Sans" w:ascii="Hiragino Sans" w:hAnsi="Hiragino Sans"/>
                <w:b w:val="0"/>
                <w:sz w:val="18"/>
              </w:rPr>
              <w:t>—</w:t>
            </w:r>
          </w:p>
        </w:tc>
      </w:tr>
      <w:tr>
        <w:tc>
          <w:tcPr>
            <w:tcW w:type="dxa" w:w="1994"/>
          </w:tcPr>
          <w:p>
            <w:r/>
            <w:r>
              <w:rPr>
                <w:rFonts w:eastAsia="Hiragino Sans" w:ascii="Hiragino Sans" w:hAnsi="Hiragino Sans"/>
                <w:b w:val="0"/>
                <w:sz w:val="18"/>
              </w:rPr>
              <w:t>大西 亮</w:t>
            </w:r>
          </w:p>
        </w:tc>
        <w:tc>
          <w:tcPr>
            <w:tcW w:type="dxa" w:w="1994"/>
          </w:tcPr>
          <w:p>
            <w:r/>
            <w:r>
              <w:rPr>
                <w:rFonts w:eastAsia="Hiragino Sans" w:ascii="Hiragino Sans" w:hAnsi="Hiragino Sans"/>
                <w:b w:val="0"/>
                <w:sz w:val="18"/>
              </w:rPr>
              <w:t>取締役常務執行役員</w:t>
            </w:r>
          </w:p>
        </w:tc>
        <w:tc>
          <w:tcPr>
            <w:tcW w:type="dxa" w:w="1994"/>
          </w:tcPr>
          <w:p>
            <w:r/>
            <w:r>
              <w:rPr>
                <w:rFonts w:eastAsia="Hiragino Sans" w:ascii="Hiragino Sans" w:hAnsi="Hiragino Sans"/>
                <w:b w:val="0"/>
                <w:sz w:val="18"/>
              </w:rPr>
              <w:t>13回/14回</w:t>
            </w:r>
          </w:p>
        </w:tc>
        <w:tc>
          <w:tcPr>
            <w:tcW w:type="dxa" w:w="1994"/>
          </w:tcPr>
          <w:p>
            <w:r/>
            <w:r>
              <w:rPr>
                <w:rFonts w:eastAsia="Hiragino Sans" w:ascii="Hiragino Sans" w:hAnsi="Hiragino Sans"/>
                <w:b w:val="0"/>
                <w:sz w:val="18"/>
              </w:rPr>
              <w:t>—</w:t>
            </w:r>
          </w:p>
        </w:tc>
        <w:tc>
          <w:tcPr>
            <w:tcW w:type="dxa" w:w="1994"/>
          </w:tcPr>
          <w:p>
            <w:r/>
            <w:r>
              <w:rPr>
                <w:rFonts w:eastAsia="Hiragino Sans" w:ascii="Hiragino Sans" w:hAnsi="Hiragino Sans"/>
                <w:b w:val="0"/>
                <w:sz w:val="18"/>
              </w:rPr>
              <w:t>—</w:t>
            </w:r>
          </w:p>
        </w:tc>
      </w:tr>
      <w:tr>
        <w:tc>
          <w:tcPr>
            <w:tcW w:type="dxa" w:w="1994"/>
            <w:shd w:val="clear" w:fill="F7F8FA"/>
          </w:tcPr>
          <w:p>
            <w:r/>
            <w:r>
              <w:rPr>
                <w:rFonts w:eastAsia="Hiragino Sans" w:ascii="Hiragino Sans" w:hAnsi="Hiragino Sans"/>
                <w:b w:val="0"/>
                <w:sz w:val="18"/>
              </w:rPr>
              <w:t>高津 美咲</w:t>
            </w:r>
          </w:p>
        </w:tc>
        <w:tc>
          <w:tcPr>
            <w:tcW w:type="dxa" w:w="1994"/>
            <w:shd w:val="clear" w:fill="F7F8FA"/>
          </w:tcPr>
          <w:p>
            <w:r/>
            <w:r>
              <w:rPr>
                <w:rFonts w:eastAsia="Hiragino Sans" w:ascii="Hiragino Sans" w:hAnsi="Hiragino Sans"/>
                <w:b w:val="0"/>
                <w:sz w:val="18"/>
              </w:rPr>
              <w:t>取締役執行役員</w:t>
            </w:r>
          </w:p>
        </w:tc>
        <w:tc>
          <w:tcPr>
            <w:tcW w:type="dxa" w:w="1994"/>
            <w:shd w:val="clear" w:fill="F7F8FA"/>
          </w:tcPr>
          <w:p>
            <w:r/>
            <w:r>
              <w:rPr>
                <w:rFonts w:eastAsia="Hiragino Sans" w:ascii="Hiragino Sans" w:hAnsi="Hiragino Sans"/>
                <w:b w:val="0"/>
                <w:sz w:val="18"/>
              </w:rPr>
              <w:t>14回/14回</w:t>
            </w:r>
          </w:p>
        </w:tc>
        <w:tc>
          <w:tcPr>
            <w:tcW w:type="dxa" w:w="1994"/>
            <w:shd w:val="clear" w:fill="F7F8FA"/>
          </w:tcPr>
          <w:p>
            <w:r/>
            <w:r>
              <w:rPr>
                <w:rFonts w:eastAsia="Hiragino Sans" w:ascii="Hiragino Sans" w:hAnsi="Hiragino Sans"/>
                <w:b w:val="0"/>
                <w:sz w:val="18"/>
              </w:rPr>
              <w:t>—</w:t>
            </w:r>
          </w:p>
        </w:tc>
        <w:tc>
          <w:tcPr>
            <w:tcW w:type="dxa" w:w="1994"/>
            <w:shd w:val="clear" w:fill="F7F8FA"/>
          </w:tcPr>
          <w:p>
            <w:r/>
            <w:r>
              <w:rPr>
                <w:rFonts w:eastAsia="Hiragino Sans" w:ascii="Hiragino Sans" w:hAnsi="Hiragino Sans"/>
                <w:b w:val="0"/>
                <w:sz w:val="18"/>
              </w:rPr>
              <w:t>—</w:t>
            </w:r>
          </w:p>
        </w:tc>
      </w:tr>
      <w:tr>
        <w:tc>
          <w:tcPr>
            <w:tcW w:type="dxa" w:w="1994"/>
          </w:tcPr>
          <w:p>
            <w:r/>
            <w:r>
              <w:rPr>
                <w:rFonts w:eastAsia="Hiragino Sans" w:ascii="Hiragino Sans" w:hAnsi="Hiragino Sans"/>
                <w:b w:val="0"/>
                <w:sz w:val="18"/>
              </w:rPr>
              <w:t>柏木 正和</w:t>
            </w:r>
          </w:p>
        </w:tc>
        <w:tc>
          <w:tcPr>
            <w:tcW w:type="dxa" w:w="1994"/>
          </w:tcPr>
          <w:p>
            <w:r/>
            <w:r>
              <w:rPr>
                <w:rFonts w:eastAsia="Hiragino Sans" w:ascii="Hiragino Sans" w:hAnsi="Hiragino Sans"/>
                <w:b w:val="0"/>
                <w:sz w:val="18"/>
              </w:rPr>
              <w:t>社外取締役</w:t>
            </w:r>
          </w:p>
        </w:tc>
        <w:tc>
          <w:tcPr>
            <w:tcW w:type="dxa" w:w="1994"/>
          </w:tcPr>
          <w:p>
            <w:r/>
            <w:r>
              <w:rPr>
                <w:rFonts w:eastAsia="Hiragino Sans" w:ascii="Hiragino Sans" w:hAnsi="Hiragino Sans"/>
                <w:b w:val="0"/>
                <w:sz w:val="18"/>
              </w:rPr>
              <w:t>14回/14回</w:t>
            </w:r>
          </w:p>
        </w:tc>
        <w:tc>
          <w:tcPr>
            <w:tcW w:type="dxa" w:w="1994"/>
          </w:tcPr>
          <w:p>
            <w:r/>
            <w:r>
              <w:rPr>
                <w:rFonts w:eastAsia="Hiragino Sans" w:ascii="Hiragino Sans" w:hAnsi="Hiragino Sans"/>
                <w:b w:val="0"/>
                <w:sz w:val="18"/>
              </w:rPr>
              <w:t>—</w:t>
            </w:r>
          </w:p>
        </w:tc>
        <w:tc>
          <w:tcPr>
            <w:tcW w:type="dxa" w:w="1994"/>
          </w:tcPr>
          <w:p>
            <w:r/>
            <w:r>
              <w:rPr>
                <w:rFonts w:eastAsia="Hiragino Sans" w:ascii="Hiragino Sans" w:hAnsi="Hiragino Sans"/>
                <w:b w:val="0"/>
                <w:sz w:val="18"/>
              </w:rPr>
              <w:t>5回/5回（委員長）</w:t>
            </w:r>
          </w:p>
        </w:tc>
      </w:tr>
      <w:tr>
        <w:tc>
          <w:tcPr>
            <w:tcW w:type="dxa" w:w="1994"/>
            <w:shd w:val="clear" w:fill="F7F8FA"/>
          </w:tcPr>
          <w:p>
            <w:r/>
            <w:r>
              <w:rPr>
                <w:rFonts w:eastAsia="Hiragino Sans" w:ascii="Hiragino Sans" w:hAnsi="Hiragino Sans"/>
                <w:b w:val="0"/>
                <w:sz w:val="18"/>
              </w:rPr>
              <w:t>井原 由紀子</w:t>
            </w:r>
          </w:p>
        </w:tc>
        <w:tc>
          <w:tcPr>
            <w:tcW w:type="dxa" w:w="1994"/>
            <w:shd w:val="clear" w:fill="F7F8FA"/>
          </w:tcPr>
          <w:p>
            <w:r/>
            <w:r>
              <w:rPr>
                <w:rFonts w:eastAsia="Hiragino Sans" w:ascii="Hiragino Sans" w:hAnsi="Hiragino Sans"/>
                <w:b w:val="0"/>
                <w:sz w:val="18"/>
              </w:rPr>
              <w:t>社外取締役</w:t>
            </w:r>
          </w:p>
        </w:tc>
        <w:tc>
          <w:tcPr>
            <w:tcW w:type="dxa" w:w="1994"/>
            <w:shd w:val="clear" w:fill="F7F8FA"/>
          </w:tcPr>
          <w:p>
            <w:r/>
            <w:r>
              <w:rPr>
                <w:rFonts w:eastAsia="Hiragino Sans" w:ascii="Hiragino Sans" w:hAnsi="Hiragino Sans"/>
                <w:b w:val="0"/>
                <w:sz w:val="18"/>
              </w:rPr>
              <w:t>13回/14回</w:t>
            </w:r>
          </w:p>
        </w:tc>
        <w:tc>
          <w:tcPr>
            <w:tcW w:type="dxa" w:w="1994"/>
            <w:shd w:val="clear" w:fill="F7F8FA"/>
          </w:tcPr>
          <w:p>
            <w:r/>
            <w:r>
              <w:rPr>
                <w:rFonts w:eastAsia="Hiragino Sans" w:ascii="Hiragino Sans" w:hAnsi="Hiragino Sans"/>
                <w:b w:val="0"/>
                <w:sz w:val="18"/>
              </w:rPr>
              <w:t>—</w:t>
            </w:r>
          </w:p>
        </w:tc>
        <w:tc>
          <w:tcPr>
            <w:tcW w:type="dxa" w:w="1994"/>
            <w:shd w:val="clear" w:fill="F7F8FA"/>
          </w:tcPr>
          <w:p>
            <w:r/>
            <w:r>
              <w:rPr>
                <w:rFonts w:eastAsia="Hiragino Sans" w:ascii="Hiragino Sans" w:hAnsi="Hiragino Sans"/>
                <w:b w:val="0"/>
                <w:sz w:val="18"/>
              </w:rPr>
              <w:t>5回/5回（委員）</w:t>
            </w:r>
          </w:p>
        </w:tc>
      </w:tr>
      <w:tr>
        <w:tc>
          <w:tcPr>
            <w:tcW w:type="dxa" w:w="1994"/>
          </w:tcPr>
          <w:p>
            <w:r/>
            <w:r>
              <w:rPr>
                <w:rFonts w:eastAsia="Hiragino Sans" w:ascii="Hiragino Sans" w:hAnsi="Hiragino Sans"/>
                <w:b w:val="0"/>
                <w:sz w:val="18"/>
              </w:rPr>
              <w:t>三宅 英介</w:t>
            </w:r>
          </w:p>
        </w:tc>
        <w:tc>
          <w:tcPr>
            <w:tcW w:type="dxa" w:w="1994"/>
          </w:tcPr>
          <w:p>
            <w:r/>
            <w:r>
              <w:rPr>
                <w:rFonts w:eastAsia="Hiragino Sans" w:ascii="Hiragino Sans" w:hAnsi="Hiragino Sans"/>
                <w:b w:val="0"/>
                <w:sz w:val="18"/>
              </w:rPr>
              <w:t>社外取締役</w:t>
            </w:r>
          </w:p>
        </w:tc>
        <w:tc>
          <w:tcPr>
            <w:tcW w:type="dxa" w:w="1994"/>
          </w:tcPr>
          <w:p>
            <w:r/>
            <w:r>
              <w:rPr>
                <w:rFonts w:eastAsia="Hiragino Sans" w:ascii="Hiragino Sans" w:hAnsi="Hiragino Sans"/>
                <w:b w:val="0"/>
                <w:sz w:val="18"/>
              </w:rPr>
              <w:t>14回/14回</w:t>
            </w:r>
          </w:p>
        </w:tc>
        <w:tc>
          <w:tcPr>
            <w:tcW w:type="dxa" w:w="1994"/>
          </w:tcPr>
          <w:p>
            <w:r/>
            <w:r>
              <w:rPr>
                <w:rFonts w:eastAsia="Hiragino Sans" w:ascii="Hiragino Sans" w:hAnsi="Hiragino Sans"/>
                <w:b w:val="0"/>
                <w:sz w:val="18"/>
              </w:rPr>
              <w:t>—</w:t>
            </w:r>
          </w:p>
        </w:tc>
        <w:tc>
          <w:tcPr>
            <w:tcW w:type="dxa" w:w="1994"/>
          </w:tcPr>
          <w:p>
            <w:r/>
            <w:r>
              <w:rPr>
                <w:rFonts w:eastAsia="Hiragino Sans" w:ascii="Hiragino Sans" w:hAnsi="Hiragino Sans"/>
                <w:b w:val="0"/>
                <w:sz w:val="18"/>
              </w:rPr>
              <w:t>4回/5回（委員）</w:t>
            </w:r>
          </w:p>
        </w:tc>
      </w:tr>
      <w:tr>
        <w:tc>
          <w:tcPr>
            <w:tcW w:type="dxa" w:w="1994"/>
            <w:shd w:val="clear" w:fill="F7F8FA"/>
          </w:tcPr>
          <w:p>
            <w:r/>
            <w:r>
              <w:rPr>
                <w:rFonts w:eastAsia="Hiragino Sans" w:ascii="Hiragino Sans" w:hAnsi="Hiragino Sans"/>
                <w:b w:val="0"/>
                <w:sz w:val="18"/>
              </w:rPr>
              <w:t>岡島 徹</w:t>
            </w:r>
          </w:p>
        </w:tc>
        <w:tc>
          <w:tcPr>
            <w:tcW w:type="dxa" w:w="1994"/>
            <w:shd w:val="clear" w:fill="F7F8FA"/>
          </w:tcPr>
          <w:p>
            <w:r/>
            <w:r>
              <w:rPr>
                <w:rFonts w:eastAsia="Hiragino Sans" w:ascii="Hiragino Sans" w:hAnsi="Hiragino Sans"/>
                <w:b w:val="0"/>
                <w:sz w:val="18"/>
              </w:rPr>
              <w:t>常勤監査役</w:t>
            </w:r>
          </w:p>
        </w:tc>
        <w:tc>
          <w:tcPr>
            <w:tcW w:type="dxa" w:w="1994"/>
            <w:shd w:val="clear" w:fill="F7F8FA"/>
          </w:tcPr>
          <w:p>
            <w:r/>
            <w:r>
              <w:rPr>
                <w:rFonts w:eastAsia="Hiragino Sans" w:ascii="Hiragino Sans" w:hAnsi="Hiragino Sans"/>
                <w:b w:val="0"/>
                <w:sz w:val="18"/>
              </w:rPr>
              <w:t>14回/14回</w:t>
            </w:r>
          </w:p>
        </w:tc>
        <w:tc>
          <w:tcPr>
            <w:tcW w:type="dxa" w:w="1994"/>
            <w:shd w:val="clear" w:fill="F7F8FA"/>
          </w:tcPr>
          <w:p>
            <w:r/>
            <w:r>
              <w:rPr>
                <w:rFonts w:eastAsia="Hiragino Sans" w:ascii="Hiragino Sans" w:hAnsi="Hiragino Sans"/>
                <w:b w:val="0"/>
                <w:sz w:val="18"/>
              </w:rPr>
              <w:t>13回/13回</w:t>
            </w:r>
          </w:p>
        </w:tc>
        <w:tc>
          <w:tcPr>
            <w:tcW w:type="dxa" w:w="1994"/>
            <w:shd w:val="clear" w:fill="F7F8FA"/>
          </w:tcPr>
          <w:p>
            <w:r/>
            <w:r>
              <w:rPr>
                <w:rFonts w:eastAsia="Hiragino Sans" w:ascii="Hiragino Sans" w:hAnsi="Hiragino Sans"/>
                <w:b w:val="0"/>
                <w:sz w:val="18"/>
              </w:rPr>
              <w:t>—</w:t>
            </w:r>
          </w:p>
        </w:tc>
      </w:tr>
      <w:tr>
        <w:tc>
          <w:tcPr>
            <w:tcW w:type="dxa" w:w="1994"/>
          </w:tcPr>
          <w:p>
            <w:r/>
            <w:r>
              <w:rPr>
                <w:rFonts w:eastAsia="Hiragino Sans" w:ascii="Hiragino Sans" w:hAnsi="Hiragino Sans"/>
                <w:b w:val="0"/>
                <w:sz w:val="18"/>
              </w:rPr>
              <w:t>児玉 真理</w:t>
            </w:r>
          </w:p>
        </w:tc>
        <w:tc>
          <w:tcPr>
            <w:tcW w:type="dxa" w:w="1994"/>
          </w:tcPr>
          <w:p>
            <w:r/>
            <w:r>
              <w:rPr>
                <w:rFonts w:eastAsia="Hiragino Sans" w:ascii="Hiragino Sans" w:hAnsi="Hiragino Sans"/>
                <w:b w:val="0"/>
                <w:sz w:val="18"/>
              </w:rPr>
              <w:t>社外監査役</w:t>
            </w:r>
          </w:p>
        </w:tc>
        <w:tc>
          <w:tcPr>
            <w:tcW w:type="dxa" w:w="1994"/>
          </w:tcPr>
          <w:p>
            <w:r/>
            <w:r>
              <w:rPr>
                <w:rFonts w:eastAsia="Hiragino Sans" w:ascii="Hiragino Sans" w:hAnsi="Hiragino Sans"/>
                <w:b w:val="0"/>
                <w:sz w:val="18"/>
              </w:rPr>
              <w:t>13回/14回</w:t>
            </w:r>
          </w:p>
        </w:tc>
        <w:tc>
          <w:tcPr>
            <w:tcW w:type="dxa" w:w="1994"/>
          </w:tcPr>
          <w:p>
            <w:r/>
            <w:r>
              <w:rPr>
                <w:rFonts w:eastAsia="Hiragino Sans" w:ascii="Hiragino Sans" w:hAnsi="Hiragino Sans"/>
                <w:b w:val="0"/>
                <w:sz w:val="18"/>
              </w:rPr>
              <w:t>13回/13回</w:t>
            </w:r>
          </w:p>
        </w:tc>
        <w:tc>
          <w:tcPr>
            <w:tcW w:type="dxa" w:w="1994"/>
          </w:tcPr>
          <w:p>
            <w:r/>
            <w:r>
              <w:rPr>
                <w:rFonts w:eastAsia="Hiragino Sans" w:ascii="Hiragino Sans" w:hAnsi="Hiragino Sans"/>
                <w:b w:val="0"/>
                <w:sz w:val="18"/>
              </w:rPr>
              <w:t>—</w:t>
            </w:r>
          </w:p>
        </w:tc>
      </w:tr>
      <w:tr>
        <w:tc>
          <w:tcPr>
            <w:tcW w:type="dxa" w:w="1994"/>
            <w:shd w:val="clear" w:fill="F7F8FA"/>
          </w:tcPr>
          <w:p>
            <w:r/>
            <w:r>
              <w:rPr>
                <w:rFonts w:eastAsia="Hiragino Sans" w:ascii="Hiragino Sans" w:hAnsi="Hiragino Sans"/>
                <w:b w:val="0"/>
                <w:sz w:val="18"/>
              </w:rPr>
              <w:t>長峰 宏治</w:t>
            </w:r>
          </w:p>
        </w:tc>
        <w:tc>
          <w:tcPr>
            <w:tcW w:type="dxa" w:w="1994"/>
            <w:shd w:val="clear" w:fill="F7F8FA"/>
          </w:tcPr>
          <w:p>
            <w:r/>
            <w:r>
              <w:rPr>
                <w:rFonts w:eastAsia="Hiragino Sans" w:ascii="Hiragino Sans" w:hAnsi="Hiragino Sans"/>
                <w:b w:val="0"/>
                <w:sz w:val="18"/>
              </w:rPr>
              <w:t>社外監査役</w:t>
            </w:r>
          </w:p>
        </w:tc>
        <w:tc>
          <w:tcPr>
            <w:tcW w:type="dxa" w:w="1994"/>
            <w:shd w:val="clear" w:fill="F7F8FA"/>
          </w:tcPr>
          <w:p>
            <w:r/>
            <w:r>
              <w:rPr>
                <w:rFonts w:eastAsia="Hiragino Sans" w:ascii="Hiragino Sans" w:hAnsi="Hiragino Sans"/>
                <w:b w:val="0"/>
                <w:sz w:val="18"/>
              </w:rPr>
              <w:t>14回/14回</w:t>
            </w:r>
          </w:p>
        </w:tc>
        <w:tc>
          <w:tcPr>
            <w:tcW w:type="dxa" w:w="1994"/>
            <w:shd w:val="clear" w:fill="F7F8FA"/>
          </w:tcPr>
          <w:p>
            <w:r/>
            <w:r>
              <w:rPr>
                <w:rFonts w:eastAsia="Hiragino Sans" w:ascii="Hiragino Sans" w:hAnsi="Hiragino Sans"/>
                <w:b w:val="0"/>
                <w:sz w:val="18"/>
              </w:rPr>
              <w:t>13回/13回</w:t>
            </w:r>
          </w:p>
        </w:tc>
        <w:tc>
          <w:tcPr>
            <w:tcW w:type="dxa" w:w="1994"/>
            <w:shd w:val="clear" w:fill="F7F8FA"/>
          </w:tcPr>
          <w:p>
            <w:r/>
            <w:r>
              <w:rPr>
                <w:rFonts w:eastAsia="Hiragino Sans" w:ascii="Hiragino Sans" w:hAnsi="Hiragino Sans"/>
                <w:b w:val="0"/>
                <w:sz w:val="18"/>
              </w:rPr>
              <w:t>—</w:t>
            </w:r>
          </w:p>
        </w:tc>
      </w:tr>
    </w:tbl>
    <w:p>
      <w:pPr>
        <w:spacing w:after="40"/>
      </w:pPr>
    </w:p>
    <w:p>
      <w:pPr>
        <w:pStyle w:val="Heading3"/>
      </w:pPr>
      <w:r>
        <w:t>(2) 役員の状況</w:t>
      </w:r>
    </w:p>
    <w:p>
      <w:pPr>
        <w:spacing w:after="80"/>
      </w:pPr>
      <w:r>
        <w:rPr>
          <w:rFonts w:eastAsia="Hiragino Sans" w:ascii="Hiragino Sans" w:hAnsi="Hiragino Sans"/>
          <w:b w:val="0"/>
          <w:i w:val="0"/>
        </w:rPr>
        <w:t>役員一覧（2026年6月25日提出日現在）　男性7名・女性3名（役員のうち女性の比率30.0%）</w:t>
      </w:r>
    </w:p>
    <w:tbl>
      <w:tblPr>
        <w:tblStyle w:val="TableGrid"/>
        <w:tblW w:type="auto" w:w="0"/>
        <w:jc w:val="center"/>
        <w:tblLayout w:type="autofit"/>
        <w:tblLook w:firstColumn="1" w:firstRow="1" w:lastColumn="0" w:lastRow="0" w:noHBand="0" w:noVBand="1" w:val="04A0"/>
      </w:tblPr>
      <w:tblGrid>
        <w:gridCol w:w="1662"/>
        <w:gridCol w:w="1662"/>
        <w:gridCol w:w="1662"/>
        <w:gridCol w:w="1662"/>
        <w:gridCol w:w="1662"/>
        <w:gridCol w:w="1662"/>
      </w:tblGrid>
      <w:tr>
        <w:tc>
          <w:tcPr>
            <w:tcW w:type="dxa" w:w="1662"/>
            <w:shd w:val="clear" w:fill="24406B"/>
          </w:tcPr>
          <w:p>
            <w:r/>
            <w:r>
              <w:rPr>
                <w:rFonts w:eastAsia="Hiragino Sans" w:ascii="Hiragino Sans" w:hAnsi="Hiragino Sans"/>
                <w:b/>
                <w:color w:val="FFFFFF"/>
                <w:sz w:val="18"/>
              </w:rPr>
              <w:t>役職名</w:t>
            </w:r>
          </w:p>
        </w:tc>
        <w:tc>
          <w:tcPr>
            <w:tcW w:type="dxa" w:w="1662"/>
            <w:shd w:val="clear" w:fill="24406B"/>
          </w:tcPr>
          <w:p>
            <w:r/>
            <w:r>
              <w:rPr>
                <w:rFonts w:eastAsia="Hiragino Sans" w:ascii="Hiragino Sans" w:hAnsi="Hiragino Sans"/>
                <w:b/>
                <w:color w:val="FFFFFF"/>
                <w:sz w:val="18"/>
              </w:rPr>
              <w:t>氏名</w:t>
            </w:r>
          </w:p>
        </w:tc>
        <w:tc>
          <w:tcPr>
            <w:tcW w:type="dxa" w:w="1662"/>
            <w:shd w:val="clear" w:fill="24406B"/>
          </w:tcPr>
          <w:p>
            <w:r/>
            <w:r>
              <w:rPr>
                <w:rFonts w:eastAsia="Hiragino Sans" w:ascii="Hiragino Sans" w:hAnsi="Hiragino Sans"/>
                <w:b/>
                <w:color w:val="FFFFFF"/>
                <w:sz w:val="18"/>
              </w:rPr>
              <w:t>生年月日</w:t>
            </w:r>
          </w:p>
        </w:tc>
        <w:tc>
          <w:tcPr>
            <w:tcW w:type="dxa" w:w="1662"/>
            <w:shd w:val="clear" w:fill="24406B"/>
          </w:tcPr>
          <w:p>
            <w:r/>
            <w:r>
              <w:rPr>
                <w:rFonts w:eastAsia="Hiragino Sans" w:ascii="Hiragino Sans" w:hAnsi="Hiragino Sans"/>
                <w:b/>
                <w:color w:val="FFFFFF"/>
                <w:sz w:val="18"/>
              </w:rPr>
              <w:t>略歴（主要）</w:t>
            </w:r>
          </w:p>
        </w:tc>
        <w:tc>
          <w:tcPr>
            <w:tcW w:type="dxa" w:w="1662"/>
            <w:shd w:val="clear" w:fill="24406B"/>
          </w:tcPr>
          <w:p>
            <w:r/>
            <w:r>
              <w:rPr>
                <w:rFonts w:eastAsia="Hiragino Sans" w:ascii="Hiragino Sans" w:hAnsi="Hiragino Sans"/>
                <w:b/>
                <w:color w:val="FFFFFF"/>
                <w:sz w:val="18"/>
              </w:rPr>
              <w:t>任期</w:t>
            </w:r>
          </w:p>
        </w:tc>
        <w:tc>
          <w:tcPr>
            <w:tcW w:type="dxa" w:w="1662"/>
            <w:shd w:val="clear" w:fill="24406B"/>
          </w:tcPr>
          <w:p>
            <w:r/>
            <w:r>
              <w:rPr>
                <w:rFonts w:eastAsia="Hiragino Sans" w:ascii="Hiragino Sans" w:hAnsi="Hiragino Sans"/>
                <w:b/>
                <w:color w:val="FFFFFF"/>
                <w:sz w:val="18"/>
              </w:rPr>
              <w:t>所有株式数(千株)</w:t>
            </w:r>
          </w:p>
        </w:tc>
      </w:tr>
      <w:tr>
        <w:tc>
          <w:tcPr>
            <w:tcW w:type="dxa" w:w="1662"/>
          </w:tcPr>
          <w:p>
            <w:r/>
            <w:r>
              <w:rPr>
                <w:rFonts w:eastAsia="Hiragino Sans" w:ascii="Hiragino Sans" w:hAnsi="Hiragino Sans"/>
                <w:b w:val="0"/>
                <w:sz w:val="18"/>
              </w:rPr>
              <w:t>代表取締役社長</w:t>
            </w:r>
          </w:p>
        </w:tc>
        <w:tc>
          <w:tcPr>
            <w:tcW w:type="dxa" w:w="1662"/>
          </w:tcPr>
          <w:p>
            <w:r/>
            <w:r>
              <w:rPr>
                <w:rFonts w:eastAsia="Hiragino Sans" w:ascii="Hiragino Sans" w:hAnsi="Hiragino Sans"/>
                <w:b w:val="0"/>
                <w:sz w:val="18"/>
              </w:rPr>
              <w:t>藤川 誠一郎</w:t>
            </w:r>
          </w:p>
        </w:tc>
        <w:tc>
          <w:tcPr>
            <w:tcW w:type="dxa" w:w="1662"/>
          </w:tcPr>
          <w:p>
            <w:r/>
            <w:r>
              <w:rPr>
                <w:rFonts w:eastAsia="Hiragino Sans" w:ascii="Hiragino Sans" w:hAnsi="Hiragino Sans"/>
                <w:b w:val="0"/>
                <w:sz w:val="18"/>
              </w:rPr>
              <w:t>1965年4月2日</w:t>
            </w:r>
          </w:p>
        </w:tc>
        <w:tc>
          <w:tcPr>
            <w:tcW w:type="dxa" w:w="1662"/>
          </w:tcPr>
          <w:p>
            <w:r/>
            <w:r>
              <w:rPr>
                <w:rFonts w:eastAsia="Hiragino Sans" w:ascii="Hiragino Sans" w:hAnsi="Hiragino Sans"/>
                <w:b w:val="0"/>
                <w:sz w:val="18"/>
              </w:rPr>
              <w:t>1998年6月当社設立、代表取締役社長就任（現任）</w:t>
            </w:r>
          </w:p>
        </w:tc>
        <w:tc>
          <w:tcPr>
            <w:tcW w:type="dxa" w:w="1662"/>
          </w:tcPr>
          <w:p>
            <w:r/>
            <w:r>
              <w:rPr>
                <w:rFonts w:eastAsia="Hiragino Sans" w:ascii="Hiragino Sans" w:hAnsi="Hiragino Sans"/>
                <w:b w:val="0"/>
                <w:sz w:val="18"/>
              </w:rPr>
              <w:t>1年</w:t>
            </w:r>
          </w:p>
        </w:tc>
        <w:tc>
          <w:tcPr>
            <w:tcW w:type="dxa" w:w="1662"/>
          </w:tcPr>
          <w:p>
            <w:r/>
            <w:r>
              <w:rPr>
                <w:rFonts w:eastAsia="Hiragino Sans" w:ascii="Hiragino Sans" w:hAnsi="Hiragino Sans"/>
                <w:b w:val="0"/>
                <w:sz w:val="18"/>
              </w:rPr>
              <w:t>905</w:t>
            </w:r>
          </w:p>
        </w:tc>
      </w:tr>
      <w:tr>
        <w:tc>
          <w:tcPr>
            <w:tcW w:type="dxa" w:w="1662"/>
            <w:shd w:val="clear" w:fill="F7F8FA"/>
          </w:tcPr>
          <w:p>
            <w:r/>
            <w:r>
              <w:rPr>
                <w:rFonts w:eastAsia="Hiragino Sans" w:ascii="Hiragino Sans" w:hAnsi="Hiragino Sans"/>
                <w:b w:val="0"/>
                <w:sz w:val="18"/>
              </w:rPr>
              <w:t>取締役専務執行役員 生産本部長</w:t>
            </w:r>
          </w:p>
        </w:tc>
        <w:tc>
          <w:tcPr>
            <w:tcW w:type="dxa" w:w="1662"/>
            <w:shd w:val="clear" w:fill="F7F8FA"/>
          </w:tcPr>
          <w:p>
            <w:r/>
            <w:r>
              <w:rPr>
                <w:rFonts w:eastAsia="Hiragino Sans" w:ascii="Hiragino Sans" w:hAnsi="Hiragino Sans"/>
                <w:b w:val="0"/>
                <w:sz w:val="18"/>
              </w:rPr>
              <w:t>村瀬 孝之</w:t>
            </w:r>
          </w:p>
        </w:tc>
        <w:tc>
          <w:tcPr>
            <w:tcW w:type="dxa" w:w="1662"/>
            <w:shd w:val="clear" w:fill="F7F8FA"/>
          </w:tcPr>
          <w:p>
            <w:r/>
            <w:r>
              <w:rPr>
                <w:rFonts w:eastAsia="Hiragino Sans" w:ascii="Hiragino Sans" w:hAnsi="Hiragino Sans"/>
                <w:b w:val="0"/>
                <w:sz w:val="18"/>
              </w:rPr>
              <w:t>1963年9月15日</w:t>
            </w:r>
          </w:p>
        </w:tc>
        <w:tc>
          <w:tcPr>
            <w:tcW w:type="dxa" w:w="1662"/>
            <w:shd w:val="clear" w:fill="F7F8FA"/>
          </w:tcPr>
          <w:p>
            <w:r/>
            <w:r>
              <w:rPr>
                <w:rFonts w:eastAsia="Hiragino Sans" w:ascii="Hiragino Sans" w:hAnsi="Hiragino Sans"/>
                <w:b w:val="0"/>
                <w:sz w:val="18"/>
              </w:rPr>
              <w:t>1999年4月入社、諏訪工場長、2015年6月取締役就任（現任）</w:t>
            </w:r>
          </w:p>
        </w:tc>
        <w:tc>
          <w:tcPr>
            <w:tcW w:type="dxa" w:w="1662"/>
            <w:shd w:val="clear" w:fill="F7F8FA"/>
          </w:tcPr>
          <w:p>
            <w:r/>
            <w:r>
              <w:rPr>
                <w:rFonts w:eastAsia="Hiragino Sans" w:ascii="Hiragino Sans" w:hAnsi="Hiragino Sans"/>
                <w:b w:val="0"/>
                <w:sz w:val="18"/>
              </w:rPr>
              <w:t>1年</w:t>
            </w:r>
          </w:p>
        </w:tc>
        <w:tc>
          <w:tcPr>
            <w:tcW w:type="dxa" w:w="1662"/>
            <w:shd w:val="clear" w:fill="F7F8FA"/>
          </w:tcPr>
          <w:p>
            <w:r/>
            <w:r>
              <w:rPr>
                <w:rFonts w:eastAsia="Hiragino Sans" w:ascii="Hiragino Sans" w:hAnsi="Hiragino Sans"/>
                <w:b w:val="0"/>
                <w:sz w:val="18"/>
              </w:rPr>
              <w:t>45</w:t>
            </w:r>
          </w:p>
        </w:tc>
      </w:tr>
      <w:tr>
        <w:tc>
          <w:tcPr>
            <w:tcW w:type="dxa" w:w="1662"/>
          </w:tcPr>
          <w:p>
            <w:r/>
            <w:r>
              <w:rPr>
                <w:rFonts w:eastAsia="Hiragino Sans" w:ascii="Hiragino Sans" w:hAnsi="Hiragino Sans"/>
                <w:b w:val="0"/>
                <w:sz w:val="18"/>
              </w:rPr>
              <w:t>取締役常務執行役員 営業本部長</w:t>
            </w:r>
          </w:p>
        </w:tc>
        <w:tc>
          <w:tcPr>
            <w:tcW w:type="dxa" w:w="1662"/>
          </w:tcPr>
          <w:p>
            <w:r/>
            <w:r>
              <w:rPr>
                <w:rFonts w:eastAsia="Hiragino Sans" w:ascii="Hiragino Sans" w:hAnsi="Hiragino Sans"/>
                <w:b w:val="0"/>
                <w:sz w:val="18"/>
              </w:rPr>
              <w:t>大西 亮</w:t>
            </w:r>
          </w:p>
        </w:tc>
        <w:tc>
          <w:tcPr>
            <w:tcW w:type="dxa" w:w="1662"/>
          </w:tcPr>
          <w:p>
            <w:r/>
            <w:r>
              <w:rPr>
                <w:rFonts w:eastAsia="Hiragino Sans" w:ascii="Hiragino Sans" w:hAnsi="Hiragino Sans"/>
                <w:b w:val="0"/>
                <w:sz w:val="18"/>
              </w:rPr>
              <w:t>1968年1月23日</w:t>
            </w:r>
          </w:p>
        </w:tc>
        <w:tc>
          <w:tcPr>
            <w:tcW w:type="dxa" w:w="1662"/>
          </w:tcPr>
          <w:p>
            <w:r/>
            <w:r>
              <w:rPr>
                <w:rFonts w:eastAsia="Hiragino Sans" w:ascii="Hiragino Sans" w:hAnsi="Hiragino Sans"/>
                <w:b w:val="0"/>
                <w:sz w:val="18"/>
              </w:rPr>
              <w:t>2001年4月入社、東京支店長、2018年6月取締役就任（現任）</w:t>
            </w:r>
          </w:p>
        </w:tc>
        <w:tc>
          <w:tcPr>
            <w:tcW w:type="dxa" w:w="1662"/>
          </w:tcPr>
          <w:p>
            <w:r/>
            <w:r>
              <w:rPr>
                <w:rFonts w:eastAsia="Hiragino Sans" w:ascii="Hiragino Sans" w:hAnsi="Hiragino Sans"/>
                <w:b w:val="0"/>
                <w:sz w:val="18"/>
              </w:rPr>
              <w:t>1年</w:t>
            </w:r>
          </w:p>
        </w:tc>
        <w:tc>
          <w:tcPr>
            <w:tcW w:type="dxa" w:w="1662"/>
          </w:tcPr>
          <w:p>
            <w:r/>
            <w:r>
              <w:rPr>
                <w:rFonts w:eastAsia="Hiragino Sans" w:ascii="Hiragino Sans" w:hAnsi="Hiragino Sans"/>
                <w:b w:val="0"/>
                <w:sz w:val="18"/>
              </w:rPr>
              <w:t>28</w:t>
            </w:r>
          </w:p>
        </w:tc>
      </w:tr>
      <w:tr>
        <w:tc>
          <w:tcPr>
            <w:tcW w:type="dxa" w:w="1662"/>
            <w:shd w:val="clear" w:fill="F7F8FA"/>
          </w:tcPr>
          <w:p>
            <w:r/>
            <w:r>
              <w:rPr>
                <w:rFonts w:eastAsia="Hiragino Sans" w:ascii="Hiragino Sans" w:hAnsi="Hiragino Sans"/>
                <w:b w:val="0"/>
                <w:sz w:val="18"/>
              </w:rPr>
              <w:t>取締役執行役員 管理本部長（CFO）</w:t>
            </w:r>
          </w:p>
        </w:tc>
        <w:tc>
          <w:tcPr>
            <w:tcW w:type="dxa" w:w="1662"/>
            <w:shd w:val="clear" w:fill="F7F8FA"/>
          </w:tcPr>
          <w:p>
            <w:r/>
            <w:r>
              <w:rPr>
                <w:rFonts w:eastAsia="Hiragino Sans" w:ascii="Hiragino Sans" w:hAnsi="Hiragino Sans"/>
                <w:b w:val="0"/>
                <w:sz w:val="18"/>
              </w:rPr>
              <w:t>高津 美咲</w:t>
            </w:r>
          </w:p>
        </w:tc>
        <w:tc>
          <w:tcPr>
            <w:tcW w:type="dxa" w:w="1662"/>
            <w:shd w:val="clear" w:fill="F7F8FA"/>
          </w:tcPr>
          <w:p>
            <w:r/>
            <w:r>
              <w:rPr>
                <w:rFonts w:eastAsia="Hiragino Sans" w:ascii="Hiragino Sans" w:hAnsi="Hiragino Sans"/>
                <w:b w:val="0"/>
                <w:sz w:val="18"/>
              </w:rPr>
              <w:t>1975年7月30日</w:t>
            </w:r>
          </w:p>
        </w:tc>
        <w:tc>
          <w:tcPr>
            <w:tcW w:type="dxa" w:w="1662"/>
            <w:shd w:val="clear" w:fill="F7F8FA"/>
          </w:tcPr>
          <w:p>
            <w:r/>
            <w:r>
              <w:rPr>
                <w:rFonts w:eastAsia="Hiragino Sans" w:ascii="Hiragino Sans" w:hAnsi="Hiragino Sans"/>
                <w:b w:val="0"/>
                <w:sz w:val="18"/>
              </w:rPr>
              <w:t>2003年4月大手銀行入行、2016年10月当社入社 経理部長、2022年6月取締役就任（現任）</w:t>
            </w:r>
          </w:p>
        </w:tc>
        <w:tc>
          <w:tcPr>
            <w:tcW w:type="dxa" w:w="1662"/>
            <w:shd w:val="clear" w:fill="F7F8FA"/>
          </w:tcPr>
          <w:p>
            <w:r/>
            <w:r>
              <w:rPr>
                <w:rFonts w:eastAsia="Hiragino Sans" w:ascii="Hiragino Sans" w:hAnsi="Hiragino Sans"/>
                <w:b w:val="0"/>
                <w:sz w:val="18"/>
              </w:rPr>
              <w:t>1年</w:t>
            </w:r>
          </w:p>
        </w:tc>
        <w:tc>
          <w:tcPr>
            <w:tcW w:type="dxa" w:w="1662"/>
            <w:shd w:val="clear" w:fill="F7F8FA"/>
          </w:tcPr>
          <w:p>
            <w:r/>
            <w:r>
              <w:rPr>
                <w:rFonts w:eastAsia="Hiragino Sans" w:ascii="Hiragino Sans" w:hAnsi="Hiragino Sans"/>
                <w:b w:val="0"/>
                <w:sz w:val="18"/>
              </w:rPr>
              <w:t>12</w:t>
            </w:r>
          </w:p>
        </w:tc>
      </w:tr>
      <w:tr>
        <w:tc>
          <w:tcPr>
            <w:tcW w:type="dxa" w:w="1662"/>
          </w:tcPr>
          <w:p>
            <w:r/>
            <w:r>
              <w:rPr>
                <w:rFonts w:eastAsia="Hiragino Sans" w:ascii="Hiragino Sans" w:hAnsi="Hiragino Sans"/>
                <w:b w:val="0"/>
                <w:sz w:val="18"/>
              </w:rPr>
              <w:t>社外取締役</w:t>
            </w:r>
          </w:p>
        </w:tc>
        <w:tc>
          <w:tcPr>
            <w:tcW w:type="dxa" w:w="1662"/>
          </w:tcPr>
          <w:p>
            <w:r/>
            <w:r>
              <w:rPr>
                <w:rFonts w:eastAsia="Hiragino Sans" w:ascii="Hiragino Sans" w:hAnsi="Hiragino Sans"/>
                <w:b w:val="0"/>
                <w:sz w:val="18"/>
              </w:rPr>
              <w:t>柏木 正和</w:t>
            </w:r>
          </w:p>
        </w:tc>
        <w:tc>
          <w:tcPr>
            <w:tcW w:type="dxa" w:w="1662"/>
          </w:tcPr>
          <w:p>
            <w:r/>
            <w:r>
              <w:rPr>
                <w:rFonts w:eastAsia="Hiragino Sans" w:ascii="Hiragino Sans" w:hAnsi="Hiragino Sans"/>
                <w:b w:val="0"/>
                <w:sz w:val="18"/>
              </w:rPr>
              <w:t>1958年11月5日</w:t>
            </w:r>
          </w:p>
        </w:tc>
        <w:tc>
          <w:tcPr>
            <w:tcW w:type="dxa" w:w="1662"/>
          </w:tcPr>
          <w:p>
            <w:r/>
            <w:r>
              <w:rPr>
                <w:rFonts w:eastAsia="Hiragino Sans" w:ascii="Hiragino Sans" w:hAnsi="Hiragino Sans"/>
                <w:b w:val="0"/>
                <w:sz w:val="18"/>
              </w:rPr>
              <w:t>大手電機メーカー取締役執行役員常務を歴任、2020年6月当社社外取締役就任（現任）</w:t>
            </w:r>
          </w:p>
        </w:tc>
        <w:tc>
          <w:tcPr>
            <w:tcW w:type="dxa" w:w="1662"/>
          </w:tcPr>
          <w:p>
            <w:r/>
            <w:r>
              <w:rPr>
                <w:rFonts w:eastAsia="Hiragino Sans" w:ascii="Hiragino Sans" w:hAnsi="Hiragino Sans"/>
                <w:b w:val="0"/>
                <w:sz w:val="18"/>
              </w:rPr>
              <w:t>1年</w:t>
            </w:r>
          </w:p>
        </w:tc>
        <w:tc>
          <w:tcPr>
            <w:tcW w:type="dxa" w:w="1662"/>
          </w:tcPr>
          <w:p>
            <w:r/>
            <w:r>
              <w:rPr>
                <w:rFonts w:eastAsia="Hiragino Sans" w:ascii="Hiragino Sans" w:hAnsi="Hiragino Sans"/>
                <w:b w:val="0"/>
                <w:sz w:val="18"/>
              </w:rPr>
              <w:t>3</w:t>
            </w:r>
          </w:p>
        </w:tc>
      </w:tr>
      <w:tr>
        <w:tc>
          <w:tcPr>
            <w:tcW w:type="dxa" w:w="1662"/>
            <w:shd w:val="clear" w:fill="F7F8FA"/>
          </w:tcPr>
          <w:p>
            <w:r/>
            <w:r>
              <w:rPr>
                <w:rFonts w:eastAsia="Hiragino Sans" w:ascii="Hiragino Sans" w:hAnsi="Hiragino Sans"/>
                <w:b w:val="0"/>
                <w:sz w:val="18"/>
              </w:rPr>
              <w:t>社外取締役</w:t>
            </w:r>
          </w:p>
        </w:tc>
        <w:tc>
          <w:tcPr>
            <w:tcW w:type="dxa" w:w="1662"/>
            <w:shd w:val="clear" w:fill="F7F8FA"/>
          </w:tcPr>
          <w:p>
            <w:r/>
            <w:r>
              <w:rPr>
                <w:rFonts w:eastAsia="Hiragino Sans" w:ascii="Hiragino Sans" w:hAnsi="Hiragino Sans"/>
                <w:b w:val="0"/>
                <w:sz w:val="18"/>
              </w:rPr>
              <w:t>井原 由紀子</w:t>
            </w:r>
          </w:p>
        </w:tc>
        <w:tc>
          <w:tcPr>
            <w:tcW w:type="dxa" w:w="1662"/>
            <w:shd w:val="clear" w:fill="F7F8FA"/>
          </w:tcPr>
          <w:p>
            <w:r/>
            <w:r>
              <w:rPr>
                <w:rFonts w:eastAsia="Hiragino Sans" w:ascii="Hiragino Sans" w:hAnsi="Hiragino Sans"/>
                <w:b w:val="0"/>
                <w:sz w:val="18"/>
              </w:rPr>
              <w:t>1970年2月14日</w:t>
            </w:r>
          </w:p>
        </w:tc>
        <w:tc>
          <w:tcPr>
            <w:tcW w:type="dxa" w:w="1662"/>
            <w:shd w:val="clear" w:fill="F7F8FA"/>
          </w:tcPr>
          <w:p>
            <w:r/>
            <w:r>
              <w:rPr>
                <w:rFonts w:eastAsia="Hiragino Sans" w:ascii="Hiragino Sans" w:hAnsi="Hiragino Sans"/>
                <w:b w:val="0"/>
                <w:sz w:val="18"/>
              </w:rPr>
              <w:t>弁護士登録（1998年）、井原法律事務所所長、2021年6月当社社外取締役就任（現任）</w:t>
            </w:r>
          </w:p>
        </w:tc>
        <w:tc>
          <w:tcPr>
            <w:tcW w:type="dxa" w:w="1662"/>
            <w:shd w:val="clear" w:fill="F7F8FA"/>
          </w:tcPr>
          <w:p>
            <w:r/>
            <w:r>
              <w:rPr>
                <w:rFonts w:eastAsia="Hiragino Sans" w:ascii="Hiragino Sans" w:hAnsi="Hiragino Sans"/>
                <w:b w:val="0"/>
                <w:sz w:val="18"/>
              </w:rPr>
              <w:t>1年</w:t>
            </w:r>
          </w:p>
        </w:tc>
        <w:tc>
          <w:tcPr>
            <w:tcW w:type="dxa" w:w="1662"/>
            <w:shd w:val="clear" w:fill="F7F8FA"/>
          </w:tcPr>
          <w:p>
            <w:r/>
            <w:r>
              <w:rPr>
                <w:rFonts w:eastAsia="Hiragino Sans" w:ascii="Hiragino Sans" w:hAnsi="Hiragino Sans"/>
                <w:b w:val="0"/>
                <w:sz w:val="18"/>
              </w:rPr>
              <w:t>—</w:t>
            </w:r>
          </w:p>
        </w:tc>
      </w:tr>
      <w:tr>
        <w:tc>
          <w:tcPr>
            <w:tcW w:type="dxa" w:w="1662"/>
          </w:tcPr>
          <w:p>
            <w:r/>
            <w:r>
              <w:rPr>
                <w:rFonts w:eastAsia="Hiragino Sans" w:ascii="Hiragino Sans" w:hAnsi="Hiragino Sans"/>
                <w:b w:val="0"/>
                <w:sz w:val="18"/>
              </w:rPr>
              <w:t>社外取締役</w:t>
            </w:r>
          </w:p>
        </w:tc>
        <w:tc>
          <w:tcPr>
            <w:tcW w:type="dxa" w:w="1662"/>
          </w:tcPr>
          <w:p>
            <w:r/>
            <w:r>
              <w:rPr>
                <w:rFonts w:eastAsia="Hiragino Sans" w:ascii="Hiragino Sans" w:hAnsi="Hiragino Sans"/>
                <w:b w:val="0"/>
                <w:sz w:val="18"/>
              </w:rPr>
              <w:t>三宅 英介</w:t>
            </w:r>
          </w:p>
        </w:tc>
        <w:tc>
          <w:tcPr>
            <w:tcW w:type="dxa" w:w="1662"/>
          </w:tcPr>
          <w:p>
            <w:r/>
            <w:r>
              <w:rPr>
                <w:rFonts w:eastAsia="Hiragino Sans" w:ascii="Hiragino Sans" w:hAnsi="Hiragino Sans"/>
                <w:b w:val="0"/>
                <w:sz w:val="18"/>
              </w:rPr>
              <w:t>1966年6月8日</w:t>
            </w:r>
          </w:p>
        </w:tc>
        <w:tc>
          <w:tcPr>
            <w:tcW w:type="dxa" w:w="1662"/>
          </w:tcPr>
          <w:p>
            <w:r/>
            <w:r>
              <w:rPr>
                <w:rFonts w:eastAsia="Hiragino Sans" w:ascii="Hiragino Sans" w:hAnsi="Hiragino Sans"/>
                <w:b w:val="0"/>
                <w:sz w:val="18"/>
              </w:rPr>
              <w:t>公認会計士登録（1992年）、三宅公認会計士事務所所長、2023年6月当社社外取締役就任（現任）</w:t>
            </w:r>
          </w:p>
        </w:tc>
        <w:tc>
          <w:tcPr>
            <w:tcW w:type="dxa" w:w="1662"/>
          </w:tcPr>
          <w:p>
            <w:r/>
            <w:r>
              <w:rPr>
                <w:rFonts w:eastAsia="Hiragino Sans" w:ascii="Hiragino Sans" w:hAnsi="Hiragino Sans"/>
                <w:b w:val="0"/>
                <w:sz w:val="18"/>
              </w:rPr>
              <w:t>1年</w:t>
            </w:r>
          </w:p>
        </w:tc>
        <w:tc>
          <w:tcPr>
            <w:tcW w:type="dxa" w:w="1662"/>
          </w:tcPr>
          <w:p>
            <w:r/>
            <w:r>
              <w:rPr>
                <w:rFonts w:eastAsia="Hiragino Sans" w:ascii="Hiragino Sans" w:hAnsi="Hiragino Sans"/>
                <w:b w:val="0"/>
                <w:sz w:val="18"/>
              </w:rPr>
              <w:t>1</w:t>
            </w:r>
          </w:p>
        </w:tc>
      </w:tr>
      <w:tr>
        <w:tc>
          <w:tcPr>
            <w:tcW w:type="dxa" w:w="1662"/>
            <w:shd w:val="clear" w:fill="F7F8FA"/>
          </w:tcPr>
          <w:p>
            <w:r/>
            <w:r>
              <w:rPr>
                <w:rFonts w:eastAsia="Hiragino Sans" w:ascii="Hiragino Sans" w:hAnsi="Hiragino Sans"/>
                <w:b w:val="0"/>
                <w:sz w:val="18"/>
              </w:rPr>
              <w:t>常勤監査役</w:t>
            </w:r>
          </w:p>
        </w:tc>
        <w:tc>
          <w:tcPr>
            <w:tcW w:type="dxa" w:w="1662"/>
            <w:shd w:val="clear" w:fill="F7F8FA"/>
          </w:tcPr>
          <w:p>
            <w:r/>
            <w:r>
              <w:rPr>
                <w:rFonts w:eastAsia="Hiragino Sans" w:ascii="Hiragino Sans" w:hAnsi="Hiragino Sans"/>
                <w:b w:val="0"/>
                <w:sz w:val="18"/>
              </w:rPr>
              <w:t>岡島 徹</w:t>
            </w:r>
          </w:p>
        </w:tc>
        <w:tc>
          <w:tcPr>
            <w:tcW w:type="dxa" w:w="1662"/>
            <w:shd w:val="clear" w:fill="F7F8FA"/>
          </w:tcPr>
          <w:p>
            <w:r/>
            <w:r>
              <w:rPr>
                <w:rFonts w:eastAsia="Hiragino Sans" w:ascii="Hiragino Sans" w:hAnsi="Hiragino Sans"/>
                <w:b w:val="0"/>
                <w:sz w:val="18"/>
              </w:rPr>
              <w:t>1961年3月18日</w:t>
            </w:r>
          </w:p>
        </w:tc>
        <w:tc>
          <w:tcPr>
            <w:tcW w:type="dxa" w:w="1662"/>
            <w:shd w:val="clear" w:fill="F7F8FA"/>
          </w:tcPr>
          <w:p>
            <w:r/>
            <w:r>
              <w:rPr>
                <w:rFonts w:eastAsia="Hiragino Sans" w:ascii="Hiragino Sans" w:hAnsi="Hiragino Sans"/>
                <w:b w:val="0"/>
                <w:sz w:val="18"/>
              </w:rPr>
              <w:t>1985年4月入社、経理部長・内部監査室長を歴任、2019年6月常勤監査役就任（現任）</w:t>
            </w:r>
          </w:p>
        </w:tc>
        <w:tc>
          <w:tcPr>
            <w:tcW w:type="dxa" w:w="1662"/>
            <w:shd w:val="clear" w:fill="F7F8FA"/>
          </w:tcPr>
          <w:p>
            <w:r/>
            <w:r>
              <w:rPr>
                <w:rFonts w:eastAsia="Hiragino Sans" w:ascii="Hiragino Sans" w:hAnsi="Hiragino Sans"/>
                <w:b w:val="0"/>
                <w:sz w:val="18"/>
              </w:rPr>
              <w:t>4年</w:t>
            </w:r>
          </w:p>
        </w:tc>
        <w:tc>
          <w:tcPr>
            <w:tcW w:type="dxa" w:w="1662"/>
            <w:shd w:val="clear" w:fill="F7F8FA"/>
          </w:tcPr>
          <w:p>
            <w:r/>
            <w:r>
              <w:rPr>
                <w:rFonts w:eastAsia="Hiragino Sans" w:ascii="Hiragino Sans" w:hAnsi="Hiragino Sans"/>
                <w:b w:val="0"/>
                <w:sz w:val="18"/>
              </w:rPr>
              <w:t>8</w:t>
            </w:r>
          </w:p>
        </w:tc>
      </w:tr>
      <w:tr>
        <w:tc>
          <w:tcPr>
            <w:tcW w:type="dxa" w:w="1662"/>
          </w:tcPr>
          <w:p>
            <w:r/>
            <w:r>
              <w:rPr>
                <w:rFonts w:eastAsia="Hiragino Sans" w:ascii="Hiragino Sans" w:hAnsi="Hiragino Sans"/>
                <w:b w:val="0"/>
                <w:sz w:val="18"/>
              </w:rPr>
              <w:t>社外監査役</w:t>
            </w:r>
          </w:p>
        </w:tc>
        <w:tc>
          <w:tcPr>
            <w:tcW w:type="dxa" w:w="1662"/>
          </w:tcPr>
          <w:p>
            <w:r/>
            <w:r>
              <w:rPr>
                <w:rFonts w:eastAsia="Hiragino Sans" w:ascii="Hiragino Sans" w:hAnsi="Hiragino Sans"/>
                <w:b w:val="0"/>
                <w:sz w:val="18"/>
              </w:rPr>
              <w:t>児玉 真理</w:t>
            </w:r>
          </w:p>
        </w:tc>
        <w:tc>
          <w:tcPr>
            <w:tcW w:type="dxa" w:w="1662"/>
          </w:tcPr>
          <w:p>
            <w:r/>
            <w:r>
              <w:rPr>
                <w:rFonts w:eastAsia="Hiragino Sans" w:ascii="Hiragino Sans" w:hAnsi="Hiragino Sans"/>
                <w:b w:val="0"/>
                <w:sz w:val="18"/>
              </w:rPr>
              <w:t>1972年10月26日</w:t>
            </w:r>
          </w:p>
        </w:tc>
        <w:tc>
          <w:tcPr>
            <w:tcW w:type="dxa" w:w="1662"/>
          </w:tcPr>
          <w:p>
            <w:r/>
            <w:r>
              <w:rPr>
                <w:rFonts w:eastAsia="Hiragino Sans" w:ascii="Hiragino Sans" w:hAnsi="Hiragino Sans"/>
                <w:b w:val="0"/>
                <w:sz w:val="18"/>
              </w:rPr>
              <w:t>公認会計士登録（1999年）、児玉会計事務所所長、2021年6月当社社外監査役就任（現任）</w:t>
            </w:r>
          </w:p>
        </w:tc>
        <w:tc>
          <w:tcPr>
            <w:tcW w:type="dxa" w:w="1662"/>
          </w:tcPr>
          <w:p>
            <w:r/>
            <w:r>
              <w:rPr>
                <w:rFonts w:eastAsia="Hiragino Sans" w:ascii="Hiragino Sans" w:hAnsi="Hiragino Sans"/>
                <w:b w:val="0"/>
                <w:sz w:val="18"/>
              </w:rPr>
              <w:t>4年</w:t>
            </w:r>
          </w:p>
        </w:tc>
        <w:tc>
          <w:tcPr>
            <w:tcW w:type="dxa" w:w="1662"/>
          </w:tcPr>
          <w:p>
            <w:r/>
            <w:r>
              <w:rPr>
                <w:rFonts w:eastAsia="Hiragino Sans" w:ascii="Hiragino Sans" w:hAnsi="Hiragino Sans"/>
                <w:b w:val="0"/>
                <w:sz w:val="18"/>
              </w:rPr>
              <w:t>—</w:t>
            </w:r>
          </w:p>
        </w:tc>
      </w:tr>
      <w:tr>
        <w:tc>
          <w:tcPr>
            <w:tcW w:type="dxa" w:w="1662"/>
            <w:shd w:val="clear" w:fill="F7F8FA"/>
          </w:tcPr>
          <w:p>
            <w:r/>
            <w:r>
              <w:rPr>
                <w:rFonts w:eastAsia="Hiragino Sans" w:ascii="Hiragino Sans" w:hAnsi="Hiragino Sans"/>
                <w:b w:val="0"/>
                <w:sz w:val="18"/>
              </w:rPr>
              <w:t>社外監査役</w:t>
            </w:r>
          </w:p>
        </w:tc>
        <w:tc>
          <w:tcPr>
            <w:tcW w:type="dxa" w:w="1662"/>
            <w:shd w:val="clear" w:fill="F7F8FA"/>
          </w:tcPr>
          <w:p>
            <w:r/>
            <w:r>
              <w:rPr>
                <w:rFonts w:eastAsia="Hiragino Sans" w:ascii="Hiragino Sans" w:hAnsi="Hiragino Sans"/>
                <w:b w:val="0"/>
                <w:sz w:val="18"/>
              </w:rPr>
              <w:t>長峰 宏治</w:t>
            </w:r>
          </w:p>
        </w:tc>
        <w:tc>
          <w:tcPr>
            <w:tcW w:type="dxa" w:w="1662"/>
            <w:shd w:val="clear" w:fill="F7F8FA"/>
          </w:tcPr>
          <w:p>
            <w:r/>
            <w:r>
              <w:rPr>
                <w:rFonts w:eastAsia="Hiragino Sans" w:ascii="Hiragino Sans" w:hAnsi="Hiragino Sans"/>
                <w:b w:val="0"/>
                <w:sz w:val="18"/>
              </w:rPr>
              <w:t>1959年5月12日</w:t>
            </w:r>
          </w:p>
        </w:tc>
        <w:tc>
          <w:tcPr>
            <w:tcW w:type="dxa" w:w="1662"/>
            <w:shd w:val="clear" w:fill="F7F8FA"/>
          </w:tcPr>
          <w:p>
            <w:r/>
            <w:r>
              <w:rPr>
                <w:rFonts w:eastAsia="Hiragino Sans" w:ascii="Hiragino Sans" w:hAnsi="Hiragino Sans"/>
                <w:b w:val="0"/>
                <w:sz w:val="18"/>
              </w:rPr>
              <w:t>税理士登録（1990年）、長峰税理士事務所所長、2023年6月当社社外監査役就任（現任）</w:t>
            </w:r>
          </w:p>
        </w:tc>
        <w:tc>
          <w:tcPr>
            <w:tcW w:type="dxa" w:w="1662"/>
            <w:shd w:val="clear" w:fill="F7F8FA"/>
          </w:tcPr>
          <w:p>
            <w:r/>
            <w:r>
              <w:rPr>
                <w:rFonts w:eastAsia="Hiragino Sans" w:ascii="Hiragino Sans" w:hAnsi="Hiragino Sans"/>
                <w:b w:val="0"/>
                <w:sz w:val="18"/>
              </w:rPr>
              <w:t>4年</w:t>
            </w:r>
          </w:p>
        </w:tc>
        <w:tc>
          <w:tcPr>
            <w:tcW w:type="dxa" w:w="1662"/>
            <w:shd w:val="clear" w:fill="F7F8FA"/>
          </w:tcPr>
          <w:p>
            <w:r/>
            <w:r>
              <w:rPr>
                <w:rFonts w:eastAsia="Hiragino Sans" w:ascii="Hiragino Sans" w:hAnsi="Hiragino Sans"/>
                <w:b w:val="0"/>
                <w:sz w:val="18"/>
              </w:rPr>
              <w:t>—</w:t>
            </w:r>
          </w:p>
        </w:tc>
      </w:tr>
    </w:tbl>
    <w:p>
      <w:pPr>
        <w:spacing w:after="40"/>
      </w:pPr>
    </w:p>
    <w:p>
      <w:pPr>
        <w:pStyle w:val="ListBullet"/>
        <w:ind w:left="240"/>
      </w:pPr>
      <w:r>
        <w:rPr>
          <w:rFonts w:eastAsia="Hiragino Sans" w:ascii="Hiragino Sans" w:hAnsi="Hiragino Sans"/>
          <w:b w:val="0"/>
          <w:sz w:val="20"/>
        </w:rPr>
        <w:t>（注）1. 社外取締役柏木正和、井原由紀子及び三宅英介、社外監査役児玉真理及び長峰宏治は、東京証券取引所の定める独立役員として届け出ております。</w:t>
      </w:r>
    </w:p>
    <w:p>
      <w:pPr>
        <w:pStyle w:val="ListBullet"/>
        <w:ind w:left="240"/>
      </w:pPr>
      <w:r>
        <w:rPr>
          <w:rFonts w:eastAsia="Hiragino Sans" w:ascii="Hiragino Sans" w:hAnsi="Hiragino Sans"/>
          <w:b w:val="0"/>
          <w:sz w:val="20"/>
        </w:rPr>
        <w:t>（注）2. 社外役員と当社との間に、人的関係、資本的関係又は取引関係その他の利害関係はありません。当社は社外役員の独立性判断基準を定め、コーポレート・ガバナンス報告書で開示しております。</w:t>
      </w:r>
    </w:p>
    <w:p>
      <w:pPr>
        <w:pStyle w:val="Heading3"/>
      </w:pPr>
      <w:r>
        <w:t>(3) 監査の状況</w:t>
      </w:r>
    </w:p>
    <w:p>
      <w:pPr>
        <w:spacing w:after="80"/>
      </w:pPr>
      <w:r>
        <w:rPr>
          <w:rFonts w:eastAsia="Hiragino Sans" w:ascii="Hiragino Sans" w:hAnsi="Hiragino Sans"/>
          <w:b/>
          <w:i w:val="0"/>
        </w:rPr>
        <w:t>① 監査役監査の状況</w:t>
      </w:r>
      <w:r>
        <w:rPr>
          <w:rFonts w:eastAsia="Hiragino Sans" w:ascii="Hiragino Sans" w:hAnsi="Hiragino Sans"/>
          <w:b w:val="0"/>
          <w:i w:val="0"/>
        </w:rPr>
        <w:t>：監査役会は3名（うち社外2名）で構成し、常勤監査役岡島徹は経理・内部監査部門での長年の経験により、社外監査役児玉真理は公認会計士として、長峰宏治は税理士として、それぞれ財務及び会計に関する相当程度の知見を有しております。当事業年度は監査役会を13回開催し（出席率100%）、監査方針・監査計画の策定、会計監査人の評価・報酬同意、KAM に関する協議等を行いました。常勤監査役は経営会議その他重要会議に出席し、重要な決裁書類の閲覧、事業所・子会社往査（当期：国内4拠点、タイ・ベトナム2拠点）を実施しております。</w:t>
      </w:r>
    </w:p>
    <w:p>
      <w:pPr>
        <w:spacing w:after="80"/>
      </w:pPr>
      <w:r>
        <w:rPr>
          <w:rFonts w:eastAsia="Hiragino Sans" w:ascii="Hiragino Sans" w:hAnsi="Hiragino Sans"/>
          <w:b/>
          <w:i w:val="0"/>
        </w:rPr>
        <w:t>② 内部監査の状況</w:t>
      </w:r>
      <w:r>
        <w:rPr>
          <w:rFonts w:eastAsia="Hiragino Sans" w:ascii="Hiragino Sans" w:hAnsi="Hiragino Sans"/>
          <w:b w:val="0"/>
          <w:i w:val="0"/>
        </w:rPr>
        <w:t>：社長直轄の内部監査室（4名）が、年度監査計画に基づき業務監査及び内部統制評価（財務報告に係る内部統制を含む）を実施しております。内部監査の結果は社長に報告するとともに、取締役会及び監査役会に対しても直接報告する体制（デュアルレポーティングライン）を確保しており、監査役・会計監査人と四半期毎に三様監査連絡会を開催しております。</w:t>
      </w:r>
    </w:p>
    <w:p>
      <w:pPr>
        <w:spacing w:after="80"/>
      </w:pPr>
      <w:r>
        <w:rPr>
          <w:rFonts w:eastAsia="Hiragino Sans" w:ascii="Hiragino Sans" w:hAnsi="Hiragino Sans"/>
          <w:b/>
          <w:i w:val="0"/>
        </w:rPr>
        <w:t>③ 会計監査の状況</w:t>
      </w:r>
      <w:r>
        <w:rPr>
          <w:rFonts w:eastAsia="Hiragino Sans" w:ascii="Hiragino Sans" w:hAnsi="Hiragino Sans"/>
          <w:b w:val="0"/>
          <w:i w:val="0"/>
        </w:rPr>
        <w:t>：当社の会計監査人は有限責任 青葉監査法人であります。継続監査期間は9年間、業務執行社員は佐野健吾（監査年数4年）及び立花理恵（同2年）であり、ローテーション制度を遵守しております。監査業務に係る補助者は、公認会計士8名、その他11名であります。監査役会は、会計監査人の独立性・品質管理体制・監査の実施状況等を評価する基準を定め、再任の適否を毎期審議しております。</w:t>
      </w:r>
    </w:p>
    <w:p>
      <w:pPr>
        <w:spacing w:after="80"/>
      </w:pPr>
      <w:r>
        <w:rPr>
          <w:rFonts w:eastAsia="Hiragino Sans" w:ascii="Hiragino Sans" w:hAnsi="Hiragino Sans"/>
          <w:b/>
          <w:i w:val="0"/>
        </w:rPr>
        <w:t>④ 監査報酬の内容等</w:t>
      </w:r>
    </w:p>
    <w:tbl>
      <w:tblPr>
        <w:tblStyle w:val="TableGrid"/>
        <w:tblW w:type="auto" w:w="0"/>
        <w:jc w:val="center"/>
        <w:tblLayout w:type="autofit"/>
        <w:tblLook w:firstColumn="1" w:firstRow="1" w:lastColumn="0" w:lastRow="0" w:noHBand="0" w:noVBand="1" w:val="04A0"/>
      </w:tblPr>
      <w:tblGrid>
        <w:gridCol w:w="1994"/>
        <w:gridCol w:w="1994"/>
        <w:gridCol w:w="1994"/>
        <w:gridCol w:w="1994"/>
        <w:gridCol w:w="1994"/>
      </w:tblGrid>
      <w:tr>
        <w:tc>
          <w:tcPr>
            <w:tcW w:type="dxa" w:w="1994"/>
            <w:shd w:val="clear" w:fill="24406B"/>
          </w:tcPr>
          <w:p>
            <w:r/>
            <w:r>
              <w:rPr>
                <w:rFonts w:eastAsia="Hiragino Sans" w:ascii="Hiragino Sans" w:hAnsi="Hiragino Sans"/>
                <w:b/>
                <w:color w:val="FFFFFF"/>
                <w:sz w:val="18"/>
              </w:rPr>
              <w:t>区分</w:t>
            </w:r>
          </w:p>
        </w:tc>
        <w:tc>
          <w:tcPr>
            <w:tcW w:type="dxa" w:w="1994"/>
            <w:shd w:val="clear" w:fill="24406B"/>
          </w:tcPr>
          <w:p>
            <w:r/>
            <w:r>
              <w:rPr>
                <w:rFonts w:eastAsia="Hiragino Sans" w:ascii="Hiragino Sans" w:hAnsi="Hiragino Sans"/>
                <w:b/>
                <w:color w:val="FFFFFF"/>
                <w:sz w:val="18"/>
              </w:rPr>
              <w:t>前連結会計年度 監査証明業務(百万円)</w:t>
            </w:r>
          </w:p>
        </w:tc>
        <w:tc>
          <w:tcPr>
            <w:tcW w:type="dxa" w:w="1994"/>
            <w:shd w:val="clear" w:fill="24406B"/>
          </w:tcPr>
          <w:p>
            <w:r/>
            <w:r>
              <w:rPr>
                <w:rFonts w:eastAsia="Hiragino Sans" w:ascii="Hiragino Sans" w:hAnsi="Hiragino Sans"/>
                <w:b/>
                <w:color w:val="FFFFFF"/>
                <w:sz w:val="18"/>
              </w:rPr>
              <w:t>前連結会計年度 非監査業務(百万円)</w:t>
            </w:r>
          </w:p>
        </w:tc>
        <w:tc>
          <w:tcPr>
            <w:tcW w:type="dxa" w:w="1994"/>
            <w:shd w:val="clear" w:fill="24406B"/>
          </w:tcPr>
          <w:p>
            <w:r/>
            <w:r>
              <w:rPr>
                <w:rFonts w:eastAsia="Hiragino Sans" w:ascii="Hiragino Sans" w:hAnsi="Hiragino Sans"/>
                <w:b/>
                <w:color w:val="FFFFFF"/>
                <w:sz w:val="18"/>
              </w:rPr>
              <w:t>当連結会計年度 監査証明業務(百万円)</w:t>
            </w:r>
          </w:p>
        </w:tc>
        <w:tc>
          <w:tcPr>
            <w:tcW w:type="dxa" w:w="1994"/>
            <w:shd w:val="clear" w:fill="24406B"/>
          </w:tcPr>
          <w:p>
            <w:r/>
            <w:r>
              <w:rPr>
                <w:rFonts w:eastAsia="Hiragino Sans" w:ascii="Hiragino Sans" w:hAnsi="Hiragino Sans"/>
                <w:b/>
                <w:color w:val="FFFFFF"/>
                <w:sz w:val="18"/>
              </w:rPr>
              <w:t>当連結会計年度 非監査業務(百万円)</w:t>
            </w:r>
          </w:p>
        </w:tc>
      </w:tr>
      <w:tr>
        <w:tc>
          <w:tcPr>
            <w:tcW w:type="dxa" w:w="1994"/>
          </w:tcPr>
          <w:p>
            <w:r/>
            <w:r>
              <w:rPr>
                <w:rFonts w:eastAsia="Hiragino Sans" w:ascii="Hiragino Sans" w:hAnsi="Hiragino Sans"/>
                <w:b w:val="0"/>
                <w:sz w:val="18"/>
              </w:rPr>
              <w:t>提出会社</w:t>
            </w:r>
          </w:p>
        </w:tc>
        <w:tc>
          <w:tcPr>
            <w:tcW w:type="dxa" w:w="1994"/>
          </w:tcPr>
          <w:p>
            <w:r/>
            <w:r>
              <w:rPr>
                <w:rFonts w:eastAsia="Hiragino Sans" w:ascii="Hiragino Sans" w:hAnsi="Hiragino Sans"/>
                <w:b w:val="0"/>
                <w:sz w:val="18"/>
              </w:rPr>
              <w:t>56</w:t>
            </w:r>
          </w:p>
        </w:tc>
        <w:tc>
          <w:tcPr>
            <w:tcW w:type="dxa" w:w="1994"/>
          </w:tcPr>
          <w:p>
            <w:r/>
            <w:r>
              <w:rPr>
                <w:rFonts w:eastAsia="Hiragino Sans" w:ascii="Hiragino Sans" w:hAnsi="Hiragino Sans"/>
                <w:b w:val="0"/>
                <w:sz w:val="18"/>
              </w:rPr>
              <w:t>3</w:t>
            </w:r>
          </w:p>
        </w:tc>
        <w:tc>
          <w:tcPr>
            <w:tcW w:type="dxa" w:w="1994"/>
          </w:tcPr>
          <w:p>
            <w:r/>
            <w:r>
              <w:rPr>
                <w:rFonts w:eastAsia="Hiragino Sans" w:ascii="Hiragino Sans" w:hAnsi="Hiragino Sans"/>
                <w:b w:val="0"/>
                <w:sz w:val="18"/>
              </w:rPr>
              <w:t>58</w:t>
            </w:r>
          </w:p>
        </w:tc>
        <w:tc>
          <w:tcPr>
            <w:tcW w:type="dxa" w:w="1994"/>
          </w:tcPr>
          <w:p>
            <w:r/>
            <w:r>
              <w:rPr>
                <w:rFonts w:eastAsia="Hiragino Sans" w:ascii="Hiragino Sans" w:hAnsi="Hiragino Sans"/>
                <w:b w:val="0"/>
                <w:sz w:val="18"/>
              </w:rPr>
              <w:t>4</w:t>
            </w:r>
          </w:p>
        </w:tc>
      </w:tr>
      <w:tr>
        <w:tc>
          <w:tcPr>
            <w:tcW w:type="dxa" w:w="1994"/>
            <w:shd w:val="clear" w:fill="F7F8FA"/>
          </w:tcPr>
          <w:p>
            <w:r/>
            <w:r>
              <w:rPr>
                <w:rFonts w:eastAsia="Hiragino Sans" w:ascii="Hiragino Sans" w:hAnsi="Hiragino Sans"/>
                <w:b w:val="0"/>
                <w:sz w:val="18"/>
              </w:rPr>
              <w:t>連結子会社</w:t>
            </w:r>
          </w:p>
        </w:tc>
        <w:tc>
          <w:tcPr>
            <w:tcW w:type="dxa" w:w="1994"/>
            <w:shd w:val="clear" w:fill="F7F8FA"/>
          </w:tcPr>
          <w:p>
            <w:r/>
            <w:r>
              <w:rPr>
                <w:rFonts w:eastAsia="Hiragino Sans" w:ascii="Hiragino Sans" w:hAnsi="Hiragino Sans"/>
                <w:b w:val="0"/>
                <w:sz w:val="18"/>
              </w:rPr>
              <w:t>11</w:t>
            </w:r>
          </w:p>
        </w:tc>
        <w:tc>
          <w:tcPr>
            <w:tcW w:type="dxa" w:w="1994"/>
            <w:shd w:val="clear" w:fill="F7F8FA"/>
          </w:tcPr>
          <w:p>
            <w:r/>
            <w:r>
              <w:rPr>
                <w:rFonts w:eastAsia="Hiragino Sans" w:ascii="Hiragino Sans" w:hAnsi="Hiragino Sans"/>
                <w:b w:val="0"/>
                <w:sz w:val="18"/>
              </w:rPr>
              <w:t>—</w:t>
            </w:r>
          </w:p>
        </w:tc>
        <w:tc>
          <w:tcPr>
            <w:tcW w:type="dxa" w:w="1994"/>
            <w:shd w:val="clear" w:fill="F7F8FA"/>
          </w:tcPr>
          <w:p>
            <w:r/>
            <w:r>
              <w:rPr>
                <w:rFonts w:eastAsia="Hiragino Sans" w:ascii="Hiragino Sans" w:hAnsi="Hiragino Sans"/>
                <w:b w:val="0"/>
                <w:sz w:val="18"/>
              </w:rPr>
              <w:t>12</w:t>
            </w:r>
          </w:p>
        </w:tc>
        <w:tc>
          <w:tcPr>
            <w:tcW w:type="dxa" w:w="1994"/>
            <w:shd w:val="clear" w:fill="F7F8FA"/>
          </w:tcPr>
          <w:p>
            <w:r/>
            <w:r>
              <w:rPr>
                <w:rFonts w:eastAsia="Hiragino Sans" w:ascii="Hiragino Sans" w:hAnsi="Hiragino Sans"/>
                <w:b w:val="0"/>
                <w:sz w:val="18"/>
              </w:rPr>
              <w:t>—</w:t>
            </w:r>
          </w:p>
        </w:tc>
      </w:tr>
      <w:tr>
        <w:tc>
          <w:tcPr>
            <w:tcW w:type="dxa" w:w="1994"/>
          </w:tcPr>
          <w:p>
            <w:r/>
            <w:r>
              <w:rPr>
                <w:rFonts w:eastAsia="Hiragino Sans" w:ascii="Hiragino Sans" w:hAnsi="Hiragino Sans"/>
                <w:b w:val="0"/>
                <w:sz w:val="18"/>
              </w:rPr>
              <w:t>計</w:t>
            </w:r>
          </w:p>
        </w:tc>
        <w:tc>
          <w:tcPr>
            <w:tcW w:type="dxa" w:w="1994"/>
          </w:tcPr>
          <w:p>
            <w:r/>
            <w:r>
              <w:rPr>
                <w:rFonts w:eastAsia="Hiragino Sans" w:ascii="Hiragino Sans" w:hAnsi="Hiragino Sans"/>
                <w:b w:val="0"/>
                <w:sz w:val="18"/>
              </w:rPr>
              <w:t>67</w:t>
            </w:r>
          </w:p>
        </w:tc>
        <w:tc>
          <w:tcPr>
            <w:tcW w:type="dxa" w:w="1994"/>
          </w:tcPr>
          <w:p>
            <w:r/>
            <w:r>
              <w:rPr>
                <w:rFonts w:eastAsia="Hiragino Sans" w:ascii="Hiragino Sans" w:hAnsi="Hiragino Sans"/>
                <w:b w:val="0"/>
                <w:sz w:val="18"/>
              </w:rPr>
              <w:t>3</w:t>
            </w:r>
          </w:p>
        </w:tc>
        <w:tc>
          <w:tcPr>
            <w:tcW w:type="dxa" w:w="1994"/>
          </w:tcPr>
          <w:p>
            <w:r/>
            <w:r>
              <w:rPr>
                <w:rFonts w:eastAsia="Hiragino Sans" w:ascii="Hiragino Sans" w:hAnsi="Hiragino Sans"/>
                <w:b w:val="0"/>
                <w:sz w:val="18"/>
              </w:rPr>
              <w:t>70</w:t>
            </w:r>
          </w:p>
        </w:tc>
        <w:tc>
          <w:tcPr>
            <w:tcW w:type="dxa" w:w="1994"/>
          </w:tcPr>
          <w:p>
            <w:r/>
            <w:r>
              <w:rPr>
                <w:rFonts w:eastAsia="Hiragino Sans" w:ascii="Hiragino Sans" w:hAnsi="Hiragino Sans"/>
                <w:b w:val="0"/>
                <w:sz w:val="18"/>
              </w:rPr>
              <w:t>4</w:t>
            </w:r>
          </w:p>
        </w:tc>
      </w:tr>
    </w:tbl>
    <w:p>
      <w:pPr>
        <w:spacing w:after="40"/>
      </w:pPr>
    </w:p>
    <w:p>
      <w:pPr>
        <w:pStyle w:val="ListBullet"/>
        <w:ind w:left="240"/>
      </w:pPr>
      <w:r>
        <w:rPr>
          <w:rFonts w:eastAsia="Hiragino Sans" w:ascii="Hiragino Sans" w:hAnsi="Hiragino Sans"/>
          <w:b w:val="0"/>
          <w:sz w:val="20"/>
        </w:rPr>
        <w:t>（注）非監査業務の内容は、英文財務情報に対する合意された手続業務及びサステナビリティ開示に関する助言業務であります。監査報酬は、監査日数・当社の規模・業務の特性等を勘案して監査役会の同意を得て決定しております。</w:t>
      </w:r>
    </w:p>
    <w:p>
      <w:pPr>
        <w:pStyle w:val="Heading3"/>
      </w:pPr>
      <w:r>
        <w:t>(4) 役員の報酬等</w:t>
      </w:r>
    </w:p>
    <w:p>
      <w:pPr>
        <w:spacing w:after="80"/>
      </w:pPr>
      <w:r>
        <w:rPr>
          <w:rFonts w:eastAsia="Hiragino Sans" w:ascii="Hiragino Sans" w:hAnsi="Hiragino Sans"/>
          <w:b/>
          <w:i w:val="0"/>
        </w:rPr>
        <w:t>① 報酬の決定方針</w:t>
      </w:r>
      <w:r>
        <w:rPr>
          <w:rFonts w:eastAsia="Hiragino Sans" w:ascii="Hiragino Sans" w:hAnsi="Hiragino Sans"/>
          <w:b w:val="0"/>
          <w:i w:val="0"/>
        </w:rPr>
        <w:t>：取締役の報酬は、企業価値の持続的向上へのインセンティブとして機能するよう、基本報酬（金銭・月例）、業績連動報酬（金銭・年次賞与）及び非金銭報酬（譲渡制限付株式）で構成し、標準的な構成割合は概ね6：3：1としております。業績連動報酬の指標は連結営業利益（当期目標3,900百万円・実績3,900百万円、支給率100%）とし、0〜200%の範囲で変動します。譲渡制限付株式は在任期間中の譲渡を制限し、中長期の株主価値との連動を図っております。社外取締役及び監査役の報酬は基本報酬のみであります。報酬の決定方針及び個人別配分は、指名・報酬諮問委員会の答申を経て取締役会（監査役報酬は監査役の協議）で決定しており、当事業年度においても当該方針に沿うものであることを確認しております。なお、重大な会計不正等が判明した場合に業績連動報酬の返還を求めるクローバック条項を導入しております。</w:t>
      </w:r>
    </w:p>
    <w:p>
      <w:pPr>
        <w:spacing w:after="80"/>
      </w:pPr>
      <w:r>
        <w:rPr>
          <w:rFonts w:eastAsia="Hiragino Sans" w:ascii="Hiragino Sans" w:hAnsi="Hiragino Sans"/>
          <w:b/>
          <w:i w:val="0"/>
        </w:rPr>
        <w:t>② 報酬等の総額（当事業年度）</w:t>
      </w:r>
    </w:p>
    <w:tbl>
      <w:tblPr>
        <w:tblStyle w:val="TableGrid"/>
        <w:tblW w:type="auto" w:w="0"/>
        <w:jc w:val="center"/>
        <w:tblLayout w:type="autofit"/>
        <w:tblLook w:firstColumn="1" w:firstRow="1" w:lastColumn="0" w:lastRow="0" w:noHBand="0" w:noVBand="1" w:val="04A0"/>
      </w:tblPr>
      <w:tblGrid>
        <w:gridCol w:w="1662"/>
        <w:gridCol w:w="1662"/>
        <w:gridCol w:w="1662"/>
        <w:gridCol w:w="1662"/>
        <w:gridCol w:w="1662"/>
        <w:gridCol w:w="1662"/>
      </w:tblGrid>
      <w:tr>
        <w:tc>
          <w:tcPr>
            <w:tcW w:type="dxa" w:w="1662"/>
            <w:shd w:val="clear" w:fill="24406B"/>
          </w:tcPr>
          <w:p>
            <w:r/>
            <w:r>
              <w:rPr>
                <w:rFonts w:eastAsia="Hiragino Sans" w:ascii="Hiragino Sans" w:hAnsi="Hiragino Sans"/>
                <w:b/>
                <w:color w:val="FFFFFF"/>
                <w:sz w:val="18"/>
              </w:rPr>
              <w:t>役員区分</w:t>
            </w:r>
          </w:p>
        </w:tc>
        <w:tc>
          <w:tcPr>
            <w:tcW w:type="dxa" w:w="1662"/>
            <w:shd w:val="clear" w:fill="24406B"/>
          </w:tcPr>
          <w:p>
            <w:r/>
            <w:r>
              <w:rPr>
                <w:rFonts w:eastAsia="Hiragino Sans" w:ascii="Hiragino Sans" w:hAnsi="Hiragino Sans"/>
                <w:b/>
                <w:color w:val="FFFFFF"/>
                <w:sz w:val="18"/>
              </w:rPr>
              <w:t>報酬等の総額(百万円)</w:t>
            </w:r>
          </w:p>
        </w:tc>
        <w:tc>
          <w:tcPr>
            <w:tcW w:type="dxa" w:w="1662"/>
            <w:shd w:val="clear" w:fill="24406B"/>
          </w:tcPr>
          <w:p>
            <w:r/>
            <w:r>
              <w:rPr>
                <w:rFonts w:eastAsia="Hiragino Sans" w:ascii="Hiragino Sans" w:hAnsi="Hiragino Sans"/>
                <w:b/>
                <w:color w:val="FFFFFF"/>
                <w:sz w:val="18"/>
              </w:rPr>
              <w:t>基本報酬(百万円)</w:t>
            </w:r>
          </w:p>
        </w:tc>
        <w:tc>
          <w:tcPr>
            <w:tcW w:type="dxa" w:w="1662"/>
            <w:shd w:val="clear" w:fill="24406B"/>
          </w:tcPr>
          <w:p>
            <w:r/>
            <w:r>
              <w:rPr>
                <w:rFonts w:eastAsia="Hiragino Sans" w:ascii="Hiragino Sans" w:hAnsi="Hiragino Sans"/>
                <w:b/>
                <w:color w:val="FFFFFF"/>
                <w:sz w:val="18"/>
              </w:rPr>
              <w:t>業績連動報酬(百万円)</w:t>
            </w:r>
          </w:p>
        </w:tc>
        <w:tc>
          <w:tcPr>
            <w:tcW w:type="dxa" w:w="1662"/>
            <w:shd w:val="clear" w:fill="24406B"/>
          </w:tcPr>
          <w:p>
            <w:r/>
            <w:r>
              <w:rPr>
                <w:rFonts w:eastAsia="Hiragino Sans" w:ascii="Hiragino Sans" w:hAnsi="Hiragino Sans"/>
                <w:b/>
                <w:color w:val="FFFFFF"/>
                <w:sz w:val="18"/>
              </w:rPr>
              <w:t>非金銭報酬等(百万円)</w:t>
            </w:r>
          </w:p>
        </w:tc>
        <w:tc>
          <w:tcPr>
            <w:tcW w:type="dxa" w:w="1662"/>
            <w:shd w:val="clear" w:fill="24406B"/>
          </w:tcPr>
          <w:p>
            <w:r/>
            <w:r>
              <w:rPr>
                <w:rFonts w:eastAsia="Hiragino Sans" w:ascii="Hiragino Sans" w:hAnsi="Hiragino Sans"/>
                <w:b/>
                <w:color w:val="FFFFFF"/>
                <w:sz w:val="18"/>
              </w:rPr>
              <w:t>対象員数(名)</w:t>
            </w:r>
          </w:p>
        </w:tc>
      </w:tr>
      <w:tr>
        <w:tc>
          <w:tcPr>
            <w:tcW w:type="dxa" w:w="1662"/>
          </w:tcPr>
          <w:p>
            <w:r/>
            <w:r>
              <w:rPr>
                <w:rFonts w:eastAsia="Hiragino Sans" w:ascii="Hiragino Sans" w:hAnsi="Hiragino Sans"/>
                <w:b w:val="0"/>
                <w:sz w:val="18"/>
              </w:rPr>
              <w:t>取締役（社外取締役を除く）</w:t>
            </w:r>
          </w:p>
        </w:tc>
        <w:tc>
          <w:tcPr>
            <w:tcW w:type="dxa" w:w="1662"/>
          </w:tcPr>
          <w:p>
            <w:r/>
            <w:r>
              <w:rPr>
                <w:rFonts w:eastAsia="Hiragino Sans" w:ascii="Hiragino Sans" w:hAnsi="Hiragino Sans"/>
                <w:b w:val="0"/>
                <w:sz w:val="18"/>
              </w:rPr>
              <w:t>280</w:t>
            </w:r>
          </w:p>
        </w:tc>
        <w:tc>
          <w:tcPr>
            <w:tcW w:type="dxa" w:w="1662"/>
          </w:tcPr>
          <w:p>
            <w:r/>
            <w:r>
              <w:rPr>
                <w:rFonts w:eastAsia="Hiragino Sans" w:ascii="Hiragino Sans" w:hAnsi="Hiragino Sans"/>
                <w:b w:val="0"/>
                <w:sz w:val="18"/>
              </w:rPr>
              <w:t>168</w:t>
            </w:r>
          </w:p>
        </w:tc>
        <w:tc>
          <w:tcPr>
            <w:tcW w:type="dxa" w:w="1662"/>
          </w:tcPr>
          <w:p>
            <w:r/>
            <w:r>
              <w:rPr>
                <w:rFonts w:eastAsia="Hiragino Sans" w:ascii="Hiragino Sans" w:hAnsi="Hiragino Sans"/>
                <w:b w:val="0"/>
                <w:sz w:val="18"/>
              </w:rPr>
              <w:t>84</w:t>
            </w:r>
          </w:p>
        </w:tc>
        <w:tc>
          <w:tcPr>
            <w:tcW w:type="dxa" w:w="1662"/>
          </w:tcPr>
          <w:p>
            <w:r/>
            <w:r>
              <w:rPr>
                <w:rFonts w:eastAsia="Hiragino Sans" w:ascii="Hiragino Sans" w:hAnsi="Hiragino Sans"/>
                <w:b w:val="0"/>
                <w:sz w:val="18"/>
              </w:rPr>
              <w:t>28</w:t>
            </w:r>
          </w:p>
        </w:tc>
        <w:tc>
          <w:tcPr>
            <w:tcW w:type="dxa" w:w="1662"/>
          </w:tcPr>
          <w:p>
            <w:r/>
            <w:r>
              <w:rPr>
                <w:rFonts w:eastAsia="Hiragino Sans" w:ascii="Hiragino Sans" w:hAnsi="Hiragino Sans"/>
                <w:b w:val="0"/>
                <w:sz w:val="18"/>
              </w:rPr>
              <w:t>4</w:t>
            </w:r>
          </w:p>
        </w:tc>
      </w:tr>
      <w:tr>
        <w:tc>
          <w:tcPr>
            <w:tcW w:type="dxa" w:w="1662"/>
            <w:shd w:val="clear" w:fill="F7F8FA"/>
          </w:tcPr>
          <w:p>
            <w:r/>
            <w:r>
              <w:rPr>
                <w:rFonts w:eastAsia="Hiragino Sans" w:ascii="Hiragino Sans" w:hAnsi="Hiragino Sans"/>
                <w:b w:val="0"/>
                <w:sz w:val="18"/>
              </w:rPr>
              <w:t>社外取締役</w:t>
            </w:r>
          </w:p>
        </w:tc>
        <w:tc>
          <w:tcPr>
            <w:tcW w:type="dxa" w:w="1662"/>
            <w:shd w:val="clear" w:fill="F7F8FA"/>
          </w:tcPr>
          <w:p>
            <w:r/>
            <w:r>
              <w:rPr>
                <w:rFonts w:eastAsia="Hiragino Sans" w:ascii="Hiragino Sans" w:hAnsi="Hiragino Sans"/>
                <w:b w:val="0"/>
                <w:sz w:val="18"/>
              </w:rPr>
              <w:t>36</w:t>
            </w:r>
          </w:p>
        </w:tc>
        <w:tc>
          <w:tcPr>
            <w:tcW w:type="dxa" w:w="1662"/>
            <w:shd w:val="clear" w:fill="F7F8FA"/>
          </w:tcPr>
          <w:p>
            <w:r/>
            <w:r>
              <w:rPr>
                <w:rFonts w:eastAsia="Hiragino Sans" w:ascii="Hiragino Sans" w:hAnsi="Hiragino Sans"/>
                <w:b w:val="0"/>
                <w:sz w:val="18"/>
              </w:rPr>
              <w:t>36</w:t>
            </w:r>
          </w:p>
        </w:tc>
        <w:tc>
          <w:tcPr>
            <w:tcW w:type="dxa" w:w="1662"/>
            <w:shd w:val="clear" w:fill="F7F8FA"/>
          </w:tcPr>
          <w:p>
            <w:r/>
            <w:r>
              <w:rPr>
                <w:rFonts w:eastAsia="Hiragino Sans" w:ascii="Hiragino Sans" w:hAnsi="Hiragino Sans"/>
                <w:b w:val="0"/>
                <w:sz w:val="18"/>
              </w:rPr>
              <w:t>—</w:t>
            </w:r>
          </w:p>
        </w:tc>
        <w:tc>
          <w:tcPr>
            <w:tcW w:type="dxa" w:w="1662"/>
            <w:shd w:val="clear" w:fill="F7F8FA"/>
          </w:tcPr>
          <w:p>
            <w:r/>
            <w:r>
              <w:rPr>
                <w:rFonts w:eastAsia="Hiragino Sans" w:ascii="Hiragino Sans" w:hAnsi="Hiragino Sans"/>
                <w:b w:val="0"/>
                <w:sz w:val="18"/>
              </w:rPr>
              <w:t>—</w:t>
            </w:r>
          </w:p>
        </w:tc>
        <w:tc>
          <w:tcPr>
            <w:tcW w:type="dxa" w:w="1662"/>
            <w:shd w:val="clear" w:fill="F7F8FA"/>
          </w:tcPr>
          <w:p>
            <w:r/>
            <w:r>
              <w:rPr>
                <w:rFonts w:eastAsia="Hiragino Sans" w:ascii="Hiragino Sans" w:hAnsi="Hiragino Sans"/>
                <w:b w:val="0"/>
                <w:sz w:val="18"/>
              </w:rPr>
              <w:t>3</w:t>
            </w:r>
          </w:p>
        </w:tc>
      </w:tr>
      <w:tr>
        <w:tc>
          <w:tcPr>
            <w:tcW w:type="dxa" w:w="1662"/>
          </w:tcPr>
          <w:p>
            <w:r/>
            <w:r>
              <w:rPr>
                <w:rFonts w:eastAsia="Hiragino Sans" w:ascii="Hiragino Sans" w:hAnsi="Hiragino Sans"/>
                <w:b w:val="0"/>
                <w:sz w:val="18"/>
              </w:rPr>
              <w:t>監査役（社外監査役を除く）</w:t>
            </w:r>
          </w:p>
        </w:tc>
        <w:tc>
          <w:tcPr>
            <w:tcW w:type="dxa" w:w="1662"/>
          </w:tcPr>
          <w:p>
            <w:r/>
            <w:r>
              <w:rPr>
                <w:rFonts w:eastAsia="Hiragino Sans" w:ascii="Hiragino Sans" w:hAnsi="Hiragino Sans"/>
                <w:b w:val="0"/>
                <w:sz w:val="18"/>
              </w:rPr>
              <w:t>24</w:t>
            </w:r>
          </w:p>
        </w:tc>
        <w:tc>
          <w:tcPr>
            <w:tcW w:type="dxa" w:w="1662"/>
          </w:tcPr>
          <w:p>
            <w:r/>
            <w:r>
              <w:rPr>
                <w:rFonts w:eastAsia="Hiragino Sans" w:ascii="Hiragino Sans" w:hAnsi="Hiragino Sans"/>
                <w:b w:val="0"/>
                <w:sz w:val="18"/>
              </w:rPr>
              <w:t>24</w:t>
            </w:r>
          </w:p>
        </w:tc>
        <w:tc>
          <w:tcPr>
            <w:tcW w:type="dxa" w:w="1662"/>
          </w:tcPr>
          <w:p>
            <w:r/>
            <w:r>
              <w:rPr>
                <w:rFonts w:eastAsia="Hiragino Sans" w:ascii="Hiragino Sans" w:hAnsi="Hiragino Sans"/>
                <w:b w:val="0"/>
                <w:sz w:val="18"/>
              </w:rPr>
              <w:t>—</w:t>
            </w:r>
          </w:p>
        </w:tc>
        <w:tc>
          <w:tcPr>
            <w:tcW w:type="dxa" w:w="1662"/>
          </w:tcPr>
          <w:p>
            <w:r/>
            <w:r>
              <w:rPr>
                <w:rFonts w:eastAsia="Hiragino Sans" w:ascii="Hiragino Sans" w:hAnsi="Hiragino Sans"/>
                <w:b w:val="0"/>
                <w:sz w:val="18"/>
              </w:rPr>
              <w:t>—</w:t>
            </w:r>
          </w:p>
        </w:tc>
        <w:tc>
          <w:tcPr>
            <w:tcW w:type="dxa" w:w="1662"/>
          </w:tcPr>
          <w:p>
            <w:r/>
            <w:r>
              <w:rPr>
                <w:rFonts w:eastAsia="Hiragino Sans" w:ascii="Hiragino Sans" w:hAnsi="Hiragino Sans"/>
                <w:b w:val="0"/>
                <w:sz w:val="18"/>
              </w:rPr>
              <w:t>1</w:t>
            </w:r>
          </w:p>
        </w:tc>
      </w:tr>
      <w:tr>
        <w:tc>
          <w:tcPr>
            <w:tcW w:type="dxa" w:w="1662"/>
            <w:shd w:val="clear" w:fill="F7F8FA"/>
          </w:tcPr>
          <w:p>
            <w:r/>
            <w:r>
              <w:rPr>
                <w:rFonts w:eastAsia="Hiragino Sans" w:ascii="Hiragino Sans" w:hAnsi="Hiragino Sans"/>
                <w:b w:val="0"/>
                <w:sz w:val="18"/>
              </w:rPr>
              <w:t>社外監査役</w:t>
            </w:r>
          </w:p>
        </w:tc>
        <w:tc>
          <w:tcPr>
            <w:tcW w:type="dxa" w:w="1662"/>
            <w:shd w:val="clear" w:fill="F7F8FA"/>
          </w:tcPr>
          <w:p>
            <w:r/>
            <w:r>
              <w:rPr>
                <w:rFonts w:eastAsia="Hiragino Sans" w:ascii="Hiragino Sans" w:hAnsi="Hiragino Sans"/>
                <w:b w:val="0"/>
                <w:sz w:val="18"/>
              </w:rPr>
              <w:t>18</w:t>
            </w:r>
          </w:p>
        </w:tc>
        <w:tc>
          <w:tcPr>
            <w:tcW w:type="dxa" w:w="1662"/>
            <w:shd w:val="clear" w:fill="F7F8FA"/>
          </w:tcPr>
          <w:p>
            <w:r/>
            <w:r>
              <w:rPr>
                <w:rFonts w:eastAsia="Hiragino Sans" w:ascii="Hiragino Sans" w:hAnsi="Hiragino Sans"/>
                <w:b w:val="0"/>
                <w:sz w:val="18"/>
              </w:rPr>
              <w:t>18</w:t>
            </w:r>
          </w:p>
        </w:tc>
        <w:tc>
          <w:tcPr>
            <w:tcW w:type="dxa" w:w="1662"/>
            <w:shd w:val="clear" w:fill="F7F8FA"/>
          </w:tcPr>
          <w:p>
            <w:r/>
            <w:r>
              <w:rPr>
                <w:rFonts w:eastAsia="Hiragino Sans" w:ascii="Hiragino Sans" w:hAnsi="Hiragino Sans"/>
                <w:b w:val="0"/>
                <w:sz w:val="18"/>
              </w:rPr>
              <w:t>—</w:t>
            </w:r>
          </w:p>
        </w:tc>
        <w:tc>
          <w:tcPr>
            <w:tcW w:type="dxa" w:w="1662"/>
            <w:shd w:val="clear" w:fill="F7F8FA"/>
          </w:tcPr>
          <w:p>
            <w:r/>
            <w:r>
              <w:rPr>
                <w:rFonts w:eastAsia="Hiragino Sans" w:ascii="Hiragino Sans" w:hAnsi="Hiragino Sans"/>
                <w:b w:val="0"/>
                <w:sz w:val="18"/>
              </w:rPr>
              <w:t>—</w:t>
            </w:r>
          </w:p>
        </w:tc>
        <w:tc>
          <w:tcPr>
            <w:tcW w:type="dxa" w:w="1662"/>
            <w:shd w:val="clear" w:fill="F7F8FA"/>
          </w:tcPr>
          <w:p>
            <w:r/>
            <w:r>
              <w:rPr>
                <w:rFonts w:eastAsia="Hiragino Sans" w:ascii="Hiragino Sans" w:hAnsi="Hiragino Sans"/>
                <w:b w:val="0"/>
                <w:sz w:val="18"/>
              </w:rPr>
              <w:t>2</w:t>
            </w:r>
          </w:p>
        </w:tc>
      </w:tr>
    </w:tbl>
    <w:p>
      <w:pPr>
        <w:spacing w:after="40"/>
      </w:pPr>
    </w:p>
    <w:p>
      <w:pPr>
        <w:pStyle w:val="ListBullet"/>
        <w:ind w:left="240"/>
      </w:pPr>
      <w:r>
        <w:rPr>
          <w:rFonts w:eastAsia="Hiragino Sans" w:ascii="Hiragino Sans" w:hAnsi="Hiragino Sans"/>
          <w:b w:val="0"/>
          <w:sz w:val="20"/>
        </w:rPr>
        <w:t>（注）報酬限度額：取締役 年額400百万円以内（うち社外取締役50百万円以内）、これとは別枠で譲渡制限付株式報酬 年額50百万円以内、監査役 年額60百万円以内。連結報酬等の総額が1億円以上である役員はおりません。</w:t>
      </w:r>
    </w:p>
    <w:p>
      <w:pPr>
        <w:pStyle w:val="Heading3"/>
      </w:pPr>
      <w:r>
        <w:t>(5) 株式の保有状況</w:t>
      </w:r>
    </w:p>
    <w:p>
      <w:pPr>
        <w:spacing w:after="80"/>
      </w:pPr>
      <w:r>
        <w:rPr>
          <w:rFonts w:eastAsia="Hiragino Sans" w:ascii="Hiragino Sans" w:hAnsi="Hiragino Sans"/>
          <w:b/>
          <w:i w:val="0"/>
        </w:rPr>
        <w:t>① 投資株式の区分の基準及び考え方</w:t>
      </w:r>
      <w:r>
        <w:rPr>
          <w:rFonts w:eastAsia="Hiragino Sans" w:ascii="Hiragino Sans" w:hAnsi="Hiragino Sans"/>
          <w:b w:val="0"/>
          <w:i w:val="0"/>
        </w:rPr>
        <w:t>：当社は、専ら株式の価値の変動又は配当により利益を受けることを目的とする投資を純投資目的、それ以外（取引関係の維持・強化等）を純投資目的以外と区分しております。当社は純投資目的の株式を保有しておりません。</w:t>
      </w:r>
    </w:p>
    <w:p>
      <w:pPr>
        <w:spacing w:after="80"/>
      </w:pPr>
      <w:r>
        <w:rPr>
          <w:rFonts w:eastAsia="Hiragino Sans" w:ascii="Hiragino Sans" w:hAnsi="Hiragino Sans"/>
          <w:b/>
          <w:i w:val="0"/>
        </w:rPr>
        <w:t>② 保有方針及び縮減の取組</w:t>
      </w:r>
      <w:r>
        <w:rPr>
          <w:rFonts w:eastAsia="Hiragino Sans" w:ascii="Hiragino Sans" w:hAnsi="Hiragino Sans"/>
          <w:b w:val="0"/>
          <w:i w:val="0"/>
        </w:rPr>
        <w:t>：政策保有株式は、取引関係の維持・強化により当社の中長期的な企業価値向上に資すると認められる場合に限り保有し、毎年、取締役会において銘柄毎に保有の便益（取引額・配当）と資本コストを比較検証しております。検証の結果、保有意義が乏しいと判断した銘柄は縮減しており、当事業年度は2銘柄・売却額210百万円を売却いたしました。</w:t>
      </w:r>
    </w:p>
    <w:p>
      <w:pPr>
        <w:spacing w:after="80"/>
      </w:pPr>
      <w:r>
        <w:rPr>
          <w:rFonts w:eastAsia="Hiragino Sans" w:ascii="Hiragino Sans" w:hAnsi="Hiragino Sans"/>
          <w:b/>
          <w:i w:val="0"/>
        </w:rPr>
        <w:t>③ 銘柄数及び貸借対照表計上額</w:t>
      </w:r>
      <w:r>
        <w:rPr>
          <w:rFonts w:eastAsia="Hiragino Sans" w:ascii="Hiragino Sans" w:hAnsi="Hiragino Sans"/>
          <w:b w:val="0"/>
          <w:i w:val="0"/>
        </w:rPr>
        <w:t>：非上場株式以外の株式 12銘柄・1,610百万円、非上場株式 6銘柄・240百万円（合計18銘柄・1,850百万円。前期末19銘柄・2,120百万円）。</w:t>
      </w:r>
    </w:p>
    <w:p>
      <w:pPr>
        <w:spacing w:after="80"/>
      </w:pPr>
      <w:r>
        <w:rPr>
          <w:rFonts w:eastAsia="Hiragino Sans" w:ascii="Hiragino Sans" w:hAnsi="Hiragino Sans"/>
          <w:b/>
          <w:i w:val="0"/>
        </w:rPr>
        <w:t>④ 特定投資株式（当事業年度末・全12銘柄）</w:t>
      </w:r>
    </w:p>
    <w:tbl>
      <w:tblPr>
        <w:tblStyle w:val="TableGrid"/>
        <w:tblW w:type="auto" w:w="0"/>
        <w:jc w:val="center"/>
        <w:tblLayout w:type="autofit"/>
        <w:tblLook w:firstColumn="1" w:firstRow="1" w:lastColumn="0" w:lastRow="0" w:noHBand="0" w:noVBand="1" w:val="04A0"/>
      </w:tblPr>
      <w:tblGrid>
        <w:gridCol w:w="1994"/>
        <w:gridCol w:w="1994"/>
        <w:gridCol w:w="1994"/>
        <w:gridCol w:w="1994"/>
        <w:gridCol w:w="1994"/>
      </w:tblGrid>
      <w:tr>
        <w:tc>
          <w:tcPr>
            <w:tcW w:type="dxa" w:w="1994"/>
            <w:shd w:val="clear" w:fill="24406B"/>
          </w:tcPr>
          <w:p>
            <w:r/>
            <w:r>
              <w:rPr>
                <w:rFonts w:eastAsia="Hiragino Sans" w:ascii="Hiragino Sans" w:hAnsi="Hiragino Sans"/>
                <w:b/>
                <w:color w:val="FFFFFF"/>
                <w:sz w:val="18"/>
              </w:rPr>
              <w:t>銘柄</w:t>
            </w:r>
          </w:p>
        </w:tc>
        <w:tc>
          <w:tcPr>
            <w:tcW w:type="dxa" w:w="1994"/>
            <w:shd w:val="clear" w:fill="24406B"/>
          </w:tcPr>
          <w:p>
            <w:r/>
            <w:r>
              <w:rPr>
                <w:rFonts w:eastAsia="Hiragino Sans" w:ascii="Hiragino Sans" w:hAnsi="Hiragino Sans"/>
                <w:b/>
                <w:color w:val="FFFFFF"/>
                <w:sz w:val="18"/>
              </w:rPr>
              <w:t>株式数(千株)</w:t>
            </w:r>
          </w:p>
        </w:tc>
        <w:tc>
          <w:tcPr>
            <w:tcW w:type="dxa" w:w="1994"/>
            <w:shd w:val="clear" w:fill="24406B"/>
          </w:tcPr>
          <w:p>
            <w:r/>
            <w:r>
              <w:rPr>
                <w:rFonts w:eastAsia="Hiragino Sans" w:ascii="Hiragino Sans" w:hAnsi="Hiragino Sans"/>
                <w:b/>
                <w:color w:val="FFFFFF"/>
                <w:sz w:val="18"/>
              </w:rPr>
              <w:t>貸借対照表計上額(百万円)</w:t>
            </w:r>
          </w:p>
        </w:tc>
        <w:tc>
          <w:tcPr>
            <w:tcW w:type="dxa" w:w="1994"/>
            <w:shd w:val="clear" w:fill="24406B"/>
          </w:tcPr>
          <w:p>
            <w:r/>
            <w:r>
              <w:rPr>
                <w:rFonts w:eastAsia="Hiragino Sans" w:ascii="Hiragino Sans" w:hAnsi="Hiragino Sans"/>
                <w:b/>
                <w:color w:val="FFFFFF"/>
                <w:sz w:val="18"/>
              </w:rPr>
              <w:t>保有目的・定量的な保有効果</w:t>
            </w:r>
          </w:p>
        </w:tc>
        <w:tc>
          <w:tcPr>
            <w:tcW w:type="dxa" w:w="1994"/>
            <w:shd w:val="clear" w:fill="24406B"/>
          </w:tcPr>
          <w:p>
            <w:r/>
            <w:r>
              <w:rPr>
                <w:rFonts w:eastAsia="Hiragino Sans" w:ascii="Hiragino Sans" w:hAnsi="Hiragino Sans"/>
                <w:b/>
                <w:color w:val="FFFFFF"/>
                <w:sz w:val="18"/>
              </w:rPr>
              <w:t>当社株式の保有の有無</w:t>
            </w:r>
          </w:p>
        </w:tc>
      </w:tr>
      <w:tr>
        <w:tc>
          <w:tcPr>
            <w:tcW w:type="dxa" w:w="1994"/>
          </w:tcPr>
          <w:p>
            <w:r/>
            <w:r>
              <w:rPr>
                <w:rFonts w:eastAsia="Hiragino Sans" w:ascii="Hiragino Sans" w:hAnsi="Hiragino Sans"/>
                <w:b w:val="0"/>
                <w:sz w:val="18"/>
              </w:rPr>
              <w:t>東都自動車部品株式会社</w:t>
            </w:r>
          </w:p>
        </w:tc>
        <w:tc>
          <w:tcPr>
            <w:tcW w:type="dxa" w:w="1994"/>
          </w:tcPr>
          <w:p>
            <w:r/>
            <w:r>
              <w:rPr>
                <w:rFonts w:eastAsia="Hiragino Sans" w:ascii="Hiragino Sans" w:hAnsi="Hiragino Sans"/>
                <w:b w:val="0"/>
                <w:sz w:val="18"/>
              </w:rPr>
              <w:t>385</w:t>
            </w:r>
          </w:p>
        </w:tc>
        <w:tc>
          <w:tcPr>
            <w:tcW w:type="dxa" w:w="1994"/>
          </w:tcPr>
          <w:p>
            <w:r/>
            <w:r>
              <w:rPr>
                <w:rFonts w:eastAsia="Hiragino Sans" w:ascii="Hiragino Sans" w:hAnsi="Hiragino Sans"/>
                <w:b w:val="0"/>
                <w:sz w:val="18"/>
              </w:rPr>
              <w:t>620</w:t>
            </w:r>
          </w:p>
        </w:tc>
        <w:tc>
          <w:tcPr>
            <w:tcW w:type="dxa" w:w="1994"/>
          </w:tcPr>
          <w:p>
            <w:r/>
            <w:r>
              <w:rPr>
                <w:rFonts w:eastAsia="Hiragino Sans" w:ascii="Hiragino Sans" w:hAnsi="Hiragino Sans"/>
                <w:b w:val="0"/>
                <w:sz w:val="18"/>
              </w:rPr>
              <w:t>車載部品の取引関係維持・強化。定量的な保有効果は取引条件の秘密保持のため記載困難だが、取締役会で銘柄毎に便益と資本コストを検証済み</w:t>
            </w:r>
          </w:p>
        </w:tc>
        <w:tc>
          <w:tcPr>
            <w:tcW w:type="dxa" w:w="1994"/>
          </w:tcPr>
          <w:p>
            <w:r/>
            <w:r>
              <w:rPr>
                <w:rFonts w:eastAsia="Hiragino Sans" w:ascii="Hiragino Sans" w:hAnsi="Hiragino Sans"/>
                <w:b w:val="0"/>
                <w:sz w:val="18"/>
              </w:rPr>
              <w:t>有</w:t>
            </w:r>
          </w:p>
        </w:tc>
      </w:tr>
      <w:tr>
        <w:tc>
          <w:tcPr>
            <w:tcW w:type="dxa" w:w="1994"/>
            <w:shd w:val="clear" w:fill="F7F8FA"/>
          </w:tcPr>
          <w:p>
            <w:r/>
            <w:r>
              <w:rPr>
                <w:rFonts w:eastAsia="Hiragino Sans" w:ascii="Hiragino Sans" w:hAnsi="Hiragino Sans"/>
                <w:b w:val="0"/>
                <w:sz w:val="18"/>
              </w:rPr>
              <w:t>大和電子工業株式会社</w:t>
            </w:r>
          </w:p>
        </w:tc>
        <w:tc>
          <w:tcPr>
            <w:tcW w:type="dxa" w:w="1994"/>
            <w:shd w:val="clear" w:fill="F7F8FA"/>
          </w:tcPr>
          <w:p>
            <w:r/>
            <w:r>
              <w:rPr>
                <w:rFonts w:eastAsia="Hiragino Sans" w:ascii="Hiragino Sans" w:hAnsi="Hiragino Sans"/>
                <w:b w:val="0"/>
                <w:sz w:val="18"/>
              </w:rPr>
              <w:t>95</w:t>
            </w:r>
          </w:p>
        </w:tc>
        <w:tc>
          <w:tcPr>
            <w:tcW w:type="dxa" w:w="1994"/>
            <w:shd w:val="clear" w:fill="F7F8FA"/>
          </w:tcPr>
          <w:p>
            <w:r/>
            <w:r>
              <w:rPr>
                <w:rFonts w:eastAsia="Hiragino Sans" w:ascii="Hiragino Sans" w:hAnsi="Hiragino Sans"/>
                <w:b w:val="0"/>
                <w:sz w:val="18"/>
              </w:rPr>
              <w:t>245</w:t>
            </w:r>
          </w:p>
        </w:tc>
        <w:tc>
          <w:tcPr>
            <w:tcW w:type="dxa" w:w="1994"/>
            <w:shd w:val="clear" w:fill="F7F8FA"/>
          </w:tcPr>
          <w:p>
            <w:r/>
            <w:r>
              <w:rPr>
                <w:rFonts w:eastAsia="Hiragino Sans" w:ascii="Hiragino Sans" w:hAnsi="Hiragino Sans"/>
                <w:b w:val="0"/>
                <w:sz w:val="18"/>
              </w:rPr>
              <w:t>電子部品の販売取引の維持・強化。同様の方法により検証済み</w:t>
            </w:r>
          </w:p>
        </w:tc>
        <w:tc>
          <w:tcPr>
            <w:tcW w:type="dxa" w:w="1994"/>
            <w:shd w:val="clear" w:fill="F7F8FA"/>
          </w:tcPr>
          <w:p>
            <w:r/>
            <w:r>
              <w:rPr>
                <w:rFonts w:eastAsia="Hiragino Sans" w:ascii="Hiragino Sans" w:hAnsi="Hiragino Sans"/>
                <w:b w:val="0"/>
                <w:sz w:val="18"/>
              </w:rPr>
              <w:t>有</w:t>
            </w:r>
          </w:p>
        </w:tc>
      </w:tr>
      <w:tr>
        <w:tc>
          <w:tcPr>
            <w:tcW w:type="dxa" w:w="1994"/>
          </w:tcPr>
          <w:p>
            <w:r/>
            <w:r>
              <w:rPr>
                <w:rFonts w:eastAsia="Hiragino Sans" w:ascii="Hiragino Sans" w:hAnsi="Hiragino Sans"/>
                <w:b w:val="0"/>
                <w:sz w:val="18"/>
              </w:rPr>
              <w:t>株式会社アルプス中央銀行</w:t>
            </w:r>
          </w:p>
        </w:tc>
        <w:tc>
          <w:tcPr>
            <w:tcW w:type="dxa" w:w="1994"/>
          </w:tcPr>
          <w:p>
            <w:r/>
            <w:r>
              <w:rPr>
                <w:rFonts w:eastAsia="Hiragino Sans" w:ascii="Hiragino Sans" w:hAnsi="Hiragino Sans"/>
                <w:b w:val="0"/>
                <w:sz w:val="18"/>
              </w:rPr>
              <w:t>150</w:t>
            </w:r>
          </w:p>
        </w:tc>
        <w:tc>
          <w:tcPr>
            <w:tcW w:type="dxa" w:w="1994"/>
          </w:tcPr>
          <w:p>
            <w:r/>
            <w:r>
              <w:rPr>
                <w:rFonts w:eastAsia="Hiragino Sans" w:ascii="Hiragino Sans" w:hAnsi="Hiragino Sans"/>
                <w:b w:val="0"/>
                <w:sz w:val="18"/>
              </w:rPr>
              <w:t>200</w:t>
            </w:r>
          </w:p>
        </w:tc>
        <w:tc>
          <w:tcPr>
            <w:tcW w:type="dxa" w:w="1994"/>
          </w:tcPr>
          <w:p>
            <w:r/>
            <w:r>
              <w:rPr>
                <w:rFonts w:eastAsia="Hiragino Sans" w:ascii="Hiragino Sans" w:hAnsi="Hiragino Sans"/>
                <w:b w:val="0"/>
                <w:sz w:val="18"/>
              </w:rPr>
              <w:t>金融取引の安定性確保及び地域経済との連携。同上</w:t>
            </w:r>
          </w:p>
        </w:tc>
        <w:tc>
          <w:tcPr>
            <w:tcW w:type="dxa" w:w="1994"/>
          </w:tcPr>
          <w:p>
            <w:r/>
            <w:r>
              <w:rPr>
                <w:rFonts w:eastAsia="Hiragino Sans" w:ascii="Hiragino Sans" w:hAnsi="Hiragino Sans"/>
                <w:b w:val="0"/>
                <w:sz w:val="18"/>
              </w:rPr>
              <w:t>有</w:t>
            </w:r>
          </w:p>
        </w:tc>
      </w:tr>
      <w:tr>
        <w:tc>
          <w:tcPr>
            <w:tcW w:type="dxa" w:w="1994"/>
            <w:shd w:val="clear" w:fill="F7F8FA"/>
          </w:tcPr>
          <w:p>
            <w:r/>
            <w:r>
              <w:rPr>
                <w:rFonts w:eastAsia="Hiragino Sans" w:ascii="Hiragino Sans" w:hAnsi="Hiragino Sans"/>
                <w:b w:val="0"/>
                <w:sz w:val="18"/>
              </w:rPr>
              <w:t>北信素材株式会社</w:t>
            </w:r>
          </w:p>
        </w:tc>
        <w:tc>
          <w:tcPr>
            <w:tcW w:type="dxa" w:w="1994"/>
            <w:shd w:val="clear" w:fill="F7F8FA"/>
          </w:tcPr>
          <w:p>
            <w:r/>
            <w:r>
              <w:rPr>
                <w:rFonts w:eastAsia="Hiragino Sans" w:ascii="Hiragino Sans" w:hAnsi="Hiragino Sans"/>
                <w:b w:val="0"/>
                <w:sz w:val="18"/>
              </w:rPr>
              <w:t>120</w:t>
            </w:r>
          </w:p>
        </w:tc>
        <w:tc>
          <w:tcPr>
            <w:tcW w:type="dxa" w:w="1994"/>
            <w:shd w:val="clear" w:fill="F7F8FA"/>
          </w:tcPr>
          <w:p>
            <w:r/>
            <w:r>
              <w:rPr>
                <w:rFonts w:eastAsia="Hiragino Sans" w:ascii="Hiragino Sans" w:hAnsi="Hiragino Sans"/>
                <w:b w:val="0"/>
                <w:sz w:val="18"/>
              </w:rPr>
              <w:t>140</w:t>
            </w:r>
          </w:p>
        </w:tc>
        <w:tc>
          <w:tcPr>
            <w:tcW w:type="dxa" w:w="1994"/>
            <w:shd w:val="clear" w:fill="F7F8FA"/>
          </w:tcPr>
          <w:p>
            <w:r/>
            <w:r>
              <w:rPr>
                <w:rFonts w:eastAsia="Hiragino Sans" w:ascii="Hiragino Sans" w:hAnsi="Hiragino Sans"/>
                <w:b w:val="0"/>
                <w:sz w:val="18"/>
              </w:rPr>
              <w:t>原材料調達の安定確保。同上</w:t>
            </w:r>
          </w:p>
        </w:tc>
        <w:tc>
          <w:tcPr>
            <w:tcW w:type="dxa" w:w="1994"/>
            <w:shd w:val="clear" w:fill="F7F8FA"/>
          </w:tcPr>
          <w:p>
            <w:r/>
            <w:r>
              <w:rPr>
                <w:rFonts w:eastAsia="Hiragino Sans" w:ascii="Hiragino Sans" w:hAnsi="Hiragino Sans"/>
                <w:b w:val="0"/>
                <w:sz w:val="18"/>
              </w:rPr>
              <w:t>無</w:t>
            </w:r>
          </w:p>
        </w:tc>
      </w:tr>
      <w:tr>
        <w:tc>
          <w:tcPr>
            <w:tcW w:type="dxa" w:w="1994"/>
          </w:tcPr>
          <w:p>
            <w:r/>
            <w:r>
              <w:rPr>
                <w:rFonts w:eastAsia="Hiragino Sans" w:ascii="Hiragino Sans" w:hAnsi="Hiragino Sans"/>
                <w:b w:val="0"/>
                <w:sz w:val="18"/>
              </w:rPr>
              <w:t>東都火災海上保険株式会社</w:t>
            </w:r>
          </w:p>
        </w:tc>
        <w:tc>
          <w:tcPr>
            <w:tcW w:type="dxa" w:w="1994"/>
          </w:tcPr>
          <w:p>
            <w:r/>
            <w:r>
              <w:rPr>
                <w:rFonts w:eastAsia="Hiragino Sans" w:ascii="Hiragino Sans" w:hAnsi="Hiragino Sans"/>
                <w:b w:val="0"/>
                <w:sz w:val="18"/>
              </w:rPr>
              <w:t>60</w:t>
            </w:r>
          </w:p>
        </w:tc>
        <w:tc>
          <w:tcPr>
            <w:tcW w:type="dxa" w:w="1994"/>
          </w:tcPr>
          <w:p>
            <w:r/>
            <w:r>
              <w:rPr>
                <w:rFonts w:eastAsia="Hiragino Sans" w:ascii="Hiragino Sans" w:hAnsi="Hiragino Sans"/>
                <w:b w:val="0"/>
                <w:sz w:val="18"/>
              </w:rPr>
              <w:t>125</w:t>
            </w:r>
          </w:p>
        </w:tc>
        <w:tc>
          <w:tcPr>
            <w:tcW w:type="dxa" w:w="1994"/>
          </w:tcPr>
          <w:p>
            <w:r/>
            <w:r>
              <w:rPr>
                <w:rFonts w:eastAsia="Hiragino Sans" w:ascii="Hiragino Sans" w:hAnsi="Hiragino Sans"/>
                <w:b w:val="0"/>
                <w:sz w:val="18"/>
              </w:rPr>
              <w:t>保険取引の維持。同上</w:t>
            </w:r>
          </w:p>
        </w:tc>
        <w:tc>
          <w:tcPr>
            <w:tcW w:type="dxa" w:w="1994"/>
          </w:tcPr>
          <w:p>
            <w:r/>
            <w:r>
              <w:rPr>
                <w:rFonts w:eastAsia="Hiragino Sans" w:ascii="Hiragino Sans" w:hAnsi="Hiragino Sans"/>
                <w:b w:val="0"/>
                <w:sz w:val="18"/>
              </w:rPr>
              <w:t>無</w:t>
            </w:r>
          </w:p>
        </w:tc>
      </w:tr>
      <w:tr>
        <w:tc>
          <w:tcPr>
            <w:tcW w:type="dxa" w:w="1994"/>
            <w:shd w:val="clear" w:fill="F7F8FA"/>
          </w:tcPr>
          <w:p>
            <w:r/>
            <w:r>
              <w:rPr>
                <w:rFonts w:eastAsia="Hiragino Sans" w:ascii="Hiragino Sans" w:hAnsi="Hiragino Sans"/>
                <w:b w:val="0"/>
                <w:sz w:val="18"/>
              </w:rPr>
              <w:t>中央光学機器株式会社</w:t>
            </w:r>
          </w:p>
        </w:tc>
        <w:tc>
          <w:tcPr>
            <w:tcW w:type="dxa" w:w="1994"/>
            <w:shd w:val="clear" w:fill="F7F8FA"/>
          </w:tcPr>
          <w:p>
            <w:r/>
            <w:r>
              <w:rPr>
                <w:rFonts w:eastAsia="Hiragino Sans" w:ascii="Hiragino Sans" w:hAnsi="Hiragino Sans"/>
                <w:b w:val="0"/>
                <w:sz w:val="18"/>
              </w:rPr>
              <w:t>45</w:t>
            </w:r>
          </w:p>
        </w:tc>
        <w:tc>
          <w:tcPr>
            <w:tcW w:type="dxa" w:w="1994"/>
            <w:shd w:val="clear" w:fill="F7F8FA"/>
          </w:tcPr>
          <w:p>
            <w:r/>
            <w:r>
              <w:rPr>
                <w:rFonts w:eastAsia="Hiragino Sans" w:ascii="Hiragino Sans" w:hAnsi="Hiragino Sans"/>
                <w:b w:val="0"/>
                <w:sz w:val="18"/>
              </w:rPr>
              <w:t>90</w:t>
            </w:r>
          </w:p>
        </w:tc>
        <w:tc>
          <w:tcPr>
            <w:tcW w:type="dxa" w:w="1994"/>
            <w:shd w:val="clear" w:fill="F7F8FA"/>
          </w:tcPr>
          <w:p>
            <w:r/>
            <w:r>
              <w:rPr>
                <w:rFonts w:eastAsia="Hiragino Sans" w:ascii="Hiragino Sans" w:hAnsi="Hiragino Sans"/>
                <w:b w:val="0"/>
                <w:sz w:val="18"/>
              </w:rPr>
              <w:t>精密光学部品の共同開発・販売協力関係の維持。同上</w:t>
            </w:r>
          </w:p>
        </w:tc>
        <w:tc>
          <w:tcPr>
            <w:tcW w:type="dxa" w:w="1994"/>
            <w:shd w:val="clear" w:fill="F7F8FA"/>
          </w:tcPr>
          <w:p>
            <w:r/>
            <w:r>
              <w:rPr>
                <w:rFonts w:eastAsia="Hiragino Sans" w:ascii="Hiragino Sans" w:hAnsi="Hiragino Sans"/>
                <w:b w:val="0"/>
                <w:sz w:val="18"/>
              </w:rPr>
              <w:t>有</w:t>
            </w:r>
          </w:p>
        </w:tc>
      </w:tr>
      <w:tr>
        <w:tc>
          <w:tcPr>
            <w:tcW w:type="dxa" w:w="1994"/>
          </w:tcPr>
          <w:p>
            <w:r/>
            <w:r>
              <w:rPr>
                <w:rFonts w:eastAsia="Hiragino Sans" w:ascii="Hiragino Sans" w:hAnsi="Hiragino Sans"/>
                <w:b w:val="0"/>
                <w:sz w:val="18"/>
              </w:rPr>
              <w:t>諏訪電装株式会社</w:t>
            </w:r>
          </w:p>
        </w:tc>
        <w:tc>
          <w:tcPr>
            <w:tcW w:type="dxa" w:w="1994"/>
          </w:tcPr>
          <w:p>
            <w:r/>
            <w:r>
              <w:rPr>
                <w:rFonts w:eastAsia="Hiragino Sans" w:ascii="Hiragino Sans" w:hAnsi="Hiragino Sans"/>
                <w:b w:val="0"/>
                <w:sz w:val="18"/>
              </w:rPr>
              <w:t>60</w:t>
            </w:r>
          </w:p>
        </w:tc>
        <w:tc>
          <w:tcPr>
            <w:tcW w:type="dxa" w:w="1994"/>
          </w:tcPr>
          <w:p>
            <w:r/>
            <w:r>
              <w:rPr>
                <w:rFonts w:eastAsia="Hiragino Sans" w:ascii="Hiragino Sans" w:hAnsi="Hiragino Sans"/>
                <w:b w:val="0"/>
                <w:sz w:val="18"/>
              </w:rPr>
              <w:t>75</w:t>
            </w:r>
          </w:p>
        </w:tc>
        <w:tc>
          <w:tcPr>
            <w:tcW w:type="dxa" w:w="1994"/>
          </w:tcPr>
          <w:p>
            <w:r/>
            <w:r>
              <w:rPr>
                <w:rFonts w:eastAsia="Hiragino Sans" w:ascii="Hiragino Sans" w:hAnsi="Hiragino Sans"/>
                <w:b w:val="0"/>
                <w:sz w:val="18"/>
              </w:rPr>
              <w:t>部材調達取引の維持。同上</w:t>
            </w:r>
          </w:p>
        </w:tc>
        <w:tc>
          <w:tcPr>
            <w:tcW w:type="dxa" w:w="1994"/>
          </w:tcPr>
          <w:p>
            <w:r/>
            <w:r>
              <w:rPr>
                <w:rFonts w:eastAsia="Hiragino Sans" w:ascii="Hiragino Sans" w:hAnsi="Hiragino Sans"/>
                <w:b w:val="0"/>
                <w:sz w:val="18"/>
              </w:rPr>
              <w:t>無</w:t>
            </w:r>
          </w:p>
        </w:tc>
      </w:tr>
      <w:tr>
        <w:tc>
          <w:tcPr>
            <w:tcW w:type="dxa" w:w="1994"/>
            <w:shd w:val="clear" w:fill="F7F8FA"/>
          </w:tcPr>
          <w:p>
            <w:r/>
            <w:r>
              <w:rPr>
                <w:rFonts w:eastAsia="Hiragino Sans" w:ascii="Hiragino Sans" w:hAnsi="Hiragino Sans"/>
                <w:b w:val="0"/>
                <w:sz w:val="18"/>
              </w:rPr>
              <w:t>甲信高分子工業株式会社</w:t>
            </w:r>
          </w:p>
        </w:tc>
        <w:tc>
          <w:tcPr>
            <w:tcW w:type="dxa" w:w="1994"/>
            <w:shd w:val="clear" w:fill="F7F8FA"/>
          </w:tcPr>
          <w:p>
            <w:r/>
            <w:r>
              <w:rPr>
                <w:rFonts w:eastAsia="Hiragino Sans" w:ascii="Hiragino Sans" w:hAnsi="Hiragino Sans"/>
                <w:b w:val="0"/>
                <w:sz w:val="18"/>
              </w:rPr>
              <w:t>40</w:t>
            </w:r>
          </w:p>
        </w:tc>
        <w:tc>
          <w:tcPr>
            <w:tcW w:type="dxa" w:w="1994"/>
            <w:shd w:val="clear" w:fill="F7F8FA"/>
          </w:tcPr>
          <w:p>
            <w:r/>
            <w:r>
              <w:rPr>
                <w:rFonts w:eastAsia="Hiragino Sans" w:ascii="Hiragino Sans" w:hAnsi="Hiragino Sans"/>
                <w:b w:val="0"/>
                <w:sz w:val="18"/>
              </w:rPr>
              <w:t>55</w:t>
            </w:r>
          </w:p>
        </w:tc>
        <w:tc>
          <w:tcPr>
            <w:tcW w:type="dxa" w:w="1994"/>
            <w:shd w:val="clear" w:fill="F7F8FA"/>
          </w:tcPr>
          <w:p>
            <w:r/>
            <w:r>
              <w:rPr>
                <w:rFonts w:eastAsia="Hiragino Sans" w:ascii="Hiragino Sans" w:hAnsi="Hiragino Sans"/>
                <w:b w:val="0"/>
                <w:sz w:val="18"/>
              </w:rPr>
              <w:t>樹脂材料調達取引の維持。同上</w:t>
            </w:r>
          </w:p>
        </w:tc>
        <w:tc>
          <w:tcPr>
            <w:tcW w:type="dxa" w:w="1994"/>
            <w:shd w:val="clear" w:fill="F7F8FA"/>
          </w:tcPr>
          <w:p>
            <w:r/>
            <w:r>
              <w:rPr>
                <w:rFonts w:eastAsia="Hiragino Sans" w:ascii="Hiragino Sans" w:hAnsi="Hiragino Sans"/>
                <w:b w:val="0"/>
                <w:sz w:val="18"/>
              </w:rPr>
              <w:t>無</w:t>
            </w:r>
          </w:p>
        </w:tc>
      </w:tr>
      <w:tr>
        <w:tc>
          <w:tcPr>
            <w:tcW w:type="dxa" w:w="1994"/>
          </w:tcPr>
          <w:p>
            <w:r/>
            <w:r>
              <w:rPr>
                <w:rFonts w:eastAsia="Hiragino Sans" w:ascii="Hiragino Sans" w:hAnsi="Hiragino Sans"/>
                <w:b w:val="0"/>
                <w:sz w:val="18"/>
              </w:rPr>
              <w:t>東邦精密測器株式会社</w:t>
            </w:r>
          </w:p>
        </w:tc>
        <w:tc>
          <w:tcPr>
            <w:tcW w:type="dxa" w:w="1994"/>
          </w:tcPr>
          <w:p>
            <w:r/>
            <w:r>
              <w:rPr>
                <w:rFonts w:eastAsia="Hiragino Sans" w:ascii="Hiragino Sans" w:hAnsi="Hiragino Sans"/>
                <w:b w:val="0"/>
                <w:sz w:val="18"/>
              </w:rPr>
              <w:t>18</w:t>
            </w:r>
          </w:p>
        </w:tc>
        <w:tc>
          <w:tcPr>
            <w:tcW w:type="dxa" w:w="1994"/>
          </w:tcPr>
          <w:p>
            <w:r/>
            <w:r>
              <w:rPr>
                <w:rFonts w:eastAsia="Hiragino Sans" w:ascii="Hiragino Sans" w:hAnsi="Hiragino Sans"/>
                <w:b w:val="0"/>
                <w:sz w:val="18"/>
              </w:rPr>
              <w:t>30</w:t>
            </w:r>
          </w:p>
        </w:tc>
        <w:tc>
          <w:tcPr>
            <w:tcW w:type="dxa" w:w="1994"/>
          </w:tcPr>
          <w:p>
            <w:r/>
            <w:r>
              <w:rPr>
                <w:rFonts w:eastAsia="Hiragino Sans" w:ascii="Hiragino Sans" w:hAnsi="Hiragino Sans"/>
                <w:b w:val="0"/>
                <w:sz w:val="18"/>
              </w:rPr>
              <w:t>計測技術に係る協業関係の維持。同上</w:t>
            </w:r>
          </w:p>
        </w:tc>
        <w:tc>
          <w:tcPr>
            <w:tcW w:type="dxa" w:w="1994"/>
          </w:tcPr>
          <w:p>
            <w:r/>
            <w:r>
              <w:rPr>
                <w:rFonts w:eastAsia="Hiragino Sans" w:ascii="Hiragino Sans" w:hAnsi="Hiragino Sans"/>
                <w:b w:val="0"/>
                <w:sz w:val="18"/>
              </w:rPr>
              <w:t>無</w:t>
            </w:r>
          </w:p>
        </w:tc>
      </w:tr>
      <w:tr>
        <w:tc>
          <w:tcPr>
            <w:tcW w:type="dxa" w:w="1994"/>
            <w:shd w:val="clear" w:fill="F7F8FA"/>
          </w:tcPr>
          <w:p>
            <w:r/>
            <w:r>
              <w:rPr>
                <w:rFonts w:eastAsia="Hiragino Sans" w:ascii="Hiragino Sans" w:hAnsi="Hiragino Sans"/>
                <w:b w:val="0"/>
                <w:sz w:val="18"/>
              </w:rPr>
              <w:t>富岳ツーリング株式会社</w:t>
            </w:r>
          </w:p>
        </w:tc>
        <w:tc>
          <w:tcPr>
            <w:tcW w:type="dxa" w:w="1994"/>
            <w:shd w:val="clear" w:fill="F7F8FA"/>
          </w:tcPr>
          <w:p>
            <w:r/>
            <w:r>
              <w:rPr>
                <w:rFonts w:eastAsia="Hiragino Sans" w:ascii="Hiragino Sans" w:hAnsi="Hiragino Sans"/>
                <w:b w:val="0"/>
                <w:sz w:val="18"/>
              </w:rPr>
              <w:t>12</w:t>
            </w:r>
          </w:p>
        </w:tc>
        <w:tc>
          <w:tcPr>
            <w:tcW w:type="dxa" w:w="1994"/>
            <w:shd w:val="clear" w:fill="F7F8FA"/>
          </w:tcPr>
          <w:p>
            <w:r/>
            <w:r>
              <w:rPr>
                <w:rFonts w:eastAsia="Hiragino Sans" w:ascii="Hiragino Sans" w:hAnsi="Hiragino Sans"/>
                <w:b w:val="0"/>
                <w:sz w:val="18"/>
              </w:rPr>
              <w:t>15</w:t>
            </w:r>
          </w:p>
        </w:tc>
        <w:tc>
          <w:tcPr>
            <w:tcW w:type="dxa" w:w="1994"/>
            <w:shd w:val="clear" w:fill="F7F8FA"/>
          </w:tcPr>
          <w:p>
            <w:r/>
            <w:r>
              <w:rPr>
                <w:rFonts w:eastAsia="Hiragino Sans" w:ascii="Hiragino Sans" w:hAnsi="Hiragino Sans"/>
                <w:b w:val="0"/>
                <w:sz w:val="18"/>
              </w:rPr>
              <w:t>切削工具調達取引の維持。同上</w:t>
            </w:r>
          </w:p>
        </w:tc>
        <w:tc>
          <w:tcPr>
            <w:tcW w:type="dxa" w:w="1994"/>
            <w:shd w:val="clear" w:fill="F7F8FA"/>
          </w:tcPr>
          <w:p>
            <w:r/>
            <w:r>
              <w:rPr>
                <w:rFonts w:eastAsia="Hiragino Sans" w:ascii="Hiragino Sans" w:hAnsi="Hiragino Sans"/>
                <w:b w:val="0"/>
                <w:sz w:val="18"/>
              </w:rPr>
              <w:t>無</w:t>
            </w:r>
          </w:p>
        </w:tc>
      </w:tr>
      <w:tr>
        <w:tc>
          <w:tcPr>
            <w:tcW w:type="dxa" w:w="1994"/>
          </w:tcPr>
          <w:p>
            <w:r/>
            <w:r>
              <w:rPr>
                <w:rFonts w:eastAsia="Hiragino Sans" w:ascii="Hiragino Sans" w:hAnsi="Hiragino Sans"/>
                <w:b w:val="0"/>
                <w:sz w:val="18"/>
              </w:rPr>
              <w:t>早雲商事株式会社</w:t>
            </w:r>
          </w:p>
        </w:tc>
        <w:tc>
          <w:tcPr>
            <w:tcW w:type="dxa" w:w="1994"/>
          </w:tcPr>
          <w:p>
            <w:r/>
            <w:r>
              <w:rPr>
                <w:rFonts w:eastAsia="Hiragino Sans" w:ascii="Hiragino Sans" w:hAnsi="Hiragino Sans"/>
                <w:b w:val="0"/>
                <w:sz w:val="18"/>
              </w:rPr>
              <w:t>8</w:t>
            </w:r>
          </w:p>
        </w:tc>
        <w:tc>
          <w:tcPr>
            <w:tcW w:type="dxa" w:w="1994"/>
          </w:tcPr>
          <w:p>
            <w:r/>
            <w:r>
              <w:rPr>
                <w:rFonts w:eastAsia="Hiragino Sans" w:ascii="Hiragino Sans" w:hAnsi="Hiragino Sans"/>
                <w:b w:val="0"/>
                <w:sz w:val="18"/>
              </w:rPr>
              <w:t>10</w:t>
            </w:r>
          </w:p>
        </w:tc>
        <w:tc>
          <w:tcPr>
            <w:tcW w:type="dxa" w:w="1994"/>
          </w:tcPr>
          <w:p>
            <w:r/>
            <w:r>
              <w:rPr>
                <w:rFonts w:eastAsia="Hiragino Sans" w:ascii="Hiragino Sans" w:hAnsi="Hiragino Sans"/>
                <w:b w:val="0"/>
                <w:sz w:val="18"/>
              </w:rPr>
              <w:t>販売代理取引の維持。同上</w:t>
            </w:r>
          </w:p>
        </w:tc>
        <w:tc>
          <w:tcPr>
            <w:tcW w:type="dxa" w:w="1994"/>
          </w:tcPr>
          <w:p>
            <w:r/>
            <w:r>
              <w:rPr>
                <w:rFonts w:eastAsia="Hiragino Sans" w:ascii="Hiragino Sans" w:hAnsi="Hiragino Sans"/>
                <w:b w:val="0"/>
                <w:sz w:val="18"/>
              </w:rPr>
              <w:t>無</w:t>
            </w:r>
          </w:p>
        </w:tc>
      </w:tr>
      <w:tr>
        <w:tc>
          <w:tcPr>
            <w:tcW w:type="dxa" w:w="1994"/>
            <w:shd w:val="clear" w:fill="F7F8FA"/>
          </w:tcPr>
          <w:p>
            <w:r/>
            <w:r>
              <w:rPr>
                <w:rFonts w:eastAsia="Hiragino Sans" w:ascii="Hiragino Sans" w:hAnsi="Hiragino Sans"/>
                <w:b w:val="0"/>
                <w:sz w:val="18"/>
              </w:rPr>
              <w:t>南木曽金属株式会社</w:t>
            </w:r>
          </w:p>
        </w:tc>
        <w:tc>
          <w:tcPr>
            <w:tcW w:type="dxa" w:w="1994"/>
            <w:shd w:val="clear" w:fill="F7F8FA"/>
          </w:tcPr>
          <w:p>
            <w:r/>
            <w:r>
              <w:rPr>
                <w:rFonts w:eastAsia="Hiragino Sans" w:ascii="Hiragino Sans" w:hAnsi="Hiragino Sans"/>
                <w:b w:val="0"/>
                <w:sz w:val="18"/>
              </w:rPr>
              <w:t>6</w:t>
            </w:r>
          </w:p>
        </w:tc>
        <w:tc>
          <w:tcPr>
            <w:tcW w:type="dxa" w:w="1994"/>
            <w:shd w:val="clear" w:fill="F7F8FA"/>
          </w:tcPr>
          <w:p>
            <w:r/>
            <w:r>
              <w:rPr>
                <w:rFonts w:eastAsia="Hiragino Sans" w:ascii="Hiragino Sans" w:hAnsi="Hiragino Sans"/>
                <w:b w:val="0"/>
                <w:sz w:val="18"/>
              </w:rPr>
              <w:t>5</w:t>
            </w:r>
          </w:p>
        </w:tc>
        <w:tc>
          <w:tcPr>
            <w:tcW w:type="dxa" w:w="1994"/>
            <w:shd w:val="clear" w:fill="F7F8FA"/>
          </w:tcPr>
          <w:p>
            <w:r/>
            <w:r>
              <w:rPr>
                <w:rFonts w:eastAsia="Hiragino Sans" w:ascii="Hiragino Sans" w:hAnsi="Hiragino Sans"/>
                <w:b w:val="0"/>
                <w:sz w:val="18"/>
              </w:rPr>
              <w:t>素材調達取引の維持。同上</w:t>
            </w:r>
          </w:p>
        </w:tc>
        <w:tc>
          <w:tcPr>
            <w:tcW w:type="dxa" w:w="1994"/>
            <w:shd w:val="clear" w:fill="F7F8FA"/>
          </w:tcPr>
          <w:p>
            <w:r/>
            <w:r>
              <w:rPr>
                <w:rFonts w:eastAsia="Hiragino Sans" w:ascii="Hiragino Sans" w:hAnsi="Hiragino Sans"/>
                <w:b w:val="0"/>
                <w:sz w:val="18"/>
              </w:rPr>
              <w:t>無</w:t>
            </w:r>
          </w:p>
        </w:tc>
      </w:tr>
      <w:tr>
        <w:tc>
          <w:tcPr>
            <w:tcW w:type="dxa" w:w="1994"/>
          </w:tcPr>
          <w:p>
            <w:r/>
            <w:r>
              <w:rPr>
                <w:rFonts w:eastAsia="Hiragino Sans" w:ascii="Hiragino Sans" w:hAnsi="Hiragino Sans"/>
                <w:b w:val="0"/>
                <w:sz w:val="18"/>
              </w:rPr>
              <w:t>計</w:t>
            </w:r>
          </w:p>
        </w:tc>
        <w:tc>
          <w:tcPr>
            <w:tcW w:type="dxa" w:w="1994"/>
          </w:tcPr>
          <w:p>
            <w:r/>
            <w:r>
              <w:rPr>
                <w:rFonts w:eastAsia="Hiragino Sans" w:ascii="Hiragino Sans" w:hAnsi="Hiragino Sans"/>
                <w:b w:val="0"/>
                <w:sz w:val="18"/>
              </w:rPr>
              <w:t>999</w:t>
            </w:r>
          </w:p>
        </w:tc>
        <w:tc>
          <w:tcPr>
            <w:tcW w:type="dxa" w:w="1994"/>
          </w:tcPr>
          <w:p>
            <w:r/>
            <w:r>
              <w:rPr>
                <w:rFonts w:eastAsia="Hiragino Sans" w:ascii="Hiragino Sans" w:hAnsi="Hiragino Sans"/>
                <w:b w:val="0"/>
                <w:sz w:val="18"/>
              </w:rPr>
              <w:t>1,610</w:t>
            </w:r>
          </w:p>
        </w:tc>
        <w:tc>
          <w:tcPr>
            <w:tcW w:type="dxa" w:w="1994"/>
          </w:tcPr>
          <w:p>
            <w:r/>
            <w:r>
              <w:rPr>
                <w:rFonts w:eastAsia="Hiragino Sans" w:ascii="Hiragino Sans" w:hAnsi="Hiragino Sans"/>
                <w:b w:val="0"/>
                <w:sz w:val="18"/>
              </w:rPr>
              <w:t>—</w:t>
            </w:r>
          </w:p>
        </w:tc>
        <w:tc>
          <w:tcPr>
            <w:tcW w:type="dxa" w:w="1994"/>
          </w:tcPr>
          <w:p>
            <w:r/>
            <w:r>
              <w:rPr>
                <w:rFonts w:eastAsia="Hiragino Sans" w:ascii="Hiragino Sans" w:hAnsi="Hiragino Sans"/>
                <w:b w:val="0"/>
                <w:sz w:val="18"/>
              </w:rPr>
              <w:t>—</w:t>
            </w:r>
          </w:p>
        </w:tc>
      </w:tr>
    </w:tbl>
    <w:p>
      <w:pPr>
        <w:spacing w:after="40"/>
      </w:pPr>
    </w:p>
    <w:p>
      <w:pPr>
        <w:pStyle w:val="ListBullet"/>
        <w:ind w:left="240"/>
      </w:pPr>
      <w:r>
        <w:rPr>
          <w:rFonts w:eastAsia="Hiragino Sans" w:ascii="Hiragino Sans" w:hAnsi="Hiragino Sans"/>
          <w:b w:val="0"/>
          <w:sz w:val="20"/>
        </w:rPr>
        <w:t>（注）特定投資株式が60銘柄未満のため、全12銘柄を記載しております。前事業年度との比較（株式数・貸借対照表計上額の増減及び増加理由）欄は本サンプルでは簡略化のため省略しており、実際の提出書類では記載が必要であります。</w:t>
      </w:r>
    </w:p>
    <w:p>
      <w:pPr>
        <w:ind w:left="120"/>
        <w:shd w:val="clear" w:fill="F3F4F6"/>
        <w:pBdr>
          <w:left w:val="single" w:sz="18" w:space="6" w:color="24406B"/>
        </w:pBdr>
      </w:pPr>
      <w:r>
        <w:rPr>
          <w:rFonts w:eastAsia="Hiragino Sans" w:ascii="Hiragino Sans" w:hAnsi="Hiragino Sans"/>
          <w:b w:val="0"/>
          <w:i/>
          <w:color w:val="444444"/>
          <w:sz w:val="18"/>
        </w:rPr>
        <w:t>チェック観点: 役員報酬の決定方針・実績・指標の三点セットの整合（KPI実績と支給率）。政策保有株式は銘柄数・計上額が注記（有価証券関係）と一致しているか。大株主の割合は自己株式控除後の計算か。</w:t>
      </w:r>
    </w:p>
    <w:p>
      <w:pPr>
        <w:pStyle w:val="Heading1"/>
      </w:pPr>
      <w:r>
        <w:t>第5【経理の状況】</w:t>
      </w:r>
    </w:p>
    <w:p>
      <w:pPr>
        <w:pStyle w:val="ListBullet"/>
        <w:ind w:left="240"/>
      </w:pPr>
      <w:r>
        <w:rPr>
          <w:rFonts w:eastAsia="Hiragino Sans" w:ascii="Hiragino Sans" w:hAnsi="Hiragino Sans"/>
          <w:b w:val="0"/>
          <w:sz w:val="20"/>
        </w:rPr>
        <w:t>当社の連結財務諸表は、「連結財務諸表の用語、様式及び作成方法に関する規則」（昭和51年大蔵省令第28号）に基づいて、財務諸表は「財務諸表等の用語、様式及び作成方法に関する規則」（昭和38年大蔵省令第59号）に基づいて作成しております。</w:t>
      </w:r>
    </w:p>
    <w:p>
      <w:pPr>
        <w:pStyle w:val="ListBullet"/>
        <w:ind w:left="240"/>
      </w:pPr>
      <w:r>
        <w:rPr>
          <w:rFonts w:eastAsia="Hiragino Sans" w:ascii="Hiragino Sans" w:hAnsi="Hiragino Sans"/>
          <w:b w:val="0"/>
          <w:sz w:val="20"/>
        </w:rPr>
        <w:t>当社は、金融商品取引法第193条の2第1項の規定に基づき、連結会計年度及び事業年度に係る連結財務諸表及び財務諸表について、有限責任 青葉監査法人による監査を受けております。</w:t>
      </w:r>
    </w:p>
    <w:p>
      <w:pPr>
        <w:pStyle w:val="ListBullet"/>
        <w:ind w:left="240"/>
      </w:pPr>
      <w:r>
        <w:rPr>
          <w:rFonts w:eastAsia="Hiragino Sans" w:ascii="Hiragino Sans" w:hAnsi="Hiragino Sans"/>
          <w:b w:val="0"/>
          <w:sz w:val="20"/>
        </w:rPr>
        <w:t>連結財務諸表等の適正性を確保するための特段の取組として、会計基準等の内容を適切に把握できる体制を整備するため、公益財団法人財務会計基準機構へ加入し、会計基準設定主体等の行う研修に参加しております。</w:t>
      </w:r>
    </w:p>
    <w:p>
      <w:pPr>
        <w:pStyle w:val="Heading2"/>
      </w:pPr>
      <w:r>
        <w:t>1【連結財務諸表等】</w:t>
      </w:r>
    </w:p>
    <w:p>
      <w:pPr>
        <w:pStyle w:val="Heading3"/>
      </w:pPr>
      <w:r>
        <w:t>(1) 連結貸借対照表</w:t>
      </w:r>
    </w:p>
    <w:p>
      <w:pPr>
        <w:spacing w:after="80"/>
      </w:pPr>
      <w:r>
        <w:rPr>
          <w:rFonts w:eastAsia="Hiragino Sans" w:ascii="Hiragino Sans" w:hAnsi="Hiragino Sans"/>
          <w:b w:val="0"/>
          <w:i w:val="0"/>
        </w:rPr>
        <w:t>（単位：百万円）</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科目</w:t>
            </w:r>
          </w:p>
        </w:tc>
        <w:tc>
          <w:tcPr>
            <w:tcW w:type="dxa" w:w="3324"/>
            <w:shd w:val="clear" w:fill="24406B"/>
          </w:tcPr>
          <w:p>
            <w:r/>
            <w:r>
              <w:rPr>
                <w:rFonts w:eastAsia="Hiragino Sans" w:ascii="Hiragino Sans" w:hAnsi="Hiragino Sans"/>
                <w:b/>
                <w:color w:val="FFFFFF"/>
                <w:sz w:val="18"/>
              </w:rPr>
              <w:t>前連結会計年度(2025年3月31日)</w:t>
            </w:r>
          </w:p>
        </w:tc>
        <w:tc>
          <w:tcPr>
            <w:tcW w:type="dxa" w:w="3324"/>
            <w:shd w:val="clear" w:fill="24406B"/>
          </w:tcPr>
          <w:p>
            <w:r/>
            <w:r>
              <w:rPr>
                <w:rFonts w:eastAsia="Hiragino Sans" w:ascii="Hiragino Sans" w:hAnsi="Hiragino Sans"/>
                <w:b/>
                <w:color w:val="FFFFFF"/>
                <w:sz w:val="18"/>
              </w:rPr>
              <w:t>当連結会計年度(2026年3月31日)</w:t>
            </w:r>
          </w:p>
        </w:tc>
      </w:tr>
      <w:tr>
        <w:tc>
          <w:tcPr>
            <w:tcW w:type="dxa" w:w="3324"/>
          </w:tcPr>
          <w:p>
            <w:r/>
            <w:r>
              <w:rPr>
                <w:rFonts w:eastAsia="Hiragino Sans" w:ascii="Hiragino Sans" w:hAnsi="Hiragino Sans"/>
                <w:b/>
                <w:sz w:val="18"/>
              </w:rPr>
              <w:t>（資産の部）</w:t>
            </w:r>
          </w:p>
        </w:tc>
        <w:tc>
          <w:tcPr>
            <w:tcW w:type="dxa" w:w="3324"/>
          </w:tcPr>
          <w:p>
            <w:r/>
            <w:r>
              <w:rPr>
                <w:rFonts w:eastAsia="Hiragino Sans" w:ascii="Hiragino Sans" w:hAnsi="Hiragino Sans"/>
                <w:b w:val="0"/>
                <w:sz w:val="18"/>
              </w:rPr>
            </w:r>
          </w:p>
        </w:tc>
        <w:tc>
          <w:tcPr>
            <w:tcW w:type="dxa" w:w="3324"/>
          </w:tcPr>
          <w:p>
            <w:r/>
            <w:r>
              <w:rPr>
                <w:rFonts w:eastAsia="Hiragino Sans" w:ascii="Hiragino Sans" w:hAnsi="Hiragino Sans"/>
                <w:b w:val="0"/>
                <w:sz w:val="18"/>
              </w:rPr>
            </w:r>
          </w:p>
        </w:tc>
      </w:tr>
      <w:tr>
        <w:tc>
          <w:tcPr>
            <w:tcW w:type="dxa" w:w="3324"/>
            <w:shd w:val="clear" w:fill="F7F8FA"/>
          </w:tcPr>
          <w:p>
            <w:r/>
            <w:r>
              <w:rPr>
                <w:rFonts w:eastAsia="Hiragino Sans" w:ascii="Hiragino Sans" w:hAnsi="Hiragino Sans"/>
                <w:b w:val="0"/>
                <w:sz w:val="18"/>
              </w:rPr>
              <w:t>現金及び預金</w:t>
            </w:r>
          </w:p>
        </w:tc>
        <w:tc>
          <w:tcPr>
            <w:tcW w:type="dxa" w:w="3324"/>
            <w:shd w:val="clear" w:fill="F7F8FA"/>
          </w:tcPr>
          <w:p>
            <w:r/>
            <w:r>
              <w:rPr>
                <w:rFonts w:eastAsia="Hiragino Sans" w:ascii="Hiragino Sans" w:hAnsi="Hiragino Sans"/>
                <w:b w:val="0"/>
                <w:sz w:val="18"/>
              </w:rPr>
              <w:t>10,090</w:t>
            </w:r>
          </w:p>
        </w:tc>
        <w:tc>
          <w:tcPr>
            <w:tcW w:type="dxa" w:w="3324"/>
            <w:shd w:val="clear" w:fill="F7F8FA"/>
          </w:tcPr>
          <w:p>
            <w:r/>
            <w:r>
              <w:rPr>
                <w:rFonts w:eastAsia="Hiragino Sans" w:ascii="Hiragino Sans" w:hAnsi="Hiragino Sans"/>
                <w:b w:val="0"/>
                <w:sz w:val="18"/>
              </w:rPr>
              <w:t>10,160</w:t>
            </w:r>
          </w:p>
        </w:tc>
      </w:tr>
      <w:tr>
        <w:tc>
          <w:tcPr>
            <w:tcW w:type="dxa" w:w="3324"/>
          </w:tcPr>
          <w:p>
            <w:r/>
            <w:r>
              <w:rPr>
                <w:rFonts w:eastAsia="Hiragino Sans" w:ascii="Hiragino Sans" w:hAnsi="Hiragino Sans"/>
                <w:b w:val="0"/>
                <w:sz w:val="18"/>
              </w:rPr>
              <w:t>受取手形</w:t>
            </w:r>
          </w:p>
        </w:tc>
        <w:tc>
          <w:tcPr>
            <w:tcW w:type="dxa" w:w="3324"/>
          </w:tcPr>
          <w:p>
            <w:r/>
            <w:r>
              <w:rPr>
                <w:rFonts w:eastAsia="Hiragino Sans" w:ascii="Hiragino Sans" w:hAnsi="Hiragino Sans"/>
                <w:b w:val="0"/>
                <w:sz w:val="18"/>
              </w:rPr>
              <w:t>1,020</w:t>
            </w:r>
          </w:p>
        </w:tc>
        <w:tc>
          <w:tcPr>
            <w:tcW w:type="dxa" w:w="3324"/>
          </w:tcPr>
          <w:p>
            <w:r/>
            <w:r>
              <w:rPr>
                <w:rFonts w:eastAsia="Hiragino Sans" w:ascii="Hiragino Sans" w:hAnsi="Hiragino Sans"/>
                <w:b w:val="0"/>
                <w:sz w:val="18"/>
              </w:rPr>
              <w:t>1,050</w:t>
            </w:r>
          </w:p>
        </w:tc>
      </w:tr>
      <w:tr>
        <w:tc>
          <w:tcPr>
            <w:tcW w:type="dxa" w:w="3324"/>
            <w:shd w:val="clear" w:fill="F7F8FA"/>
          </w:tcPr>
          <w:p>
            <w:r/>
            <w:r>
              <w:rPr>
                <w:rFonts w:eastAsia="Hiragino Sans" w:ascii="Hiragino Sans" w:hAnsi="Hiragino Sans"/>
                <w:b w:val="0"/>
                <w:sz w:val="18"/>
              </w:rPr>
              <w:t>電子記録債権</w:t>
            </w:r>
          </w:p>
        </w:tc>
        <w:tc>
          <w:tcPr>
            <w:tcW w:type="dxa" w:w="3324"/>
            <w:shd w:val="clear" w:fill="F7F8FA"/>
          </w:tcPr>
          <w:p>
            <w:r/>
            <w:r>
              <w:rPr>
                <w:rFonts w:eastAsia="Hiragino Sans" w:ascii="Hiragino Sans" w:hAnsi="Hiragino Sans"/>
                <w:b w:val="0"/>
                <w:sz w:val="18"/>
              </w:rPr>
              <w:t>1,380</w:t>
            </w:r>
          </w:p>
        </w:tc>
        <w:tc>
          <w:tcPr>
            <w:tcW w:type="dxa" w:w="3324"/>
            <w:shd w:val="clear" w:fill="F7F8FA"/>
          </w:tcPr>
          <w:p>
            <w:r/>
            <w:r>
              <w:rPr>
                <w:rFonts w:eastAsia="Hiragino Sans" w:ascii="Hiragino Sans" w:hAnsi="Hiragino Sans"/>
                <w:b w:val="0"/>
                <w:sz w:val="18"/>
              </w:rPr>
              <w:t>1,450</w:t>
            </w:r>
          </w:p>
        </w:tc>
      </w:tr>
      <w:tr>
        <w:tc>
          <w:tcPr>
            <w:tcW w:type="dxa" w:w="3324"/>
          </w:tcPr>
          <w:p>
            <w:r/>
            <w:r>
              <w:rPr>
                <w:rFonts w:eastAsia="Hiragino Sans" w:ascii="Hiragino Sans" w:hAnsi="Hiragino Sans"/>
                <w:b w:val="0"/>
                <w:sz w:val="18"/>
              </w:rPr>
              <w:t>売掛金</w:t>
            </w:r>
          </w:p>
        </w:tc>
        <w:tc>
          <w:tcPr>
            <w:tcW w:type="dxa" w:w="3324"/>
          </w:tcPr>
          <w:p>
            <w:r/>
            <w:r>
              <w:rPr>
                <w:rFonts w:eastAsia="Hiragino Sans" w:ascii="Hiragino Sans" w:hAnsi="Hiragino Sans"/>
                <w:b w:val="0"/>
                <w:sz w:val="18"/>
              </w:rPr>
              <w:t>9,220</w:t>
            </w:r>
          </w:p>
        </w:tc>
        <w:tc>
          <w:tcPr>
            <w:tcW w:type="dxa" w:w="3324"/>
          </w:tcPr>
          <w:p>
            <w:r/>
            <w:r>
              <w:rPr>
                <w:rFonts w:eastAsia="Hiragino Sans" w:ascii="Hiragino Sans" w:hAnsi="Hiragino Sans"/>
                <w:b w:val="0"/>
                <w:sz w:val="18"/>
              </w:rPr>
              <w:t>9,600</w:t>
            </w:r>
          </w:p>
        </w:tc>
      </w:tr>
      <w:tr>
        <w:tc>
          <w:tcPr>
            <w:tcW w:type="dxa" w:w="3324"/>
            <w:shd w:val="clear" w:fill="F7F8FA"/>
          </w:tcPr>
          <w:p>
            <w:r/>
            <w:r>
              <w:rPr>
                <w:rFonts w:eastAsia="Hiragino Sans" w:ascii="Hiragino Sans" w:hAnsi="Hiragino Sans"/>
                <w:b w:val="0"/>
                <w:sz w:val="18"/>
              </w:rPr>
              <w:t>商品及び製品</w:t>
            </w:r>
          </w:p>
        </w:tc>
        <w:tc>
          <w:tcPr>
            <w:tcW w:type="dxa" w:w="3324"/>
            <w:shd w:val="clear" w:fill="F7F8FA"/>
          </w:tcPr>
          <w:p>
            <w:r/>
            <w:r>
              <w:rPr>
                <w:rFonts w:eastAsia="Hiragino Sans" w:ascii="Hiragino Sans" w:hAnsi="Hiragino Sans"/>
                <w:b w:val="0"/>
                <w:sz w:val="18"/>
              </w:rPr>
              <w:t>3,020</w:t>
            </w:r>
          </w:p>
        </w:tc>
        <w:tc>
          <w:tcPr>
            <w:tcW w:type="dxa" w:w="3324"/>
            <w:shd w:val="clear" w:fill="F7F8FA"/>
          </w:tcPr>
          <w:p>
            <w:r/>
            <w:r>
              <w:rPr>
                <w:rFonts w:eastAsia="Hiragino Sans" w:ascii="Hiragino Sans" w:hAnsi="Hiragino Sans"/>
                <w:b w:val="0"/>
                <w:sz w:val="18"/>
              </w:rPr>
              <w:t>3,150</w:t>
            </w:r>
          </w:p>
        </w:tc>
      </w:tr>
      <w:tr>
        <w:tc>
          <w:tcPr>
            <w:tcW w:type="dxa" w:w="3324"/>
          </w:tcPr>
          <w:p>
            <w:r/>
            <w:r>
              <w:rPr>
                <w:rFonts w:eastAsia="Hiragino Sans" w:ascii="Hiragino Sans" w:hAnsi="Hiragino Sans"/>
                <w:b w:val="0"/>
                <w:sz w:val="18"/>
              </w:rPr>
              <w:t>仕掛品</w:t>
            </w:r>
          </w:p>
        </w:tc>
        <w:tc>
          <w:tcPr>
            <w:tcW w:type="dxa" w:w="3324"/>
          </w:tcPr>
          <w:p>
            <w:r/>
            <w:r>
              <w:rPr>
                <w:rFonts w:eastAsia="Hiragino Sans" w:ascii="Hiragino Sans" w:hAnsi="Hiragino Sans"/>
                <w:b w:val="0"/>
                <w:sz w:val="18"/>
              </w:rPr>
              <w:t>2,340</w:t>
            </w:r>
          </w:p>
        </w:tc>
        <w:tc>
          <w:tcPr>
            <w:tcW w:type="dxa" w:w="3324"/>
          </w:tcPr>
          <w:p>
            <w:r/>
            <w:r>
              <w:rPr>
                <w:rFonts w:eastAsia="Hiragino Sans" w:ascii="Hiragino Sans" w:hAnsi="Hiragino Sans"/>
                <w:b w:val="0"/>
                <w:sz w:val="18"/>
              </w:rPr>
              <w:t>2,450</w:t>
            </w:r>
          </w:p>
        </w:tc>
      </w:tr>
      <w:tr>
        <w:tc>
          <w:tcPr>
            <w:tcW w:type="dxa" w:w="3324"/>
            <w:shd w:val="clear" w:fill="F7F8FA"/>
          </w:tcPr>
          <w:p>
            <w:r/>
            <w:r>
              <w:rPr>
                <w:rFonts w:eastAsia="Hiragino Sans" w:ascii="Hiragino Sans" w:hAnsi="Hiragino Sans"/>
                <w:b w:val="0"/>
                <w:sz w:val="18"/>
              </w:rPr>
              <w:t>原材料及び貯蔵品</w:t>
            </w:r>
          </w:p>
        </w:tc>
        <w:tc>
          <w:tcPr>
            <w:tcW w:type="dxa" w:w="3324"/>
            <w:shd w:val="clear" w:fill="F7F8FA"/>
          </w:tcPr>
          <w:p>
            <w:r/>
            <w:r>
              <w:rPr>
                <w:rFonts w:eastAsia="Hiragino Sans" w:ascii="Hiragino Sans" w:hAnsi="Hiragino Sans"/>
                <w:b w:val="0"/>
                <w:sz w:val="18"/>
              </w:rPr>
              <w:t>2,510</w:t>
            </w:r>
          </w:p>
        </w:tc>
        <w:tc>
          <w:tcPr>
            <w:tcW w:type="dxa" w:w="3324"/>
            <w:shd w:val="clear" w:fill="F7F8FA"/>
          </w:tcPr>
          <w:p>
            <w:r/>
            <w:r>
              <w:rPr>
                <w:rFonts w:eastAsia="Hiragino Sans" w:ascii="Hiragino Sans" w:hAnsi="Hiragino Sans"/>
                <w:b w:val="0"/>
                <w:sz w:val="18"/>
              </w:rPr>
              <w:t>2,650</w:t>
            </w:r>
          </w:p>
        </w:tc>
      </w:tr>
      <w:tr>
        <w:tc>
          <w:tcPr>
            <w:tcW w:type="dxa" w:w="3324"/>
          </w:tcPr>
          <w:p>
            <w:r/>
            <w:r>
              <w:rPr>
                <w:rFonts w:eastAsia="Hiragino Sans" w:ascii="Hiragino Sans" w:hAnsi="Hiragino Sans"/>
                <w:b w:val="0"/>
                <w:sz w:val="18"/>
              </w:rPr>
              <w:t>その他</w:t>
            </w:r>
          </w:p>
        </w:tc>
        <w:tc>
          <w:tcPr>
            <w:tcW w:type="dxa" w:w="3324"/>
          </w:tcPr>
          <w:p>
            <w:r/>
            <w:r>
              <w:rPr>
                <w:rFonts w:eastAsia="Hiragino Sans" w:ascii="Hiragino Sans" w:hAnsi="Hiragino Sans"/>
                <w:b w:val="0"/>
                <w:sz w:val="18"/>
              </w:rPr>
              <w:t>930</w:t>
            </w:r>
          </w:p>
        </w:tc>
        <w:tc>
          <w:tcPr>
            <w:tcW w:type="dxa" w:w="3324"/>
          </w:tcPr>
          <w:p>
            <w:r/>
            <w:r>
              <w:rPr>
                <w:rFonts w:eastAsia="Hiragino Sans" w:ascii="Hiragino Sans" w:hAnsi="Hiragino Sans"/>
                <w:b w:val="0"/>
                <w:sz w:val="18"/>
              </w:rPr>
              <w:t>950</w:t>
            </w:r>
          </w:p>
        </w:tc>
      </w:tr>
      <w:tr>
        <w:tc>
          <w:tcPr>
            <w:tcW w:type="dxa" w:w="3324"/>
            <w:shd w:val="clear" w:fill="F7F8FA"/>
          </w:tcPr>
          <w:p>
            <w:r/>
            <w:r>
              <w:rPr>
                <w:rFonts w:eastAsia="Hiragino Sans" w:ascii="Hiragino Sans" w:hAnsi="Hiragino Sans"/>
                <w:b w:val="0"/>
                <w:sz w:val="18"/>
              </w:rPr>
              <w:t>貸倒引当金</w:t>
            </w:r>
          </w:p>
        </w:tc>
        <w:tc>
          <w:tcPr>
            <w:tcW w:type="dxa" w:w="3324"/>
            <w:shd w:val="clear" w:fill="F7F8FA"/>
          </w:tcPr>
          <w:p>
            <w:r/>
            <w:r>
              <w:rPr>
                <w:rFonts w:eastAsia="Hiragino Sans" w:ascii="Hiragino Sans" w:hAnsi="Hiragino Sans"/>
                <w:b w:val="0"/>
                <w:sz w:val="18"/>
              </w:rPr>
              <w:t>△10</w:t>
            </w:r>
          </w:p>
        </w:tc>
        <w:tc>
          <w:tcPr>
            <w:tcW w:type="dxa" w:w="3324"/>
            <w:shd w:val="clear" w:fill="F7F8FA"/>
          </w:tcPr>
          <w:p>
            <w:r/>
            <w:r>
              <w:rPr>
                <w:rFonts w:eastAsia="Hiragino Sans" w:ascii="Hiragino Sans" w:hAnsi="Hiragino Sans"/>
                <w:b w:val="0"/>
                <w:sz w:val="18"/>
              </w:rPr>
              <w:t>△10</w:t>
            </w:r>
          </w:p>
        </w:tc>
      </w:tr>
      <w:tr>
        <w:tc>
          <w:tcPr>
            <w:tcW w:type="dxa" w:w="3324"/>
          </w:tcPr>
          <w:p>
            <w:r/>
            <w:r>
              <w:rPr>
                <w:rFonts w:eastAsia="Hiragino Sans" w:ascii="Hiragino Sans" w:hAnsi="Hiragino Sans"/>
                <w:b/>
                <w:sz w:val="18"/>
              </w:rPr>
              <w:t>流動資産合計</w:t>
            </w:r>
          </w:p>
        </w:tc>
        <w:tc>
          <w:tcPr>
            <w:tcW w:type="dxa" w:w="3324"/>
          </w:tcPr>
          <w:p>
            <w:r/>
            <w:r>
              <w:rPr>
                <w:rFonts w:eastAsia="Hiragino Sans" w:ascii="Hiragino Sans" w:hAnsi="Hiragino Sans"/>
                <w:b/>
                <w:sz w:val="18"/>
              </w:rPr>
              <w:t>30,500</w:t>
            </w:r>
          </w:p>
        </w:tc>
        <w:tc>
          <w:tcPr>
            <w:tcW w:type="dxa" w:w="3324"/>
          </w:tcPr>
          <w:p>
            <w:r/>
            <w:r>
              <w:rPr>
                <w:rFonts w:eastAsia="Hiragino Sans" w:ascii="Hiragino Sans" w:hAnsi="Hiragino Sans"/>
                <w:b/>
                <w:sz w:val="18"/>
              </w:rPr>
              <w:t>31,450</w:t>
            </w:r>
          </w:p>
        </w:tc>
      </w:tr>
      <w:tr>
        <w:tc>
          <w:tcPr>
            <w:tcW w:type="dxa" w:w="3324"/>
            <w:shd w:val="clear" w:fill="F7F8FA"/>
          </w:tcPr>
          <w:p>
            <w:r/>
            <w:r>
              <w:rPr>
                <w:rFonts w:eastAsia="Hiragino Sans" w:ascii="Hiragino Sans" w:hAnsi="Hiragino Sans"/>
                <w:b w:val="0"/>
                <w:sz w:val="18"/>
              </w:rPr>
              <w:t>建物及び構築物（純額）</w:t>
            </w:r>
          </w:p>
        </w:tc>
        <w:tc>
          <w:tcPr>
            <w:tcW w:type="dxa" w:w="3324"/>
            <w:shd w:val="clear" w:fill="F7F8FA"/>
          </w:tcPr>
          <w:p>
            <w:r/>
            <w:r>
              <w:rPr>
                <w:rFonts w:eastAsia="Hiragino Sans" w:ascii="Hiragino Sans" w:hAnsi="Hiragino Sans"/>
                <w:b w:val="0"/>
                <w:sz w:val="18"/>
              </w:rPr>
              <w:t>7,600</w:t>
            </w:r>
          </w:p>
        </w:tc>
        <w:tc>
          <w:tcPr>
            <w:tcW w:type="dxa" w:w="3324"/>
            <w:shd w:val="clear" w:fill="F7F8FA"/>
          </w:tcPr>
          <w:p>
            <w:r/>
            <w:r>
              <w:rPr>
                <w:rFonts w:eastAsia="Hiragino Sans" w:ascii="Hiragino Sans" w:hAnsi="Hiragino Sans"/>
                <w:b w:val="0"/>
                <w:sz w:val="18"/>
              </w:rPr>
              <w:t>7,450</w:t>
            </w:r>
          </w:p>
        </w:tc>
      </w:tr>
      <w:tr>
        <w:tc>
          <w:tcPr>
            <w:tcW w:type="dxa" w:w="3324"/>
          </w:tcPr>
          <w:p>
            <w:r/>
            <w:r>
              <w:rPr>
                <w:rFonts w:eastAsia="Hiragino Sans" w:ascii="Hiragino Sans" w:hAnsi="Hiragino Sans"/>
                <w:b w:val="0"/>
                <w:sz w:val="18"/>
              </w:rPr>
              <w:t>機械装置及び運搬具（純額）</w:t>
            </w:r>
          </w:p>
        </w:tc>
        <w:tc>
          <w:tcPr>
            <w:tcW w:type="dxa" w:w="3324"/>
          </w:tcPr>
          <w:p>
            <w:r/>
            <w:r>
              <w:rPr>
                <w:rFonts w:eastAsia="Hiragino Sans" w:ascii="Hiragino Sans" w:hAnsi="Hiragino Sans"/>
                <w:b w:val="0"/>
                <w:sz w:val="18"/>
              </w:rPr>
              <w:t>7,100</w:t>
            </w:r>
          </w:p>
        </w:tc>
        <w:tc>
          <w:tcPr>
            <w:tcW w:type="dxa" w:w="3324"/>
          </w:tcPr>
          <w:p>
            <w:r/>
            <w:r>
              <w:rPr>
                <w:rFonts w:eastAsia="Hiragino Sans" w:ascii="Hiragino Sans" w:hAnsi="Hiragino Sans"/>
                <w:b w:val="0"/>
                <w:sz w:val="18"/>
              </w:rPr>
              <w:t>6,900</w:t>
            </w:r>
          </w:p>
        </w:tc>
      </w:tr>
      <w:tr>
        <w:tc>
          <w:tcPr>
            <w:tcW w:type="dxa" w:w="3324"/>
            <w:shd w:val="clear" w:fill="F7F8FA"/>
          </w:tcPr>
          <w:p>
            <w:r/>
            <w:r>
              <w:rPr>
                <w:rFonts w:eastAsia="Hiragino Sans" w:ascii="Hiragino Sans" w:hAnsi="Hiragino Sans"/>
                <w:b w:val="0"/>
                <w:sz w:val="18"/>
              </w:rPr>
              <w:t>土地</w:t>
            </w:r>
          </w:p>
        </w:tc>
        <w:tc>
          <w:tcPr>
            <w:tcW w:type="dxa" w:w="3324"/>
            <w:shd w:val="clear" w:fill="F7F8FA"/>
          </w:tcPr>
          <w:p>
            <w:r/>
            <w:r>
              <w:rPr>
                <w:rFonts w:eastAsia="Hiragino Sans" w:ascii="Hiragino Sans" w:hAnsi="Hiragino Sans"/>
                <w:b w:val="0"/>
                <w:sz w:val="18"/>
              </w:rPr>
              <w:t>3,880</w:t>
            </w:r>
          </w:p>
        </w:tc>
        <w:tc>
          <w:tcPr>
            <w:tcW w:type="dxa" w:w="3324"/>
            <w:shd w:val="clear" w:fill="F7F8FA"/>
          </w:tcPr>
          <w:p>
            <w:r/>
            <w:r>
              <w:rPr>
                <w:rFonts w:eastAsia="Hiragino Sans" w:ascii="Hiragino Sans" w:hAnsi="Hiragino Sans"/>
                <w:b w:val="0"/>
                <w:sz w:val="18"/>
              </w:rPr>
              <w:t>3,850</w:t>
            </w:r>
          </w:p>
        </w:tc>
      </w:tr>
      <w:tr>
        <w:tc>
          <w:tcPr>
            <w:tcW w:type="dxa" w:w="3324"/>
          </w:tcPr>
          <w:p>
            <w:r/>
            <w:r>
              <w:rPr>
                <w:rFonts w:eastAsia="Hiragino Sans" w:ascii="Hiragino Sans" w:hAnsi="Hiragino Sans"/>
                <w:b w:val="0"/>
                <w:sz w:val="18"/>
              </w:rPr>
              <w:t>リース資産（純額）</w:t>
            </w:r>
          </w:p>
        </w:tc>
        <w:tc>
          <w:tcPr>
            <w:tcW w:type="dxa" w:w="3324"/>
          </w:tcPr>
          <w:p>
            <w:r/>
            <w:r>
              <w:rPr>
                <w:rFonts w:eastAsia="Hiragino Sans" w:ascii="Hiragino Sans" w:hAnsi="Hiragino Sans"/>
                <w:b w:val="0"/>
                <w:sz w:val="18"/>
              </w:rPr>
              <w:t>320</w:t>
            </w:r>
          </w:p>
        </w:tc>
        <w:tc>
          <w:tcPr>
            <w:tcW w:type="dxa" w:w="3324"/>
          </w:tcPr>
          <w:p>
            <w:r/>
            <w:r>
              <w:rPr>
                <w:rFonts w:eastAsia="Hiragino Sans" w:ascii="Hiragino Sans" w:hAnsi="Hiragino Sans"/>
                <w:b w:val="0"/>
                <w:sz w:val="18"/>
              </w:rPr>
              <w:t>—</w:t>
            </w:r>
          </w:p>
        </w:tc>
      </w:tr>
      <w:tr>
        <w:tc>
          <w:tcPr>
            <w:tcW w:type="dxa" w:w="3324"/>
            <w:shd w:val="clear" w:fill="F7F8FA"/>
          </w:tcPr>
          <w:p>
            <w:r/>
            <w:r>
              <w:rPr>
                <w:rFonts w:eastAsia="Hiragino Sans" w:ascii="Hiragino Sans" w:hAnsi="Hiragino Sans"/>
                <w:b w:val="0"/>
                <w:sz w:val="18"/>
              </w:rPr>
              <w:t>使用権資産（純額）</w:t>
            </w:r>
          </w:p>
        </w:tc>
        <w:tc>
          <w:tcPr>
            <w:tcW w:type="dxa" w:w="3324"/>
            <w:shd w:val="clear" w:fill="F7F8FA"/>
          </w:tcPr>
          <w:p>
            <w:r/>
            <w:r>
              <w:rPr>
                <w:rFonts w:eastAsia="Hiragino Sans" w:ascii="Hiragino Sans" w:hAnsi="Hiragino Sans"/>
                <w:b w:val="0"/>
                <w:sz w:val="18"/>
              </w:rPr>
              <w:t>—</w:t>
            </w:r>
          </w:p>
        </w:tc>
        <w:tc>
          <w:tcPr>
            <w:tcW w:type="dxa" w:w="3324"/>
            <w:shd w:val="clear" w:fill="F7F8FA"/>
          </w:tcPr>
          <w:p>
            <w:r/>
            <w:r>
              <w:rPr>
                <w:rFonts w:eastAsia="Hiragino Sans" w:ascii="Hiragino Sans" w:hAnsi="Hiragino Sans"/>
                <w:b w:val="0"/>
                <w:sz w:val="18"/>
              </w:rPr>
              <w:t>850</w:t>
            </w:r>
          </w:p>
        </w:tc>
      </w:tr>
      <w:tr>
        <w:tc>
          <w:tcPr>
            <w:tcW w:type="dxa" w:w="3324"/>
          </w:tcPr>
          <w:p>
            <w:r/>
            <w:r>
              <w:rPr>
                <w:rFonts w:eastAsia="Hiragino Sans" w:ascii="Hiragino Sans" w:hAnsi="Hiragino Sans"/>
                <w:b w:val="0"/>
                <w:sz w:val="18"/>
              </w:rPr>
              <w:t>建設仮勘定</w:t>
            </w:r>
          </w:p>
        </w:tc>
        <w:tc>
          <w:tcPr>
            <w:tcW w:type="dxa" w:w="3324"/>
          </w:tcPr>
          <w:p>
            <w:r/>
            <w:r>
              <w:rPr>
                <w:rFonts w:eastAsia="Hiragino Sans" w:ascii="Hiragino Sans" w:hAnsi="Hiragino Sans"/>
                <w:b w:val="0"/>
                <w:sz w:val="18"/>
              </w:rPr>
              <w:t>550</w:t>
            </w:r>
          </w:p>
        </w:tc>
        <w:tc>
          <w:tcPr>
            <w:tcW w:type="dxa" w:w="3324"/>
          </w:tcPr>
          <w:p>
            <w:r/>
            <w:r>
              <w:rPr>
                <w:rFonts w:eastAsia="Hiragino Sans" w:ascii="Hiragino Sans" w:hAnsi="Hiragino Sans"/>
                <w:b w:val="0"/>
                <w:sz w:val="18"/>
              </w:rPr>
              <w:t>700</w:t>
            </w:r>
          </w:p>
        </w:tc>
      </w:tr>
      <w:tr>
        <w:tc>
          <w:tcPr>
            <w:tcW w:type="dxa" w:w="3324"/>
            <w:shd w:val="clear" w:fill="F7F8FA"/>
          </w:tcPr>
          <w:p>
            <w:r/>
            <w:r>
              <w:rPr>
                <w:rFonts w:eastAsia="Hiragino Sans" w:ascii="Hiragino Sans" w:hAnsi="Hiragino Sans"/>
                <w:b w:val="0"/>
                <w:sz w:val="18"/>
              </w:rPr>
              <w:t>その他（純額）</w:t>
            </w:r>
          </w:p>
        </w:tc>
        <w:tc>
          <w:tcPr>
            <w:tcW w:type="dxa" w:w="3324"/>
            <w:shd w:val="clear" w:fill="F7F8FA"/>
          </w:tcPr>
          <w:p>
            <w:r/>
            <w:r>
              <w:rPr>
                <w:rFonts w:eastAsia="Hiragino Sans" w:ascii="Hiragino Sans" w:hAnsi="Hiragino Sans"/>
                <w:b w:val="0"/>
                <w:sz w:val="18"/>
              </w:rPr>
              <w:t>700</w:t>
            </w:r>
          </w:p>
        </w:tc>
        <w:tc>
          <w:tcPr>
            <w:tcW w:type="dxa" w:w="3324"/>
            <w:shd w:val="clear" w:fill="F7F8FA"/>
          </w:tcPr>
          <w:p>
            <w:r/>
            <w:r>
              <w:rPr>
                <w:rFonts w:eastAsia="Hiragino Sans" w:ascii="Hiragino Sans" w:hAnsi="Hiragino Sans"/>
                <w:b w:val="0"/>
                <w:sz w:val="18"/>
              </w:rPr>
              <w:t>550</w:t>
            </w:r>
          </w:p>
        </w:tc>
      </w:tr>
      <w:tr>
        <w:tc>
          <w:tcPr>
            <w:tcW w:type="dxa" w:w="3324"/>
          </w:tcPr>
          <w:p>
            <w:r/>
            <w:r>
              <w:rPr>
                <w:rFonts w:eastAsia="Hiragino Sans" w:ascii="Hiragino Sans" w:hAnsi="Hiragino Sans"/>
                <w:b/>
                <w:sz w:val="18"/>
              </w:rPr>
              <w:t>有形固定資産合計</w:t>
            </w:r>
          </w:p>
        </w:tc>
        <w:tc>
          <w:tcPr>
            <w:tcW w:type="dxa" w:w="3324"/>
          </w:tcPr>
          <w:p>
            <w:r/>
            <w:r>
              <w:rPr>
                <w:rFonts w:eastAsia="Hiragino Sans" w:ascii="Hiragino Sans" w:hAnsi="Hiragino Sans"/>
                <w:b/>
                <w:sz w:val="18"/>
              </w:rPr>
              <w:t>20,150</w:t>
            </w:r>
          </w:p>
        </w:tc>
        <w:tc>
          <w:tcPr>
            <w:tcW w:type="dxa" w:w="3324"/>
          </w:tcPr>
          <w:p>
            <w:r/>
            <w:r>
              <w:rPr>
                <w:rFonts w:eastAsia="Hiragino Sans" w:ascii="Hiragino Sans" w:hAnsi="Hiragino Sans"/>
                <w:b/>
                <w:sz w:val="18"/>
              </w:rPr>
              <w:t>20,300</w:t>
            </w:r>
          </w:p>
        </w:tc>
      </w:tr>
      <w:tr>
        <w:tc>
          <w:tcPr>
            <w:tcW w:type="dxa" w:w="3324"/>
            <w:shd w:val="clear" w:fill="F7F8FA"/>
          </w:tcPr>
          <w:p>
            <w:r/>
            <w:r>
              <w:rPr>
                <w:rFonts w:eastAsia="Hiragino Sans" w:ascii="Hiragino Sans" w:hAnsi="Hiragino Sans"/>
                <w:b w:val="0"/>
                <w:sz w:val="18"/>
              </w:rPr>
              <w:t>ソフトウェア</w:t>
            </w:r>
          </w:p>
        </w:tc>
        <w:tc>
          <w:tcPr>
            <w:tcW w:type="dxa" w:w="3324"/>
            <w:shd w:val="clear" w:fill="F7F8FA"/>
          </w:tcPr>
          <w:p>
            <w:r/>
            <w:r>
              <w:rPr>
                <w:rFonts w:eastAsia="Hiragino Sans" w:ascii="Hiragino Sans" w:hAnsi="Hiragino Sans"/>
                <w:b w:val="0"/>
                <w:sz w:val="18"/>
              </w:rPr>
              <w:t>900</w:t>
            </w:r>
          </w:p>
        </w:tc>
        <w:tc>
          <w:tcPr>
            <w:tcW w:type="dxa" w:w="3324"/>
            <w:shd w:val="clear" w:fill="F7F8FA"/>
          </w:tcPr>
          <w:p>
            <w:r/>
            <w:r>
              <w:rPr>
                <w:rFonts w:eastAsia="Hiragino Sans" w:ascii="Hiragino Sans" w:hAnsi="Hiragino Sans"/>
                <w:b w:val="0"/>
                <w:sz w:val="18"/>
              </w:rPr>
              <w:t>980</w:t>
            </w:r>
          </w:p>
        </w:tc>
      </w:tr>
      <w:tr>
        <w:tc>
          <w:tcPr>
            <w:tcW w:type="dxa" w:w="3324"/>
          </w:tcPr>
          <w:p>
            <w:r/>
            <w:r>
              <w:rPr>
                <w:rFonts w:eastAsia="Hiragino Sans" w:ascii="Hiragino Sans" w:hAnsi="Hiragino Sans"/>
                <w:b w:val="0"/>
                <w:sz w:val="18"/>
              </w:rPr>
              <w:t>その他</w:t>
            </w:r>
          </w:p>
        </w:tc>
        <w:tc>
          <w:tcPr>
            <w:tcW w:type="dxa" w:w="3324"/>
          </w:tcPr>
          <w:p>
            <w:r/>
            <w:r>
              <w:rPr>
                <w:rFonts w:eastAsia="Hiragino Sans" w:ascii="Hiragino Sans" w:hAnsi="Hiragino Sans"/>
                <w:b w:val="0"/>
                <w:sz w:val="18"/>
              </w:rPr>
              <w:t>280</w:t>
            </w:r>
          </w:p>
        </w:tc>
        <w:tc>
          <w:tcPr>
            <w:tcW w:type="dxa" w:w="3324"/>
          </w:tcPr>
          <w:p>
            <w:r/>
            <w:r>
              <w:rPr>
                <w:rFonts w:eastAsia="Hiragino Sans" w:ascii="Hiragino Sans" w:hAnsi="Hiragino Sans"/>
                <w:b w:val="0"/>
                <w:sz w:val="18"/>
              </w:rPr>
              <w:t>270</w:t>
            </w:r>
          </w:p>
        </w:tc>
      </w:tr>
      <w:tr>
        <w:tc>
          <w:tcPr>
            <w:tcW w:type="dxa" w:w="3324"/>
            <w:shd w:val="clear" w:fill="F7F8FA"/>
          </w:tcPr>
          <w:p>
            <w:r/>
            <w:r>
              <w:rPr>
                <w:rFonts w:eastAsia="Hiragino Sans" w:ascii="Hiragino Sans" w:hAnsi="Hiragino Sans"/>
                <w:b/>
                <w:sz w:val="18"/>
              </w:rPr>
              <w:t>無形固定資産合計</w:t>
            </w:r>
          </w:p>
        </w:tc>
        <w:tc>
          <w:tcPr>
            <w:tcW w:type="dxa" w:w="3324"/>
            <w:shd w:val="clear" w:fill="F7F8FA"/>
          </w:tcPr>
          <w:p>
            <w:r/>
            <w:r>
              <w:rPr>
                <w:rFonts w:eastAsia="Hiragino Sans" w:ascii="Hiragino Sans" w:hAnsi="Hiragino Sans"/>
                <w:b/>
                <w:sz w:val="18"/>
              </w:rPr>
              <w:t>1,180</w:t>
            </w:r>
          </w:p>
        </w:tc>
        <w:tc>
          <w:tcPr>
            <w:tcW w:type="dxa" w:w="3324"/>
            <w:shd w:val="clear" w:fill="F7F8FA"/>
          </w:tcPr>
          <w:p>
            <w:r/>
            <w:r>
              <w:rPr>
                <w:rFonts w:eastAsia="Hiragino Sans" w:ascii="Hiragino Sans" w:hAnsi="Hiragino Sans"/>
                <w:b/>
                <w:sz w:val="18"/>
              </w:rPr>
              <w:t>1,250</w:t>
            </w:r>
          </w:p>
        </w:tc>
      </w:tr>
      <w:tr>
        <w:tc>
          <w:tcPr>
            <w:tcW w:type="dxa" w:w="3324"/>
          </w:tcPr>
          <w:p>
            <w:r/>
            <w:r>
              <w:rPr>
                <w:rFonts w:eastAsia="Hiragino Sans" w:ascii="Hiragino Sans" w:hAnsi="Hiragino Sans"/>
                <w:b w:val="0"/>
                <w:sz w:val="18"/>
              </w:rPr>
              <w:t>投資有価証券</w:t>
            </w:r>
          </w:p>
        </w:tc>
        <w:tc>
          <w:tcPr>
            <w:tcW w:type="dxa" w:w="3324"/>
          </w:tcPr>
          <w:p>
            <w:r/>
            <w:r>
              <w:rPr>
                <w:rFonts w:eastAsia="Hiragino Sans" w:ascii="Hiragino Sans" w:hAnsi="Hiragino Sans"/>
                <w:b w:val="0"/>
                <w:sz w:val="18"/>
              </w:rPr>
              <w:t>4,720</w:t>
            </w:r>
          </w:p>
        </w:tc>
        <w:tc>
          <w:tcPr>
            <w:tcW w:type="dxa" w:w="3324"/>
          </w:tcPr>
          <w:p>
            <w:r/>
            <w:r>
              <w:rPr>
                <w:rFonts w:eastAsia="Hiragino Sans" w:ascii="Hiragino Sans" w:hAnsi="Hiragino Sans"/>
                <w:b w:val="0"/>
                <w:sz w:val="18"/>
              </w:rPr>
              <w:t>4,150</w:t>
            </w:r>
          </w:p>
        </w:tc>
      </w:tr>
      <w:tr>
        <w:tc>
          <w:tcPr>
            <w:tcW w:type="dxa" w:w="3324"/>
            <w:shd w:val="clear" w:fill="F7F8FA"/>
          </w:tcPr>
          <w:p>
            <w:r/>
            <w:r>
              <w:rPr>
                <w:rFonts w:eastAsia="Hiragino Sans" w:ascii="Hiragino Sans" w:hAnsi="Hiragino Sans"/>
                <w:b w:val="0"/>
                <w:sz w:val="18"/>
              </w:rPr>
              <w:t>退職給付に係る資産</w:t>
            </w:r>
          </w:p>
        </w:tc>
        <w:tc>
          <w:tcPr>
            <w:tcW w:type="dxa" w:w="3324"/>
            <w:shd w:val="clear" w:fill="F7F8FA"/>
          </w:tcPr>
          <w:p>
            <w:r/>
            <w:r>
              <w:rPr>
                <w:rFonts w:eastAsia="Hiragino Sans" w:ascii="Hiragino Sans" w:hAnsi="Hiragino Sans"/>
                <w:b w:val="0"/>
                <w:sz w:val="18"/>
              </w:rPr>
              <w:t>350</w:t>
            </w:r>
          </w:p>
        </w:tc>
        <w:tc>
          <w:tcPr>
            <w:tcW w:type="dxa" w:w="3324"/>
            <w:shd w:val="clear" w:fill="F7F8FA"/>
          </w:tcPr>
          <w:p>
            <w:r/>
            <w:r>
              <w:rPr>
                <w:rFonts w:eastAsia="Hiragino Sans" w:ascii="Hiragino Sans" w:hAnsi="Hiragino Sans"/>
                <w:b w:val="0"/>
                <w:sz w:val="18"/>
              </w:rPr>
              <w:t>320</w:t>
            </w:r>
          </w:p>
        </w:tc>
      </w:tr>
      <w:tr>
        <w:tc>
          <w:tcPr>
            <w:tcW w:type="dxa" w:w="3324"/>
          </w:tcPr>
          <w:p>
            <w:r/>
            <w:r>
              <w:rPr>
                <w:rFonts w:eastAsia="Hiragino Sans" w:ascii="Hiragino Sans" w:hAnsi="Hiragino Sans"/>
                <w:b w:val="0"/>
                <w:sz w:val="18"/>
              </w:rPr>
              <w:t>繰延税金資産</w:t>
            </w:r>
          </w:p>
        </w:tc>
        <w:tc>
          <w:tcPr>
            <w:tcW w:type="dxa" w:w="3324"/>
          </w:tcPr>
          <w:p>
            <w:r/>
            <w:r>
              <w:rPr>
                <w:rFonts w:eastAsia="Hiragino Sans" w:ascii="Hiragino Sans" w:hAnsi="Hiragino Sans"/>
                <w:b w:val="0"/>
                <w:sz w:val="18"/>
              </w:rPr>
              <w:t>980</w:t>
            </w:r>
          </w:p>
        </w:tc>
        <w:tc>
          <w:tcPr>
            <w:tcW w:type="dxa" w:w="3324"/>
          </w:tcPr>
          <w:p>
            <w:r/>
            <w:r>
              <w:rPr>
                <w:rFonts w:eastAsia="Hiragino Sans" w:ascii="Hiragino Sans" w:hAnsi="Hiragino Sans"/>
                <w:b w:val="0"/>
                <w:sz w:val="18"/>
              </w:rPr>
              <w:t>1,050</w:t>
            </w:r>
          </w:p>
        </w:tc>
      </w:tr>
      <w:tr>
        <w:tc>
          <w:tcPr>
            <w:tcW w:type="dxa" w:w="3324"/>
            <w:shd w:val="clear" w:fill="F7F8FA"/>
          </w:tcPr>
          <w:p>
            <w:r/>
            <w:r>
              <w:rPr>
                <w:rFonts w:eastAsia="Hiragino Sans" w:ascii="Hiragino Sans" w:hAnsi="Hiragino Sans"/>
                <w:b w:val="0"/>
                <w:sz w:val="18"/>
              </w:rPr>
              <w:t>その他</w:t>
            </w:r>
          </w:p>
        </w:tc>
        <w:tc>
          <w:tcPr>
            <w:tcW w:type="dxa" w:w="3324"/>
            <w:shd w:val="clear" w:fill="F7F8FA"/>
          </w:tcPr>
          <w:p>
            <w:r/>
            <w:r>
              <w:rPr>
                <w:rFonts w:eastAsia="Hiragino Sans" w:ascii="Hiragino Sans" w:hAnsi="Hiragino Sans"/>
                <w:b w:val="0"/>
                <w:sz w:val="18"/>
              </w:rPr>
              <w:t>3,840</w:t>
            </w:r>
          </w:p>
        </w:tc>
        <w:tc>
          <w:tcPr>
            <w:tcW w:type="dxa" w:w="3324"/>
            <w:shd w:val="clear" w:fill="F7F8FA"/>
          </w:tcPr>
          <w:p>
            <w:r/>
            <w:r>
              <w:rPr>
                <w:rFonts w:eastAsia="Hiragino Sans" w:ascii="Hiragino Sans" w:hAnsi="Hiragino Sans"/>
                <w:b w:val="0"/>
                <w:sz w:val="18"/>
              </w:rPr>
              <w:t>3,900</w:t>
            </w:r>
          </w:p>
        </w:tc>
      </w:tr>
      <w:tr>
        <w:tc>
          <w:tcPr>
            <w:tcW w:type="dxa" w:w="3324"/>
          </w:tcPr>
          <w:p>
            <w:r/>
            <w:r>
              <w:rPr>
                <w:rFonts w:eastAsia="Hiragino Sans" w:ascii="Hiragino Sans" w:hAnsi="Hiragino Sans"/>
                <w:b w:val="0"/>
                <w:sz w:val="18"/>
              </w:rPr>
              <w:t>貸倒引当金</w:t>
            </w:r>
          </w:p>
        </w:tc>
        <w:tc>
          <w:tcPr>
            <w:tcW w:type="dxa" w:w="3324"/>
          </w:tcPr>
          <w:p>
            <w:r/>
            <w:r>
              <w:rPr>
                <w:rFonts w:eastAsia="Hiragino Sans" w:ascii="Hiragino Sans" w:hAnsi="Hiragino Sans"/>
                <w:b w:val="0"/>
                <w:sz w:val="18"/>
              </w:rPr>
              <w:t>△20</w:t>
            </w:r>
          </w:p>
        </w:tc>
        <w:tc>
          <w:tcPr>
            <w:tcW w:type="dxa" w:w="3324"/>
          </w:tcPr>
          <w:p>
            <w:r/>
            <w:r>
              <w:rPr>
                <w:rFonts w:eastAsia="Hiragino Sans" w:ascii="Hiragino Sans" w:hAnsi="Hiragino Sans"/>
                <w:b w:val="0"/>
                <w:sz w:val="18"/>
              </w:rPr>
              <w:t>△20</w:t>
            </w:r>
          </w:p>
        </w:tc>
      </w:tr>
      <w:tr>
        <w:tc>
          <w:tcPr>
            <w:tcW w:type="dxa" w:w="3324"/>
            <w:shd w:val="clear" w:fill="F7F8FA"/>
          </w:tcPr>
          <w:p>
            <w:r/>
            <w:r>
              <w:rPr>
                <w:rFonts w:eastAsia="Hiragino Sans" w:ascii="Hiragino Sans" w:hAnsi="Hiragino Sans"/>
                <w:b/>
                <w:sz w:val="18"/>
              </w:rPr>
              <w:t>投資その他の資産合計</w:t>
            </w:r>
          </w:p>
        </w:tc>
        <w:tc>
          <w:tcPr>
            <w:tcW w:type="dxa" w:w="3324"/>
            <w:shd w:val="clear" w:fill="F7F8FA"/>
          </w:tcPr>
          <w:p>
            <w:r/>
            <w:r>
              <w:rPr>
                <w:rFonts w:eastAsia="Hiragino Sans" w:ascii="Hiragino Sans" w:hAnsi="Hiragino Sans"/>
                <w:b/>
                <w:sz w:val="18"/>
              </w:rPr>
              <w:t>9,870</w:t>
            </w:r>
          </w:p>
        </w:tc>
        <w:tc>
          <w:tcPr>
            <w:tcW w:type="dxa" w:w="3324"/>
            <w:shd w:val="clear" w:fill="F7F8FA"/>
          </w:tcPr>
          <w:p>
            <w:r/>
            <w:r>
              <w:rPr>
                <w:rFonts w:eastAsia="Hiragino Sans" w:ascii="Hiragino Sans" w:hAnsi="Hiragino Sans"/>
                <w:b/>
                <w:sz w:val="18"/>
              </w:rPr>
              <w:t>9,400</w:t>
            </w:r>
          </w:p>
        </w:tc>
      </w:tr>
      <w:tr>
        <w:tc>
          <w:tcPr>
            <w:tcW w:type="dxa" w:w="3324"/>
          </w:tcPr>
          <w:p>
            <w:r/>
            <w:r>
              <w:rPr>
                <w:rFonts w:eastAsia="Hiragino Sans" w:ascii="Hiragino Sans" w:hAnsi="Hiragino Sans"/>
                <w:b/>
                <w:sz w:val="18"/>
              </w:rPr>
              <w:t>固定資産合計</w:t>
            </w:r>
          </w:p>
        </w:tc>
        <w:tc>
          <w:tcPr>
            <w:tcW w:type="dxa" w:w="3324"/>
          </w:tcPr>
          <w:p>
            <w:r/>
            <w:r>
              <w:rPr>
                <w:rFonts w:eastAsia="Hiragino Sans" w:ascii="Hiragino Sans" w:hAnsi="Hiragino Sans"/>
                <w:b/>
                <w:sz w:val="18"/>
              </w:rPr>
              <w:t>31,200</w:t>
            </w:r>
          </w:p>
        </w:tc>
        <w:tc>
          <w:tcPr>
            <w:tcW w:type="dxa" w:w="3324"/>
          </w:tcPr>
          <w:p>
            <w:r/>
            <w:r>
              <w:rPr>
                <w:rFonts w:eastAsia="Hiragino Sans" w:ascii="Hiragino Sans" w:hAnsi="Hiragino Sans"/>
                <w:b/>
                <w:sz w:val="18"/>
              </w:rPr>
              <w:t>30,950</w:t>
            </w:r>
          </w:p>
        </w:tc>
      </w:tr>
      <w:tr>
        <w:tc>
          <w:tcPr>
            <w:tcW w:type="dxa" w:w="3324"/>
            <w:shd w:val="clear" w:fill="F7F8FA"/>
          </w:tcPr>
          <w:p>
            <w:r/>
            <w:r>
              <w:rPr>
                <w:rFonts w:eastAsia="Hiragino Sans" w:ascii="Hiragino Sans" w:hAnsi="Hiragino Sans"/>
                <w:b/>
                <w:sz w:val="18"/>
              </w:rPr>
              <w:t>資産合計</w:t>
            </w:r>
          </w:p>
        </w:tc>
        <w:tc>
          <w:tcPr>
            <w:tcW w:type="dxa" w:w="3324"/>
            <w:shd w:val="clear" w:fill="F7F8FA"/>
          </w:tcPr>
          <w:p>
            <w:r/>
            <w:r>
              <w:rPr>
                <w:rFonts w:eastAsia="Hiragino Sans" w:ascii="Hiragino Sans" w:hAnsi="Hiragino Sans"/>
                <w:b/>
                <w:sz w:val="18"/>
              </w:rPr>
              <w:t>61,700</w:t>
            </w:r>
          </w:p>
        </w:tc>
        <w:tc>
          <w:tcPr>
            <w:tcW w:type="dxa" w:w="3324"/>
            <w:shd w:val="clear" w:fill="F7F8FA"/>
          </w:tcPr>
          <w:p>
            <w:r/>
            <w:r>
              <w:rPr>
                <w:rFonts w:eastAsia="Hiragino Sans" w:ascii="Hiragino Sans" w:hAnsi="Hiragino Sans"/>
                <w:b/>
                <w:sz w:val="18"/>
              </w:rPr>
              <w:t>62,400</w:t>
            </w:r>
          </w:p>
        </w:tc>
      </w:tr>
      <w:tr>
        <w:tc>
          <w:tcPr>
            <w:tcW w:type="dxa" w:w="3324"/>
          </w:tcPr>
          <w:p>
            <w:r/>
            <w:r>
              <w:rPr>
                <w:rFonts w:eastAsia="Hiragino Sans" w:ascii="Hiragino Sans" w:hAnsi="Hiragino Sans"/>
                <w:b/>
                <w:sz w:val="18"/>
              </w:rPr>
              <w:t>（負債の部）</w:t>
            </w:r>
          </w:p>
        </w:tc>
        <w:tc>
          <w:tcPr>
            <w:tcW w:type="dxa" w:w="3324"/>
          </w:tcPr>
          <w:p>
            <w:r/>
            <w:r>
              <w:rPr>
                <w:rFonts w:eastAsia="Hiragino Sans" w:ascii="Hiragino Sans" w:hAnsi="Hiragino Sans"/>
                <w:b w:val="0"/>
                <w:sz w:val="18"/>
              </w:rPr>
            </w:r>
          </w:p>
        </w:tc>
        <w:tc>
          <w:tcPr>
            <w:tcW w:type="dxa" w:w="3324"/>
          </w:tcPr>
          <w:p>
            <w:r/>
            <w:r>
              <w:rPr>
                <w:rFonts w:eastAsia="Hiragino Sans" w:ascii="Hiragino Sans" w:hAnsi="Hiragino Sans"/>
                <w:b w:val="0"/>
                <w:sz w:val="18"/>
              </w:rPr>
            </w:r>
          </w:p>
        </w:tc>
      </w:tr>
      <w:tr>
        <w:tc>
          <w:tcPr>
            <w:tcW w:type="dxa" w:w="3324"/>
            <w:shd w:val="clear" w:fill="F7F8FA"/>
          </w:tcPr>
          <w:p>
            <w:r/>
            <w:r>
              <w:rPr>
                <w:rFonts w:eastAsia="Hiragino Sans" w:ascii="Hiragino Sans" w:hAnsi="Hiragino Sans"/>
                <w:b w:val="0"/>
                <w:sz w:val="18"/>
              </w:rPr>
              <w:t>支払手形及び買掛金</w:t>
            </w:r>
          </w:p>
        </w:tc>
        <w:tc>
          <w:tcPr>
            <w:tcW w:type="dxa" w:w="3324"/>
            <w:shd w:val="clear" w:fill="F7F8FA"/>
          </w:tcPr>
          <w:p>
            <w:r/>
            <w:r>
              <w:rPr>
                <w:rFonts w:eastAsia="Hiragino Sans" w:ascii="Hiragino Sans" w:hAnsi="Hiragino Sans"/>
                <w:b w:val="0"/>
                <w:sz w:val="18"/>
              </w:rPr>
              <w:t>6,050</w:t>
            </w:r>
          </w:p>
        </w:tc>
        <w:tc>
          <w:tcPr>
            <w:tcW w:type="dxa" w:w="3324"/>
            <w:shd w:val="clear" w:fill="F7F8FA"/>
          </w:tcPr>
          <w:p>
            <w:r/>
            <w:r>
              <w:rPr>
                <w:rFonts w:eastAsia="Hiragino Sans" w:ascii="Hiragino Sans" w:hAnsi="Hiragino Sans"/>
                <w:b w:val="0"/>
                <w:sz w:val="18"/>
              </w:rPr>
              <w:t>6,250</w:t>
            </w:r>
          </w:p>
        </w:tc>
      </w:tr>
      <w:tr>
        <w:tc>
          <w:tcPr>
            <w:tcW w:type="dxa" w:w="3324"/>
          </w:tcPr>
          <w:p>
            <w:r/>
            <w:r>
              <w:rPr>
                <w:rFonts w:eastAsia="Hiragino Sans" w:ascii="Hiragino Sans" w:hAnsi="Hiragino Sans"/>
                <w:b w:val="0"/>
                <w:sz w:val="18"/>
              </w:rPr>
              <w:t>電子記録債務</w:t>
            </w:r>
          </w:p>
        </w:tc>
        <w:tc>
          <w:tcPr>
            <w:tcW w:type="dxa" w:w="3324"/>
          </w:tcPr>
          <w:p>
            <w:r/>
            <w:r>
              <w:rPr>
                <w:rFonts w:eastAsia="Hiragino Sans" w:ascii="Hiragino Sans" w:hAnsi="Hiragino Sans"/>
                <w:b w:val="0"/>
                <w:sz w:val="18"/>
              </w:rPr>
              <w:t>2,020</w:t>
            </w:r>
          </w:p>
        </w:tc>
        <w:tc>
          <w:tcPr>
            <w:tcW w:type="dxa" w:w="3324"/>
          </w:tcPr>
          <w:p>
            <w:r/>
            <w:r>
              <w:rPr>
                <w:rFonts w:eastAsia="Hiragino Sans" w:ascii="Hiragino Sans" w:hAnsi="Hiragino Sans"/>
                <w:b w:val="0"/>
                <w:sz w:val="18"/>
              </w:rPr>
              <w:t>2,100</w:t>
            </w:r>
          </w:p>
        </w:tc>
      </w:tr>
      <w:tr>
        <w:tc>
          <w:tcPr>
            <w:tcW w:type="dxa" w:w="3324"/>
            <w:shd w:val="clear" w:fill="F7F8FA"/>
          </w:tcPr>
          <w:p>
            <w:r/>
            <w:r>
              <w:rPr>
                <w:rFonts w:eastAsia="Hiragino Sans" w:ascii="Hiragino Sans" w:hAnsi="Hiragino Sans"/>
                <w:b w:val="0"/>
                <w:sz w:val="18"/>
              </w:rPr>
              <w:t>短期借入金</w:t>
            </w:r>
          </w:p>
        </w:tc>
        <w:tc>
          <w:tcPr>
            <w:tcW w:type="dxa" w:w="3324"/>
            <w:shd w:val="clear" w:fill="F7F8FA"/>
          </w:tcPr>
          <w:p>
            <w:r/>
            <w:r>
              <w:rPr>
                <w:rFonts w:eastAsia="Hiragino Sans" w:ascii="Hiragino Sans" w:hAnsi="Hiragino Sans"/>
                <w:b w:val="0"/>
                <w:sz w:val="18"/>
              </w:rPr>
              <w:t>2,000</w:t>
            </w:r>
          </w:p>
        </w:tc>
        <w:tc>
          <w:tcPr>
            <w:tcW w:type="dxa" w:w="3324"/>
            <w:shd w:val="clear" w:fill="F7F8FA"/>
          </w:tcPr>
          <w:p>
            <w:r/>
            <w:r>
              <w:rPr>
                <w:rFonts w:eastAsia="Hiragino Sans" w:ascii="Hiragino Sans" w:hAnsi="Hiragino Sans"/>
                <w:b w:val="0"/>
                <w:sz w:val="18"/>
              </w:rPr>
              <w:t>1,800</w:t>
            </w:r>
          </w:p>
        </w:tc>
      </w:tr>
      <w:tr>
        <w:tc>
          <w:tcPr>
            <w:tcW w:type="dxa" w:w="3324"/>
          </w:tcPr>
          <w:p>
            <w:r/>
            <w:r>
              <w:rPr>
                <w:rFonts w:eastAsia="Hiragino Sans" w:ascii="Hiragino Sans" w:hAnsi="Hiragino Sans"/>
                <w:b w:val="0"/>
                <w:sz w:val="18"/>
              </w:rPr>
              <w:t>1年内返済予定の長期借入金</w:t>
            </w:r>
          </w:p>
        </w:tc>
        <w:tc>
          <w:tcPr>
            <w:tcW w:type="dxa" w:w="3324"/>
          </w:tcPr>
          <w:p>
            <w:r/>
            <w:r>
              <w:rPr>
                <w:rFonts w:eastAsia="Hiragino Sans" w:ascii="Hiragino Sans" w:hAnsi="Hiragino Sans"/>
                <w:b w:val="0"/>
                <w:sz w:val="18"/>
              </w:rPr>
              <w:t>920</w:t>
            </w:r>
          </w:p>
        </w:tc>
        <w:tc>
          <w:tcPr>
            <w:tcW w:type="dxa" w:w="3324"/>
          </w:tcPr>
          <w:p>
            <w:r/>
            <w:r>
              <w:rPr>
                <w:rFonts w:eastAsia="Hiragino Sans" w:ascii="Hiragino Sans" w:hAnsi="Hiragino Sans"/>
                <w:b w:val="0"/>
                <w:sz w:val="18"/>
              </w:rPr>
              <w:t>900</w:t>
            </w:r>
          </w:p>
        </w:tc>
      </w:tr>
      <w:tr>
        <w:tc>
          <w:tcPr>
            <w:tcW w:type="dxa" w:w="3324"/>
            <w:shd w:val="clear" w:fill="F7F8FA"/>
          </w:tcPr>
          <w:p>
            <w:r/>
            <w:r>
              <w:rPr>
                <w:rFonts w:eastAsia="Hiragino Sans" w:ascii="Hiragino Sans" w:hAnsi="Hiragino Sans"/>
                <w:b w:val="0"/>
                <w:sz w:val="18"/>
              </w:rPr>
              <w:t>リース債務</w:t>
            </w:r>
          </w:p>
        </w:tc>
        <w:tc>
          <w:tcPr>
            <w:tcW w:type="dxa" w:w="3324"/>
            <w:shd w:val="clear" w:fill="F7F8FA"/>
          </w:tcPr>
          <w:p>
            <w:r/>
            <w:r>
              <w:rPr>
                <w:rFonts w:eastAsia="Hiragino Sans" w:ascii="Hiragino Sans" w:hAnsi="Hiragino Sans"/>
                <w:b w:val="0"/>
                <w:sz w:val="18"/>
              </w:rPr>
              <w:t>90</w:t>
            </w:r>
          </w:p>
        </w:tc>
        <w:tc>
          <w:tcPr>
            <w:tcW w:type="dxa" w:w="3324"/>
            <w:shd w:val="clear" w:fill="F7F8FA"/>
          </w:tcPr>
          <w:p>
            <w:r/>
            <w:r>
              <w:rPr>
                <w:rFonts w:eastAsia="Hiragino Sans" w:ascii="Hiragino Sans" w:hAnsi="Hiragino Sans"/>
                <w:b w:val="0"/>
                <w:sz w:val="18"/>
              </w:rPr>
              <w:t>280</w:t>
            </w:r>
          </w:p>
        </w:tc>
      </w:tr>
      <w:tr>
        <w:tc>
          <w:tcPr>
            <w:tcW w:type="dxa" w:w="3324"/>
          </w:tcPr>
          <w:p>
            <w:r/>
            <w:r>
              <w:rPr>
                <w:rFonts w:eastAsia="Hiragino Sans" w:ascii="Hiragino Sans" w:hAnsi="Hiragino Sans"/>
                <w:b w:val="0"/>
                <w:sz w:val="18"/>
              </w:rPr>
              <w:t>未払法人税等</w:t>
            </w:r>
          </w:p>
        </w:tc>
        <w:tc>
          <w:tcPr>
            <w:tcW w:type="dxa" w:w="3324"/>
          </w:tcPr>
          <w:p>
            <w:r/>
            <w:r>
              <w:rPr>
                <w:rFonts w:eastAsia="Hiragino Sans" w:ascii="Hiragino Sans" w:hAnsi="Hiragino Sans"/>
                <w:b w:val="0"/>
                <w:sz w:val="18"/>
              </w:rPr>
              <w:t>680</w:t>
            </w:r>
          </w:p>
        </w:tc>
        <w:tc>
          <w:tcPr>
            <w:tcW w:type="dxa" w:w="3324"/>
          </w:tcPr>
          <w:p>
            <w:r/>
            <w:r>
              <w:rPr>
                <w:rFonts w:eastAsia="Hiragino Sans" w:ascii="Hiragino Sans" w:hAnsi="Hiragino Sans"/>
                <w:b w:val="0"/>
                <w:sz w:val="18"/>
              </w:rPr>
              <w:t>720</w:t>
            </w:r>
          </w:p>
        </w:tc>
      </w:tr>
      <w:tr>
        <w:tc>
          <w:tcPr>
            <w:tcW w:type="dxa" w:w="3324"/>
            <w:shd w:val="clear" w:fill="F7F8FA"/>
          </w:tcPr>
          <w:p>
            <w:r/>
            <w:r>
              <w:rPr>
                <w:rFonts w:eastAsia="Hiragino Sans" w:ascii="Hiragino Sans" w:hAnsi="Hiragino Sans"/>
                <w:b w:val="0"/>
                <w:sz w:val="18"/>
              </w:rPr>
              <w:t>賞与引当金</w:t>
            </w:r>
          </w:p>
        </w:tc>
        <w:tc>
          <w:tcPr>
            <w:tcW w:type="dxa" w:w="3324"/>
            <w:shd w:val="clear" w:fill="F7F8FA"/>
          </w:tcPr>
          <w:p>
            <w:r/>
            <w:r>
              <w:rPr>
                <w:rFonts w:eastAsia="Hiragino Sans" w:ascii="Hiragino Sans" w:hAnsi="Hiragino Sans"/>
                <w:b w:val="0"/>
                <w:sz w:val="18"/>
              </w:rPr>
              <w:t>1,100</w:t>
            </w:r>
          </w:p>
        </w:tc>
        <w:tc>
          <w:tcPr>
            <w:tcW w:type="dxa" w:w="3324"/>
            <w:shd w:val="clear" w:fill="F7F8FA"/>
          </w:tcPr>
          <w:p>
            <w:r/>
            <w:r>
              <w:rPr>
                <w:rFonts w:eastAsia="Hiragino Sans" w:ascii="Hiragino Sans" w:hAnsi="Hiragino Sans"/>
                <w:b w:val="0"/>
                <w:sz w:val="18"/>
              </w:rPr>
              <w:t>1,150</w:t>
            </w:r>
          </w:p>
        </w:tc>
      </w:tr>
      <w:tr>
        <w:tc>
          <w:tcPr>
            <w:tcW w:type="dxa" w:w="3324"/>
          </w:tcPr>
          <w:p>
            <w:r/>
            <w:r>
              <w:rPr>
                <w:rFonts w:eastAsia="Hiragino Sans" w:ascii="Hiragino Sans" w:hAnsi="Hiragino Sans"/>
                <w:b w:val="0"/>
                <w:sz w:val="18"/>
              </w:rPr>
              <w:t>その他</w:t>
            </w:r>
          </w:p>
        </w:tc>
        <w:tc>
          <w:tcPr>
            <w:tcW w:type="dxa" w:w="3324"/>
          </w:tcPr>
          <w:p>
            <w:r/>
            <w:r>
              <w:rPr>
                <w:rFonts w:eastAsia="Hiragino Sans" w:ascii="Hiragino Sans" w:hAnsi="Hiragino Sans"/>
                <w:b w:val="0"/>
                <w:sz w:val="18"/>
              </w:rPr>
              <w:t>2,190</w:t>
            </w:r>
          </w:p>
        </w:tc>
        <w:tc>
          <w:tcPr>
            <w:tcW w:type="dxa" w:w="3324"/>
          </w:tcPr>
          <w:p>
            <w:r/>
            <w:r>
              <w:rPr>
                <w:rFonts w:eastAsia="Hiragino Sans" w:ascii="Hiragino Sans" w:hAnsi="Hiragino Sans"/>
                <w:b w:val="0"/>
                <w:sz w:val="18"/>
              </w:rPr>
              <w:t>2,550</w:t>
            </w:r>
          </w:p>
        </w:tc>
      </w:tr>
      <w:tr>
        <w:tc>
          <w:tcPr>
            <w:tcW w:type="dxa" w:w="3324"/>
            <w:shd w:val="clear" w:fill="F7F8FA"/>
          </w:tcPr>
          <w:p>
            <w:r/>
            <w:r>
              <w:rPr>
                <w:rFonts w:eastAsia="Hiragino Sans" w:ascii="Hiragino Sans" w:hAnsi="Hiragino Sans"/>
                <w:b/>
                <w:sz w:val="18"/>
              </w:rPr>
              <w:t>流動負債合計</w:t>
            </w:r>
          </w:p>
        </w:tc>
        <w:tc>
          <w:tcPr>
            <w:tcW w:type="dxa" w:w="3324"/>
            <w:shd w:val="clear" w:fill="F7F8FA"/>
          </w:tcPr>
          <w:p>
            <w:r/>
            <w:r>
              <w:rPr>
                <w:rFonts w:eastAsia="Hiragino Sans" w:ascii="Hiragino Sans" w:hAnsi="Hiragino Sans"/>
                <w:b/>
                <w:sz w:val="18"/>
              </w:rPr>
              <w:t>15,050</w:t>
            </w:r>
          </w:p>
        </w:tc>
        <w:tc>
          <w:tcPr>
            <w:tcW w:type="dxa" w:w="3324"/>
            <w:shd w:val="clear" w:fill="F7F8FA"/>
          </w:tcPr>
          <w:p>
            <w:r/>
            <w:r>
              <w:rPr>
                <w:rFonts w:eastAsia="Hiragino Sans" w:ascii="Hiragino Sans" w:hAnsi="Hiragino Sans"/>
                <w:b/>
                <w:sz w:val="18"/>
              </w:rPr>
              <w:t>15,750</w:t>
            </w:r>
          </w:p>
        </w:tc>
      </w:tr>
      <w:tr>
        <w:tc>
          <w:tcPr>
            <w:tcW w:type="dxa" w:w="3324"/>
          </w:tcPr>
          <w:p>
            <w:r/>
            <w:r>
              <w:rPr>
                <w:rFonts w:eastAsia="Hiragino Sans" w:ascii="Hiragino Sans" w:hAnsi="Hiragino Sans"/>
                <w:b w:val="0"/>
                <w:sz w:val="18"/>
              </w:rPr>
              <w:t>長期借入金</w:t>
            </w:r>
          </w:p>
        </w:tc>
        <w:tc>
          <w:tcPr>
            <w:tcW w:type="dxa" w:w="3324"/>
          </w:tcPr>
          <w:p>
            <w:r/>
            <w:r>
              <w:rPr>
                <w:rFonts w:eastAsia="Hiragino Sans" w:ascii="Hiragino Sans" w:hAnsi="Hiragino Sans"/>
                <w:b w:val="0"/>
                <w:sz w:val="18"/>
              </w:rPr>
              <w:t>3,720</w:t>
            </w:r>
          </w:p>
        </w:tc>
        <w:tc>
          <w:tcPr>
            <w:tcW w:type="dxa" w:w="3324"/>
          </w:tcPr>
          <w:p>
            <w:r/>
            <w:r>
              <w:rPr>
                <w:rFonts w:eastAsia="Hiragino Sans" w:ascii="Hiragino Sans" w:hAnsi="Hiragino Sans"/>
                <w:b w:val="0"/>
                <w:sz w:val="18"/>
              </w:rPr>
              <w:t>3,600</w:t>
            </w:r>
          </w:p>
        </w:tc>
      </w:tr>
      <w:tr>
        <w:tc>
          <w:tcPr>
            <w:tcW w:type="dxa" w:w="3324"/>
            <w:shd w:val="clear" w:fill="F7F8FA"/>
          </w:tcPr>
          <w:p>
            <w:r/>
            <w:r>
              <w:rPr>
                <w:rFonts w:eastAsia="Hiragino Sans" w:ascii="Hiragino Sans" w:hAnsi="Hiragino Sans"/>
                <w:b w:val="0"/>
                <w:sz w:val="18"/>
              </w:rPr>
              <w:t>リース債務</w:t>
            </w:r>
          </w:p>
        </w:tc>
        <w:tc>
          <w:tcPr>
            <w:tcW w:type="dxa" w:w="3324"/>
            <w:shd w:val="clear" w:fill="F7F8FA"/>
          </w:tcPr>
          <w:p>
            <w:r/>
            <w:r>
              <w:rPr>
                <w:rFonts w:eastAsia="Hiragino Sans" w:ascii="Hiragino Sans" w:hAnsi="Hiragino Sans"/>
                <w:b w:val="0"/>
                <w:sz w:val="18"/>
              </w:rPr>
              <w:t>230</w:t>
            </w:r>
          </w:p>
        </w:tc>
        <w:tc>
          <w:tcPr>
            <w:tcW w:type="dxa" w:w="3324"/>
            <w:shd w:val="clear" w:fill="F7F8FA"/>
          </w:tcPr>
          <w:p>
            <w:r/>
            <w:r>
              <w:rPr>
                <w:rFonts w:eastAsia="Hiragino Sans" w:ascii="Hiragino Sans" w:hAnsi="Hiragino Sans"/>
                <w:b w:val="0"/>
                <w:sz w:val="18"/>
              </w:rPr>
              <w:t>620</w:t>
            </w:r>
          </w:p>
        </w:tc>
      </w:tr>
      <w:tr>
        <w:tc>
          <w:tcPr>
            <w:tcW w:type="dxa" w:w="3324"/>
          </w:tcPr>
          <w:p>
            <w:r/>
            <w:r>
              <w:rPr>
                <w:rFonts w:eastAsia="Hiragino Sans" w:ascii="Hiragino Sans" w:hAnsi="Hiragino Sans"/>
                <w:b w:val="0"/>
                <w:sz w:val="18"/>
              </w:rPr>
              <w:t>退職給付に係る負債</w:t>
            </w:r>
          </w:p>
        </w:tc>
        <w:tc>
          <w:tcPr>
            <w:tcW w:type="dxa" w:w="3324"/>
          </w:tcPr>
          <w:p>
            <w:r/>
            <w:r>
              <w:rPr>
                <w:rFonts w:eastAsia="Hiragino Sans" w:ascii="Hiragino Sans" w:hAnsi="Hiragino Sans"/>
                <w:b w:val="0"/>
                <w:sz w:val="18"/>
              </w:rPr>
              <w:t>2,780</w:t>
            </w:r>
          </w:p>
        </w:tc>
        <w:tc>
          <w:tcPr>
            <w:tcW w:type="dxa" w:w="3324"/>
          </w:tcPr>
          <w:p>
            <w:r/>
            <w:r>
              <w:rPr>
                <w:rFonts w:eastAsia="Hiragino Sans" w:ascii="Hiragino Sans" w:hAnsi="Hiragino Sans"/>
                <w:b w:val="0"/>
                <w:sz w:val="18"/>
              </w:rPr>
              <w:t>2,850</w:t>
            </w:r>
          </w:p>
        </w:tc>
      </w:tr>
      <w:tr>
        <w:tc>
          <w:tcPr>
            <w:tcW w:type="dxa" w:w="3324"/>
            <w:shd w:val="clear" w:fill="F7F8FA"/>
          </w:tcPr>
          <w:p>
            <w:r/>
            <w:r>
              <w:rPr>
                <w:rFonts w:eastAsia="Hiragino Sans" w:ascii="Hiragino Sans" w:hAnsi="Hiragino Sans"/>
                <w:b w:val="0"/>
                <w:sz w:val="18"/>
              </w:rPr>
              <w:t>繰延税金負債</w:t>
            </w:r>
          </w:p>
        </w:tc>
        <w:tc>
          <w:tcPr>
            <w:tcW w:type="dxa" w:w="3324"/>
            <w:shd w:val="clear" w:fill="F7F8FA"/>
          </w:tcPr>
          <w:p>
            <w:r/>
            <w:r>
              <w:rPr>
                <w:rFonts w:eastAsia="Hiragino Sans" w:ascii="Hiragino Sans" w:hAnsi="Hiragino Sans"/>
                <w:b w:val="0"/>
                <w:sz w:val="18"/>
              </w:rPr>
              <w:t>400</w:t>
            </w:r>
          </w:p>
        </w:tc>
        <w:tc>
          <w:tcPr>
            <w:tcW w:type="dxa" w:w="3324"/>
            <w:shd w:val="clear" w:fill="F7F8FA"/>
          </w:tcPr>
          <w:p>
            <w:r/>
            <w:r>
              <w:rPr>
                <w:rFonts w:eastAsia="Hiragino Sans" w:ascii="Hiragino Sans" w:hAnsi="Hiragino Sans"/>
                <w:b w:val="0"/>
                <w:sz w:val="18"/>
              </w:rPr>
              <w:t>180</w:t>
            </w:r>
          </w:p>
        </w:tc>
      </w:tr>
      <w:tr>
        <w:tc>
          <w:tcPr>
            <w:tcW w:type="dxa" w:w="3324"/>
          </w:tcPr>
          <w:p>
            <w:r/>
            <w:r>
              <w:rPr>
                <w:rFonts w:eastAsia="Hiragino Sans" w:ascii="Hiragino Sans" w:hAnsi="Hiragino Sans"/>
                <w:b w:val="0"/>
                <w:sz w:val="18"/>
              </w:rPr>
              <w:t>資産除去債務</w:t>
            </w:r>
          </w:p>
        </w:tc>
        <w:tc>
          <w:tcPr>
            <w:tcW w:type="dxa" w:w="3324"/>
          </w:tcPr>
          <w:p>
            <w:r/>
            <w:r>
              <w:rPr>
                <w:rFonts w:eastAsia="Hiragino Sans" w:ascii="Hiragino Sans" w:hAnsi="Hiragino Sans"/>
                <w:b w:val="0"/>
                <w:sz w:val="18"/>
              </w:rPr>
              <w:t>185</w:t>
            </w:r>
          </w:p>
        </w:tc>
        <w:tc>
          <w:tcPr>
            <w:tcW w:type="dxa" w:w="3324"/>
          </w:tcPr>
          <w:p>
            <w:r/>
            <w:r>
              <w:rPr>
                <w:rFonts w:eastAsia="Hiragino Sans" w:ascii="Hiragino Sans" w:hAnsi="Hiragino Sans"/>
                <w:b w:val="0"/>
                <w:sz w:val="18"/>
              </w:rPr>
              <w:t>190</w:t>
            </w:r>
          </w:p>
        </w:tc>
      </w:tr>
      <w:tr>
        <w:tc>
          <w:tcPr>
            <w:tcW w:type="dxa" w:w="3324"/>
            <w:shd w:val="clear" w:fill="F7F8FA"/>
          </w:tcPr>
          <w:p>
            <w:r/>
            <w:r>
              <w:rPr>
                <w:rFonts w:eastAsia="Hiragino Sans" w:ascii="Hiragino Sans" w:hAnsi="Hiragino Sans"/>
                <w:b w:val="0"/>
                <w:sz w:val="18"/>
              </w:rPr>
              <w:t>その他</w:t>
            </w:r>
          </w:p>
        </w:tc>
        <w:tc>
          <w:tcPr>
            <w:tcW w:type="dxa" w:w="3324"/>
            <w:shd w:val="clear" w:fill="F7F8FA"/>
          </w:tcPr>
          <w:p>
            <w:r/>
            <w:r>
              <w:rPr>
                <w:rFonts w:eastAsia="Hiragino Sans" w:ascii="Hiragino Sans" w:hAnsi="Hiragino Sans"/>
                <w:b w:val="0"/>
                <w:sz w:val="18"/>
              </w:rPr>
              <w:t>1,635</w:t>
            </w:r>
          </w:p>
        </w:tc>
        <w:tc>
          <w:tcPr>
            <w:tcW w:type="dxa" w:w="3324"/>
            <w:shd w:val="clear" w:fill="F7F8FA"/>
          </w:tcPr>
          <w:p>
            <w:r/>
            <w:r>
              <w:rPr>
                <w:rFonts w:eastAsia="Hiragino Sans" w:ascii="Hiragino Sans" w:hAnsi="Hiragino Sans"/>
                <w:b w:val="0"/>
                <w:sz w:val="18"/>
              </w:rPr>
              <w:t>1,010</w:t>
            </w:r>
          </w:p>
        </w:tc>
      </w:tr>
      <w:tr>
        <w:tc>
          <w:tcPr>
            <w:tcW w:type="dxa" w:w="3324"/>
          </w:tcPr>
          <w:p>
            <w:r/>
            <w:r>
              <w:rPr>
                <w:rFonts w:eastAsia="Hiragino Sans" w:ascii="Hiragino Sans" w:hAnsi="Hiragino Sans"/>
                <w:b/>
                <w:sz w:val="18"/>
              </w:rPr>
              <w:t>固定負債合計</w:t>
            </w:r>
          </w:p>
        </w:tc>
        <w:tc>
          <w:tcPr>
            <w:tcW w:type="dxa" w:w="3324"/>
          </w:tcPr>
          <w:p>
            <w:r/>
            <w:r>
              <w:rPr>
                <w:rFonts w:eastAsia="Hiragino Sans" w:ascii="Hiragino Sans" w:hAnsi="Hiragino Sans"/>
                <w:b/>
                <w:sz w:val="18"/>
              </w:rPr>
              <w:t>8,950</w:t>
            </w:r>
          </w:p>
        </w:tc>
        <w:tc>
          <w:tcPr>
            <w:tcW w:type="dxa" w:w="3324"/>
          </w:tcPr>
          <w:p>
            <w:r/>
            <w:r>
              <w:rPr>
                <w:rFonts w:eastAsia="Hiragino Sans" w:ascii="Hiragino Sans" w:hAnsi="Hiragino Sans"/>
                <w:b/>
                <w:sz w:val="18"/>
              </w:rPr>
              <w:t>8,450</w:t>
            </w:r>
          </w:p>
        </w:tc>
      </w:tr>
      <w:tr>
        <w:tc>
          <w:tcPr>
            <w:tcW w:type="dxa" w:w="3324"/>
            <w:shd w:val="clear" w:fill="F7F8FA"/>
          </w:tcPr>
          <w:p>
            <w:r/>
            <w:r>
              <w:rPr>
                <w:rFonts w:eastAsia="Hiragino Sans" w:ascii="Hiragino Sans" w:hAnsi="Hiragino Sans"/>
                <w:b/>
                <w:sz w:val="18"/>
              </w:rPr>
              <w:t>負債合計</w:t>
            </w:r>
          </w:p>
        </w:tc>
        <w:tc>
          <w:tcPr>
            <w:tcW w:type="dxa" w:w="3324"/>
            <w:shd w:val="clear" w:fill="F7F8FA"/>
          </w:tcPr>
          <w:p>
            <w:r/>
            <w:r>
              <w:rPr>
                <w:rFonts w:eastAsia="Hiragino Sans" w:ascii="Hiragino Sans" w:hAnsi="Hiragino Sans"/>
                <w:b/>
                <w:sz w:val="18"/>
              </w:rPr>
              <w:t>24,000</w:t>
            </w:r>
          </w:p>
        </w:tc>
        <w:tc>
          <w:tcPr>
            <w:tcW w:type="dxa" w:w="3324"/>
            <w:shd w:val="clear" w:fill="F7F8FA"/>
          </w:tcPr>
          <w:p>
            <w:r/>
            <w:r>
              <w:rPr>
                <w:rFonts w:eastAsia="Hiragino Sans" w:ascii="Hiragino Sans" w:hAnsi="Hiragino Sans"/>
                <w:b/>
                <w:sz w:val="18"/>
              </w:rPr>
              <w:t>24,200</w:t>
            </w:r>
          </w:p>
        </w:tc>
      </w:tr>
      <w:tr>
        <w:tc>
          <w:tcPr>
            <w:tcW w:type="dxa" w:w="3324"/>
          </w:tcPr>
          <w:p>
            <w:r/>
            <w:r>
              <w:rPr>
                <w:rFonts w:eastAsia="Hiragino Sans" w:ascii="Hiragino Sans" w:hAnsi="Hiragino Sans"/>
                <w:b/>
                <w:sz w:val="18"/>
              </w:rPr>
              <w:t>（純資産の部）</w:t>
            </w:r>
          </w:p>
        </w:tc>
        <w:tc>
          <w:tcPr>
            <w:tcW w:type="dxa" w:w="3324"/>
          </w:tcPr>
          <w:p>
            <w:r/>
            <w:r>
              <w:rPr>
                <w:rFonts w:eastAsia="Hiragino Sans" w:ascii="Hiragino Sans" w:hAnsi="Hiragino Sans"/>
                <w:b w:val="0"/>
                <w:sz w:val="18"/>
              </w:rPr>
            </w:r>
          </w:p>
        </w:tc>
        <w:tc>
          <w:tcPr>
            <w:tcW w:type="dxa" w:w="3324"/>
          </w:tcPr>
          <w:p>
            <w:r/>
            <w:r>
              <w:rPr>
                <w:rFonts w:eastAsia="Hiragino Sans" w:ascii="Hiragino Sans" w:hAnsi="Hiragino Sans"/>
                <w:b w:val="0"/>
                <w:sz w:val="18"/>
              </w:rPr>
            </w:r>
          </w:p>
        </w:tc>
      </w:tr>
      <w:tr>
        <w:tc>
          <w:tcPr>
            <w:tcW w:type="dxa" w:w="3324"/>
            <w:shd w:val="clear" w:fill="F7F8FA"/>
          </w:tcPr>
          <w:p>
            <w:r/>
            <w:r>
              <w:rPr>
                <w:rFonts w:eastAsia="Hiragino Sans" w:ascii="Hiragino Sans" w:hAnsi="Hiragino Sans"/>
                <w:b w:val="0"/>
                <w:sz w:val="18"/>
              </w:rPr>
              <w:t>資本金</w:t>
            </w:r>
          </w:p>
        </w:tc>
        <w:tc>
          <w:tcPr>
            <w:tcW w:type="dxa" w:w="3324"/>
            <w:shd w:val="clear" w:fill="F7F8FA"/>
          </w:tcPr>
          <w:p>
            <w:r/>
            <w:r>
              <w:rPr>
                <w:rFonts w:eastAsia="Hiragino Sans" w:ascii="Hiragino Sans" w:hAnsi="Hiragino Sans"/>
                <w:b w:val="0"/>
                <w:sz w:val="18"/>
              </w:rPr>
              <w:t>3,200</w:t>
            </w:r>
          </w:p>
        </w:tc>
        <w:tc>
          <w:tcPr>
            <w:tcW w:type="dxa" w:w="3324"/>
            <w:shd w:val="clear" w:fill="F7F8FA"/>
          </w:tcPr>
          <w:p>
            <w:r/>
            <w:r>
              <w:rPr>
                <w:rFonts w:eastAsia="Hiragino Sans" w:ascii="Hiragino Sans" w:hAnsi="Hiragino Sans"/>
                <w:b w:val="0"/>
                <w:sz w:val="18"/>
              </w:rPr>
              <w:t>3,200</w:t>
            </w:r>
          </w:p>
        </w:tc>
      </w:tr>
      <w:tr>
        <w:tc>
          <w:tcPr>
            <w:tcW w:type="dxa" w:w="3324"/>
          </w:tcPr>
          <w:p>
            <w:r/>
            <w:r>
              <w:rPr>
                <w:rFonts w:eastAsia="Hiragino Sans" w:ascii="Hiragino Sans" w:hAnsi="Hiragino Sans"/>
                <w:b w:val="0"/>
                <w:sz w:val="18"/>
              </w:rPr>
              <w:t>資本剰余金</w:t>
            </w:r>
          </w:p>
        </w:tc>
        <w:tc>
          <w:tcPr>
            <w:tcW w:type="dxa" w:w="3324"/>
          </w:tcPr>
          <w:p>
            <w:r/>
            <w:r>
              <w:rPr>
                <w:rFonts w:eastAsia="Hiragino Sans" w:ascii="Hiragino Sans" w:hAnsi="Hiragino Sans"/>
                <w:b w:val="0"/>
                <w:sz w:val="18"/>
              </w:rPr>
              <w:t>3,644</w:t>
            </w:r>
          </w:p>
        </w:tc>
        <w:tc>
          <w:tcPr>
            <w:tcW w:type="dxa" w:w="3324"/>
          </w:tcPr>
          <w:p>
            <w:r/>
            <w:r>
              <w:rPr>
                <w:rFonts w:eastAsia="Hiragino Sans" w:ascii="Hiragino Sans" w:hAnsi="Hiragino Sans"/>
                <w:b w:val="0"/>
                <w:sz w:val="18"/>
              </w:rPr>
              <w:t>3,650</w:t>
            </w:r>
          </w:p>
        </w:tc>
      </w:tr>
      <w:tr>
        <w:tc>
          <w:tcPr>
            <w:tcW w:type="dxa" w:w="3324"/>
            <w:shd w:val="clear" w:fill="F7F8FA"/>
          </w:tcPr>
          <w:p>
            <w:r/>
            <w:r>
              <w:rPr>
                <w:rFonts w:eastAsia="Hiragino Sans" w:ascii="Hiragino Sans" w:hAnsi="Hiragino Sans"/>
                <w:b w:val="0"/>
                <w:sz w:val="18"/>
              </w:rPr>
              <w:t>利益剰余金</w:t>
            </w:r>
          </w:p>
        </w:tc>
        <w:tc>
          <w:tcPr>
            <w:tcW w:type="dxa" w:w="3324"/>
            <w:shd w:val="clear" w:fill="F7F8FA"/>
          </w:tcPr>
          <w:p>
            <w:r/>
            <w:r>
              <w:rPr>
                <w:rFonts w:eastAsia="Hiragino Sans" w:ascii="Hiragino Sans" w:hAnsi="Hiragino Sans"/>
                <w:b w:val="0"/>
                <w:sz w:val="18"/>
              </w:rPr>
              <w:t>29,961</w:t>
            </w:r>
          </w:p>
        </w:tc>
        <w:tc>
          <w:tcPr>
            <w:tcW w:type="dxa" w:w="3324"/>
            <w:shd w:val="clear" w:fill="F7F8FA"/>
          </w:tcPr>
          <w:p>
            <w:r/>
            <w:r>
              <w:rPr>
                <w:rFonts w:eastAsia="Hiragino Sans" w:ascii="Hiragino Sans" w:hAnsi="Hiragino Sans"/>
                <w:b w:val="0"/>
                <w:sz w:val="18"/>
              </w:rPr>
              <w:t>31,850</w:t>
            </w:r>
          </w:p>
        </w:tc>
      </w:tr>
      <w:tr>
        <w:tc>
          <w:tcPr>
            <w:tcW w:type="dxa" w:w="3324"/>
          </w:tcPr>
          <w:p>
            <w:r/>
            <w:r>
              <w:rPr>
                <w:rFonts w:eastAsia="Hiragino Sans" w:ascii="Hiragino Sans" w:hAnsi="Hiragino Sans"/>
                <w:b w:val="0"/>
                <w:sz w:val="18"/>
              </w:rPr>
              <w:t>自己株式</w:t>
            </w:r>
          </w:p>
        </w:tc>
        <w:tc>
          <w:tcPr>
            <w:tcW w:type="dxa" w:w="3324"/>
          </w:tcPr>
          <w:p>
            <w:r/>
            <w:r>
              <w:rPr>
                <w:rFonts w:eastAsia="Hiragino Sans" w:ascii="Hiragino Sans" w:hAnsi="Hiragino Sans"/>
                <w:b w:val="0"/>
                <w:sz w:val="18"/>
              </w:rPr>
              <w:t>△939</w:t>
            </w:r>
          </w:p>
        </w:tc>
        <w:tc>
          <w:tcPr>
            <w:tcW w:type="dxa" w:w="3324"/>
          </w:tcPr>
          <w:p>
            <w:r/>
            <w:r>
              <w:rPr>
                <w:rFonts w:eastAsia="Hiragino Sans" w:ascii="Hiragino Sans" w:hAnsi="Hiragino Sans"/>
                <w:b w:val="0"/>
                <w:sz w:val="18"/>
              </w:rPr>
              <w:t>△980</w:t>
            </w:r>
          </w:p>
        </w:tc>
      </w:tr>
      <w:tr>
        <w:tc>
          <w:tcPr>
            <w:tcW w:type="dxa" w:w="3324"/>
            <w:shd w:val="clear" w:fill="F7F8FA"/>
          </w:tcPr>
          <w:p>
            <w:r/>
            <w:r>
              <w:rPr>
                <w:rFonts w:eastAsia="Hiragino Sans" w:ascii="Hiragino Sans" w:hAnsi="Hiragino Sans"/>
                <w:b/>
                <w:sz w:val="18"/>
              </w:rPr>
              <w:t>株主資本合計</w:t>
            </w:r>
          </w:p>
        </w:tc>
        <w:tc>
          <w:tcPr>
            <w:tcW w:type="dxa" w:w="3324"/>
            <w:shd w:val="clear" w:fill="F7F8FA"/>
          </w:tcPr>
          <w:p>
            <w:r/>
            <w:r>
              <w:rPr>
                <w:rFonts w:eastAsia="Hiragino Sans" w:ascii="Hiragino Sans" w:hAnsi="Hiragino Sans"/>
                <w:b/>
                <w:sz w:val="18"/>
              </w:rPr>
              <w:t>35,866</w:t>
            </w:r>
          </w:p>
        </w:tc>
        <w:tc>
          <w:tcPr>
            <w:tcW w:type="dxa" w:w="3324"/>
            <w:shd w:val="clear" w:fill="F7F8FA"/>
          </w:tcPr>
          <w:p>
            <w:r/>
            <w:r>
              <w:rPr>
                <w:rFonts w:eastAsia="Hiragino Sans" w:ascii="Hiragino Sans" w:hAnsi="Hiragino Sans"/>
                <w:b/>
                <w:sz w:val="18"/>
              </w:rPr>
              <w:t>37,720</w:t>
            </w:r>
          </w:p>
        </w:tc>
      </w:tr>
      <w:tr>
        <w:tc>
          <w:tcPr>
            <w:tcW w:type="dxa" w:w="3324"/>
          </w:tcPr>
          <w:p>
            <w:r/>
            <w:r>
              <w:rPr>
                <w:rFonts w:eastAsia="Hiragino Sans" w:ascii="Hiragino Sans" w:hAnsi="Hiragino Sans"/>
                <w:b w:val="0"/>
                <w:sz w:val="18"/>
              </w:rPr>
              <w:t>その他有価証券評価差額金</w:t>
            </w:r>
          </w:p>
        </w:tc>
        <w:tc>
          <w:tcPr>
            <w:tcW w:type="dxa" w:w="3324"/>
          </w:tcPr>
          <w:p>
            <w:r/>
            <w:r>
              <w:rPr>
                <w:rFonts w:eastAsia="Hiragino Sans" w:ascii="Hiragino Sans" w:hAnsi="Hiragino Sans"/>
                <w:b w:val="0"/>
                <w:sz w:val="18"/>
              </w:rPr>
              <w:t>880</w:t>
            </w:r>
          </w:p>
        </w:tc>
        <w:tc>
          <w:tcPr>
            <w:tcW w:type="dxa" w:w="3324"/>
          </w:tcPr>
          <w:p>
            <w:r/>
            <w:r>
              <w:rPr>
                <w:rFonts w:eastAsia="Hiragino Sans" w:ascii="Hiragino Sans" w:hAnsi="Hiragino Sans"/>
                <w:b w:val="0"/>
                <w:sz w:val="18"/>
              </w:rPr>
              <w:t>620</w:t>
            </w:r>
          </w:p>
        </w:tc>
      </w:tr>
      <w:tr>
        <w:tc>
          <w:tcPr>
            <w:tcW w:type="dxa" w:w="3324"/>
            <w:shd w:val="clear" w:fill="F7F8FA"/>
          </w:tcPr>
          <w:p>
            <w:r/>
            <w:r>
              <w:rPr>
                <w:rFonts w:eastAsia="Hiragino Sans" w:ascii="Hiragino Sans" w:hAnsi="Hiragino Sans"/>
                <w:b w:val="0"/>
                <w:sz w:val="18"/>
              </w:rPr>
              <w:t>為替換算調整勘定</w:t>
            </w:r>
          </w:p>
        </w:tc>
        <w:tc>
          <w:tcPr>
            <w:tcW w:type="dxa" w:w="3324"/>
            <w:shd w:val="clear" w:fill="F7F8FA"/>
          </w:tcPr>
          <w:p>
            <w:r/>
            <w:r>
              <w:rPr>
                <w:rFonts w:eastAsia="Hiragino Sans" w:ascii="Hiragino Sans" w:hAnsi="Hiragino Sans"/>
                <w:b w:val="0"/>
                <w:sz w:val="18"/>
              </w:rPr>
              <w:t>430</w:t>
            </w:r>
          </w:p>
        </w:tc>
        <w:tc>
          <w:tcPr>
            <w:tcW w:type="dxa" w:w="3324"/>
            <w:shd w:val="clear" w:fill="F7F8FA"/>
          </w:tcPr>
          <w:p>
            <w:r/>
            <w:r>
              <w:rPr>
                <w:rFonts w:eastAsia="Hiragino Sans" w:ascii="Hiragino Sans" w:hAnsi="Hiragino Sans"/>
                <w:b w:val="0"/>
                <w:sz w:val="18"/>
              </w:rPr>
              <w:t>△690</w:t>
            </w:r>
          </w:p>
        </w:tc>
      </w:tr>
      <w:tr>
        <w:tc>
          <w:tcPr>
            <w:tcW w:type="dxa" w:w="3324"/>
          </w:tcPr>
          <w:p>
            <w:r/>
            <w:r>
              <w:rPr>
                <w:rFonts w:eastAsia="Hiragino Sans" w:ascii="Hiragino Sans" w:hAnsi="Hiragino Sans"/>
                <w:b w:val="0"/>
                <w:sz w:val="18"/>
              </w:rPr>
              <w:t>退職給付に係る調整累計額</w:t>
            </w:r>
          </w:p>
        </w:tc>
        <w:tc>
          <w:tcPr>
            <w:tcW w:type="dxa" w:w="3324"/>
          </w:tcPr>
          <w:p>
            <w:r/>
            <w:r>
              <w:rPr>
                <w:rFonts w:eastAsia="Hiragino Sans" w:ascii="Hiragino Sans" w:hAnsi="Hiragino Sans"/>
                <w:b w:val="0"/>
                <w:sz w:val="18"/>
              </w:rPr>
              <w:t>△158</w:t>
            </w:r>
          </w:p>
        </w:tc>
        <w:tc>
          <w:tcPr>
            <w:tcW w:type="dxa" w:w="3324"/>
          </w:tcPr>
          <w:p>
            <w:r/>
            <w:r>
              <w:rPr>
                <w:rFonts w:eastAsia="Hiragino Sans" w:ascii="Hiragino Sans" w:hAnsi="Hiragino Sans"/>
                <w:b w:val="0"/>
                <w:sz w:val="18"/>
              </w:rPr>
              <w:t>△148</w:t>
            </w:r>
          </w:p>
        </w:tc>
      </w:tr>
      <w:tr>
        <w:tc>
          <w:tcPr>
            <w:tcW w:type="dxa" w:w="3324"/>
            <w:shd w:val="clear" w:fill="F7F8FA"/>
          </w:tcPr>
          <w:p>
            <w:r/>
            <w:r>
              <w:rPr>
                <w:rFonts w:eastAsia="Hiragino Sans" w:ascii="Hiragino Sans" w:hAnsi="Hiragino Sans"/>
                <w:b/>
                <w:sz w:val="18"/>
              </w:rPr>
              <w:t>その他の包括利益累計額合計</w:t>
            </w:r>
          </w:p>
        </w:tc>
        <w:tc>
          <w:tcPr>
            <w:tcW w:type="dxa" w:w="3324"/>
            <w:shd w:val="clear" w:fill="F7F8FA"/>
          </w:tcPr>
          <w:p>
            <w:r/>
            <w:r>
              <w:rPr>
                <w:rFonts w:eastAsia="Hiragino Sans" w:ascii="Hiragino Sans" w:hAnsi="Hiragino Sans"/>
                <w:b/>
                <w:sz w:val="18"/>
              </w:rPr>
              <w:t>1,152</w:t>
            </w:r>
          </w:p>
        </w:tc>
        <w:tc>
          <w:tcPr>
            <w:tcW w:type="dxa" w:w="3324"/>
            <w:shd w:val="clear" w:fill="F7F8FA"/>
          </w:tcPr>
          <w:p>
            <w:r/>
            <w:r>
              <w:rPr>
                <w:rFonts w:eastAsia="Hiragino Sans" w:ascii="Hiragino Sans" w:hAnsi="Hiragino Sans"/>
                <w:b/>
                <w:sz w:val="18"/>
              </w:rPr>
              <w:t>△218</w:t>
            </w:r>
          </w:p>
        </w:tc>
      </w:tr>
      <w:tr>
        <w:tc>
          <w:tcPr>
            <w:tcW w:type="dxa" w:w="3324"/>
          </w:tcPr>
          <w:p>
            <w:r/>
            <w:r>
              <w:rPr>
                <w:rFonts w:eastAsia="Hiragino Sans" w:ascii="Hiragino Sans" w:hAnsi="Hiragino Sans"/>
                <w:b w:val="0"/>
                <w:sz w:val="18"/>
              </w:rPr>
              <w:t>新株予約権</w:t>
            </w:r>
          </w:p>
        </w:tc>
        <w:tc>
          <w:tcPr>
            <w:tcW w:type="dxa" w:w="3324"/>
          </w:tcPr>
          <w:p>
            <w:r/>
            <w:r>
              <w:rPr>
                <w:rFonts w:eastAsia="Hiragino Sans" w:ascii="Hiragino Sans" w:hAnsi="Hiragino Sans"/>
                <w:b w:val="0"/>
                <w:sz w:val="18"/>
              </w:rPr>
              <w:t>28</w:t>
            </w:r>
          </w:p>
        </w:tc>
        <w:tc>
          <w:tcPr>
            <w:tcW w:type="dxa" w:w="3324"/>
          </w:tcPr>
          <w:p>
            <w:r/>
            <w:r>
              <w:rPr>
                <w:rFonts w:eastAsia="Hiragino Sans" w:ascii="Hiragino Sans" w:hAnsi="Hiragino Sans"/>
                <w:b w:val="0"/>
                <w:sz w:val="18"/>
              </w:rPr>
              <w:t>30</w:t>
            </w:r>
          </w:p>
        </w:tc>
      </w:tr>
      <w:tr>
        <w:tc>
          <w:tcPr>
            <w:tcW w:type="dxa" w:w="3324"/>
            <w:shd w:val="clear" w:fill="F7F8FA"/>
          </w:tcPr>
          <w:p>
            <w:r/>
            <w:r>
              <w:rPr>
                <w:rFonts w:eastAsia="Hiragino Sans" w:ascii="Hiragino Sans" w:hAnsi="Hiragino Sans"/>
                <w:b w:val="0"/>
                <w:sz w:val="18"/>
              </w:rPr>
              <w:t>非支配株主持分</w:t>
            </w:r>
          </w:p>
        </w:tc>
        <w:tc>
          <w:tcPr>
            <w:tcW w:type="dxa" w:w="3324"/>
            <w:shd w:val="clear" w:fill="F7F8FA"/>
          </w:tcPr>
          <w:p>
            <w:r/>
            <w:r>
              <w:rPr>
                <w:rFonts w:eastAsia="Hiragino Sans" w:ascii="Hiragino Sans" w:hAnsi="Hiragino Sans"/>
                <w:b w:val="0"/>
                <w:sz w:val="18"/>
              </w:rPr>
              <w:t>654</w:t>
            </w:r>
          </w:p>
        </w:tc>
        <w:tc>
          <w:tcPr>
            <w:tcW w:type="dxa" w:w="3324"/>
            <w:shd w:val="clear" w:fill="F7F8FA"/>
          </w:tcPr>
          <w:p>
            <w:r/>
            <w:r>
              <w:rPr>
                <w:rFonts w:eastAsia="Hiragino Sans" w:ascii="Hiragino Sans" w:hAnsi="Hiragino Sans"/>
                <w:b w:val="0"/>
                <w:sz w:val="18"/>
              </w:rPr>
              <w:t>668</w:t>
            </w:r>
          </w:p>
        </w:tc>
      </w:tr>
      <w:tr>
        <w:tc>
          <w:tcPr>
            <w:tcW w:type="dxa" w:w="3324"/>
          </w:tcPr>
          <w:p>
            <w:r/>
            <w:r>
              <w:rPr>
                <w:rFonts w:eastAsia="Hiragino Sans" w:ascii="Hiragino Sans" w:hAnsi="Hiragino Sans"/>
                <w:b/>
                <w:sz w:val="18"/>
              </w:rPr>
              <w:t>純資産合計</w:t>
            </w:r>
          </w:p>
        </w:tc>
        <w:tc>
          <w:tcPr>
            <w:tcW w:type="dxa" w:w="3324"/>
          </w:tcPr>
          <w:p>
            <w:r/>
            <w:r>
              <w:rPr>
                <w:rFonts w:eastAsia="Hiragino Sans" w:ascii="Hiragino Sans" w:hAnsi="Hiragino Sans"/>
                <w:b/>
                <w:sz w:val="18"/>
              </w:rPr>
              <w:t>37,700</w:t>
            </w:r>
          </w:p>
        </w:tc>
        <w:tc>
          <w:tcPr>
            <w:tcW w:type="dxa" w:w="3324"/>
          </w:tcPr>
          <w:p>
            <w:r/>
            <w:r>
              <w:rPr>
                <w:rFonts w:eastAsia="Hiragino Sans" w:ascii="Hiragino Sans" w:hAnsi="Hiragino Sans"/>
                <w:b/>
                <w:sz w:val="18"/>
              </w:rPr>
              <w:t>38,200</w:t>
            </w:r>
          </w:p>
        </w:tc>
      </w:tr>
      <w:tr>
        <w:tc>
          <w:tcPr>
            <w:tcW w:type="dxa" w:w="3324"/>
            <w:shd w:val="clear" w:fill="F7F8FA"/>
          </w:tcPr>
          <w:p>
            <w:r/>
            <w:r>
              <w:rPr>
                <w:rFonts w:eastAsia="Hiragino Sans" w:ascii="Hiragino Sans" w:hAnsi="Hiragino Sans"/>
                <w:b/>
                <w:sz w:val="18"/>
              </w:rPr>
              <w:t>負債純資産合計</w:t>
            </w:r>
          </w:p>
        </w:tc>
        <w:tc>
          <w:tcPr>
            <w:tcW w:type="dxa" w:w="3324"/>
            <w:shd w:val="clear" w:fill="F7F8FA"/>
          </w:tcPr>
          <w:p>
            <w:r/>
            <w:r>
              <w:rPr>
                <w:rFonts w:eastAsia="Hiragino Sans" w:ascii="Hiragino Sans" w:hAnsi="Hiragino Sans"/>
                <w:b/>
                <w:sz w:val="18"/>
              </w:rPr>
              <w:t>61,700</w:t>
            </w:r>
          </w:p>
        </w:tc>
        <w:tc>
          <w:tcPr>
            <w:tcW w:type="dxa" w:w="3324"/>
            <w:shd w:val="clear" w:fill="F7F8FA"/>
          </w:tcPr>
          <w:p>
            <w:r/>
            <w:r>
              <w:rPr>
                <w:rFonts w:eastAsia="Hiragino Sans" w:ascii="Hiragino Sans" w:hAnsi="Hiragino Sans"/>
                <w:b/>
                <w:sz w:val="18"/>
              </w:rPr>
              <w:t>62,400</w:t>
            </w:r>
          </w:p>
        </w:tc>
      </w:tr>
    </w:tbl>
    <w:p>
      <w:pPr>
        <w:spacing w:after="40"/>
      </w:pPr>
    </w:p>
    <w:p>
      <w:pPr>
        <w:pStyle w:val="Heading3"/>
      </w:pPr>
      <w:r>
        <w:t>(2) 連結損益計算書及び連結包括利益計算書</w:t>
      </w:r>
    </w:p>
    <w:p>
      <w:pPr>
        <w:spacing w:after="80"/>
      </w:pPr>
      <w:r>
        <w:rPr>
          <w:rFonts w:eastAsia="Hiragino Sans" w:ascii="Hiragino Sans" w:hAnsi="Hiragino Sans"/>
          <w:b/>
          <w:i w:val="0"/>
        </w:rPr>
        <w:t>連結損益計算書</w:t>
      </w:r>
      <w:r>
        <w:rPr>
          <w:rFonts w:eastAsia="Hiragino Sans" w:ascii="Hiragino Sans" w:hAnsi="Hiragino Sans"/>
          <w:b w:val="0"/>
          <w:i w:val="0"/>
        </w:rPr>
        <w:t>（単位：百万円）</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科目</w:t>
            </w:r>
          </w:p>
        </w:tc>
        <w:tc>
          <w:tcPr>
            <w:tcW w:type="dxa" w:w="3324"/>
            <w:shd w:val="clear" w:fill="24406B"/>
          </w:tcPr>
          <w:p>
            <w:r/>
            <w:r>
              <w:rPr>
                <w:rFonts w:eastAsia="Hiragino Sans" w:ascii="Hiragino Sans" w:hAnsi="Hiragino Sans"/>
                <w:b/>
                <w:color w:val="FFFFFF"/>
                <w:sz w:val="18"/>
              </w:rPr>
              <w:t>前連結会計年度(自2024年4月1日 至2025年3月31日)</w:t>
            </w:r>
          </w:p>
        </w:tc>
        <w:tc>
          <w:tcPr>
            <w:tcW w:type="dxa" w:w="3324"/>
            <w:shd w:val="clear" w:fill="24406B"/>
          </w:tcPr>
          <w:p>
            <w:r/>
            <w:r>
              <w:rPr>
                <w:rFonts w:eastAsia="Hiragino Sans" w:ascii="Hiragino Sans" w:hAnsi="Hiragino Sans"/>
                <w:b/>
                <w:color w:val="FFFFFF"/>
                <w:sz w:val="18"/>
              </w:rPr>
              <w:t>当連結会計年度(自2025年4月1日 至2026年3月31日)</w:t>
            </w:r>
          </w:p>
        </w:tc>
      </w:tr>
      <w:tr>
        <w:tc>
          <w:tcPr>
            <w:tcW w:type="dxa" w:w="3324"/>
          </w:tcPr>
          <w:p>
            <w:r/>
            <w:r>
              <w:rPr>
                <w:rFonts w:eastAsia="Hiragino Sans" w:ascii="Hiragino Sans" w:hAnsi="Hiragino Sans"/>
                <w:b w:val="0"/>
                <w:sz w:val="18"/>
              </w:rPr>
              <w:t>売上高</w:t>
            </w:r>
          </w:p>
        </w:tc>
        <w:tc>
          <w:tcPr>
            <w:tcW w:type="dxa" w:w="3324"/>
          </w:tcPr>
          <w:p>
            <w:r/>
            <w:r>
              <w:rPr>
                <w:rFonts w:eastAsia="Hiragino Sans" w:ascii="Hiragino Sans" w:hAnsi="Hiragino Sans"/>
                <w:b w:val="0"/>
                <w:sz w:val="18"/>
              </w:rPr>
              <w:t>46,500</w:t>
            </w:r>
          </w:p>
        </w:tc>
        <w:tc>
          <w:tcPr>
            <w:tcW w:type="dxa" w:w="3324"/>
          </w:tcPr>
          <w:p>
            <w:r/>
            <w:r>
              <w:rPr>
                <w:rFonts w:eastAsia="Hiragino Sans" w:ascii="Hiragino Sans" w:hAnsi="Hiragino Sans"/>
                <w:b w:val="0"/>
                <w:sz w:val="18"/>
              </w:rPr>
              <w:t>48,600</w:t>
            </w:r>
          </w:p>
        </w:tc>
      </w:tr>
      <w:tr>
        <w:tc>
          <w:tcPr>
            <w:tcW w:type="dxa" w:w="3324"/>
            <w:shd w:val="clear" w:fill="F7F8FA"/>
          </w:tcPr>
          <w:p>
            <w:r/>
            <w:r>
              <w:rPr>
                <w:rFonts w:eastAsia="Hiragino Sans" w:ascii="Hiragino Sans" w:hAnsi="Hiragino Sans"/>
                <w:b w:val="0"/>
                <w:sz w:val="18"/>
              </w:rPr>
              <w:t>売上原価</w:t>
            </w:r>
          </w:p>
        </w:tc>
        <w:tc>
          <w:tcPr>
            <w:tcW w:type="dxa" w:w="3324"/>
            <w:shd w:val="clear" w:fill="F7F8FA"/>
          </w:tcPr>
          <w:p>
            <w:r/>
            <w:r>
              <w:rPr>
                <w:rFonts w:eastAsia="Hiragino Sans" w:ascii="Hiragino Sans" w:hAnsi="Hiragino Sans"/>
                <w:b w:val="0"/>
                <w:sz w:val="18"/>
              </w:rPr>
              <w:t>34,950</w:t>
            </w:r>
          </w:p>
        </w:tc>
        <w:tc>
          <w:tcPr>
            <w:tcW w:type="dxa" w:w="3324"/>
            <w:shd w:val="clear" w:fill="F7F8FA"/>
          </w:tcPr>
          <w:p>
            <w:r/>
            <w:r>
              <w:rPr>
                <w:rFonts w:eastAsia="Hiragino Sans" w:ascii="Hiragino Sans" w:hAnsi="Hiragino Sans"/>
                <w:b w:val="0"/>
                <w:sz w:val="18"/>
              </w:rPr>
              <w:t>36,450</w:t>
            </w:r>
          </w:p>
        </w:tc>
      </w:tr>
      <w:tr>
        <w:tc>
          <w:tcPr>
            <w:tcW w:type="dxa" w:w="3324"/>
          </w:tcPr>
          <w:p>
            <w:r/>
            <w:r>
              <w:rPr>
                <w:rFonts w:eastAsia="Hiragino Sans" w:ascii="Hiragino Sans" w:hAnsi="Hiragino Sans"/>
                <w:b/>
                <w:sz w:val="18"/>
              </w:rPr>
              <w:t>売上総利益</w:t>
            </w:r>
          </w:p>
        </w:tc>
        <w:tc>
          <w:tcPr>
            <w:tcW w:type="dxa" w:w="3324"/>
          </w:tcPr>
          <w:p>
            <w:r/>
            <w:r>
              <w:rPr>
                <w:rFonts w:eastAsia="Hiragino Sans" w:ascii="Hiragino Sans" w:hAnsi="Hiragino Sans"/>
                <w:b/>
                <w:sz w:val="18"/>
              </w:rPr>
              <w:t>11,550</w:t>
            </w:r>
          </w:p>
        </w:tc>
        <w:tc>
          <w:tcPr>
            <w:tcW w:type="dxa" w:w="3324"/>
          </w:tcPr>
          <w:p>
            <w:r/>
            <w:r>
              <w:rPr>
                <w:rFonts w:eastAsia="Hiragino Sans" w:ascii="Hiragino Sans" w:hAnsi="Hiragino Sans"/>
                <w:b/>
                <w:sz w:val="18"/>
              </w:rPr>
              <w:t>12,150</w:t>
            </w:r>
          </w:p>
        </w:tc>
      </w:tr>
      <w:tr>
        <w:tc>
          <w:tcPr>
            <w:tcW w:type="dxa" w:w="3324"/>
            <w:shd w:val="clear" w:fill="F7F8FA"/>
          </w:tcPr>
          <w:p>
            <w:r/>
            <w:r>
              <w:rPr>
                <w:rFonts w:eastAsia="Hiragino Sans" w:ascii="Hiragino Sans" w:hAnsi="Hiragino Sans"/>
                <w:b w:val="0"/>
                <w:sz w:val="18"/>
              </w:rPr>
              <w:t>販売費及び一般管理費</w:t>
            </w:r>
          </w:p>
        </w:tc>
        <w:tc>
          <w:tcPr>
            <w:tcW w:type="dxa" w:w="3324"/>
            <w:shd w:val="clear" w:fill="F7F8FA"/>
          </w:tcPr>
          <w:p>
            <w:r/>
            <w:r>
              <w:rPr>
                <w:rFonts w:eastAsia="Hiragino Sans" w:ascii="Hiragino Sans" w:hAnsi="Hiragino Sans"/>
                <w:b w:val="0"/>
                <w:sz w:val="18"/>
              </w:rPr>
              <w:t>7,870</w:t>
            </w:r>
          </w:p>
        </w:tc>
        <w:tc>
          <w:tcPr>
            <w:tcW w:type="dxa" w:w="3324"/>
            <w:shd w:val="clear" w:fill="F7F8FA"/>
          </w:tcPr>
          <w:p>
            <w:r/>
            <w:r>
              <w:rPr>
                <w:rFonts w:eastAsia="Hiragino Sans" w:ascii="Hiragino Sans" w:hAnsi="Hiragino Sans"/>
                <w:b w:val="0"/>
                <w:sz w:val="18"/>
              </w:rPr>
              <w:t>8,250</w:t>
            </w:r>
          </w:p>
        </w:tc>
      </w:tr>
      <w:tr>
        <w:tc>
          <w:tcPr>
            <w:tcW w:type="dxa" w:w="3324"/>
          </w:tcPr>
          <w:p>
            <w:r/>
            <w:r>
              <w:rPr>
                <w:rFonts w:eastAsia="Hiragino Sans" w:ascii="Hiragino Sans" w:hAnsi="Hiragino Sans"/>
                <w:b/>
                <w:sz w:val="18"/>
              </w:rPr>
              <w:t>営業利益</w:t>
            </w:r>
          </w:p>
        </w:tc>
        <w:tc>
          <w:tcPr>
            <w:tcW w:type="dxa" w:w="3324"/>
          </w:tcPr>
          <w:p>
            <w:r/>
            <w:r>
              <w:rPr>
                <w:rFonts w:eastAsia="Hiragino Sans" w:ascii="Hiragino Sans" w:hAnsi="Hiragino Sans"/>
                <w:b/>
                <w:sz w:val="18"/>
              </w:rPr>
              <w:t>3,680</w:t>
            </w:r>
          </w:p>
        </w:tc>
        <w:tc>
          <w:tcPr>
            <w:tcW w:type="dxa" w:w="3324"/>
          </w:tcPr>
          <w:p>
            <w:r/>
            <w:r>
              <w:rPr>
                <w:rFonts w:eastAsia="Hiragino Sans" w:ascii="Hiragino Sans" w:hAnsi="Hiragino Sans"/>
                <w:b/>
                <w:sz w:val="18"/>
              </w:rPr>
              <w:t>3,900</w:t>
            </w:r>
          </w:p>
        </w:tc>
      </w:tr>
      <w:tr>
        <w:tc>
          <w:tcPr>
            <w:tcW w:type="dxa" w:w="3324"/>
            <w:shd w:val="clear" w:fill="F7F8FA"/>
          </w:tcPr>
          <w:p>
            <w:r/>
            <w:r>
              <w:rPr>
                <w:rFonts w:eastAsia="Hiragino Sans" w:ascii="Hiragino Sans" w:hAnsi="Hiragino Sans"/>
                <w:b w:val="0"/>
                <w:sz w:val="18"/>
              </w:rPr>
              <w:t>営業外収益（受取利息）</w:t>
            </w:r>
          </w:p>
        </w:tc>
        <w:tc>
          <w:tcPr>
            <w:tcW w:type="dxa" w:w="3324"/>
            <w:shd w:val="clear" w:fill="F7F8FA"/>
          </w:tcPr>
          <w:p>
            <w:r/>
            <w:r>
              <w:rPr>
                <w:rFonts w:eastAsia="Hiragino Sans" w:ascii="Hiragino Sans" w:hAnsi="Hiragino Sans"/>
                <w:b w:val="0"/>
                <w:sz w:val="18"/>
              </w:rPr>
              <w:t>38</w:t>
            </w:r>
          </w:p>
        </w:tc>
        <w:tc>
          <w:tcPr>
            <w:tcW w:type="dxa" w:w="3324"/>
            <w:shd w:val="clear" w:fill="F7F8FA"/>
          </w:tcPr>
          <w:p>
            <w:r/>
            <w:r>
              <w:rPr>
                <w:rFonts w:eastAsia="Hiragino Sans" w:ascii="Hiragino Sans" w:hAnsi="Hiragino Sans"/>
                <w:b w:val="0"/>
                <w:sz w:val="18"/>
              </w:rPr>
              <w:t>42</w:t>
            </w:r>
          </w:p>
        </w:tc>
      </w:tr>
      <w:tr>
        <w:tc>
          <w:tcPr>
            <w:tcW w:type="dxa" w:w="3324"/>
          </w:tcPr>
          <w:p>
            <w:r/>
            <w:r>
              <w:rPr>
                <w:rFonts w:eastAsia="Hiragino Sans" w:ascii="Hiragino Sans" w:hAnsi="Hiragino Sans"/>
                <w:b w:val="0"/>
                <w:sz w:val="18"/>
              </w:rPr>
              <w:t>営業外収益（受取配当金）</w:t>
            </w:r>
          </w:p>
        </w:tc>
        <w:tc>
          <w:tcPr>
            <w:tcW w:type="dxa" w:w="3324"/>
          </w:tcPr>
          <w:p>
            <w:r/>
            <w:r>
              <w:rPr>
                <w:rFonts w:eastAsia="Hiragino Sans" w:ascii="Hiragino Sans" w:hAnsi="Hiragino Sans"/>
                <w:b w:val="0"/>
                <w:sz w:val="18"/>
              </w:rPr>
              <w:t>52</w:t>
            </w:r>
          </w:p>
        </w:tc>
        <w:tc>
          <w:tcPr>
            <w:tcW w:type="dxa" w:w="3324"/>
          </w:tcPr>
          <w:p>
            <w:r/>
            <w:r>
              <w:rPr>
                <w:rFonts w:eastAsia="Hiragino Sans" w:ascii="Hiragino Sans" w:hAnsi="Hiragino Sans"/>
                <w:b w:val="0"/>
                <w:sz w:val="18"/>
              </w:rPr>
              <w:t>58</w:t>
            </w:r>
          </w:p>
        </w:tc>
      </w:tr>
      <w:tr>
        <w:tc>
          <w:tcPr>
            <w:tcW w:type="dxa" w:w="3324"/>
            <w:shd w:val="clear" w:fill="F7F8FA"/>
          </w:tcPr>
          <w:p>
            <w:r/>
            <w:r>
              <w:rPr>
                <w:rFonts w:eastAsia="Hiragino Sans" w:ascii="Hiragino Sans" w:hAnsi="Hiragino Sans"/>
                <w:b w:val="0"/>
                <w:sz w:val="18"/>
              </w:rPr>
              <w:t>営業外収益（持分法による投資利益）</w:t>
            </w:r>
          </w:p>
        </w:tc>
        <w:tc>
          <w:tcPr>
            <w:tcW w:type="dxa" w:w="3324"/>
            <w:shd w:val="clear" w:fill="F7F8FA"/>
          </w:tcPr>
          <w:p>
            <w:r/>
            <w:r>
              <w:rPr>
                <w:rFonts w:eastAsia="Hiragino Sans" w:ascii="Hiragino Sans" w:hAnsi="Hiragino Sans"/>
                <w:b w:val="0"/>
                <w:sz w:val="18"/>
              </w:rPr>
              <w:t>190</w:t>
            </w:r>
          </w:p>
        </w:tc>
        <w:tc>
          <w:tcPr>
            <w:tcW w:type="dxa" w:w="3324"/>
            <w:shd w:val="clear" w:fill="F7F8FA"/>
          </w:tcPr>
          <w:p>
            <w:r/>
            <w:r>
              <w:rPr>
                <w:rFonts w:eastAsia="Hiragino Sans" w:ascii="Hiragino Sans" w:hAnsi="Hiragino Sans"/>
                <w:b w:val="0"/>
                <w:sz w:val="18"/>
              </w:rPr>
              <w:t>215</w:t>
            </w:r>
          </w:p>
        </w:tc>
      </w:tr>
      <w:tr>
        <w:tc>
          <w:tcPr>
            <w:tcW w:type="dxa" w:w="3324"/>
          </w:tcPr>
          <w:p>
            <w:r/>
            <w:r>
              <w:rPr>
                <w:rFonts w:eastAsia="Hiragino Sans" w:ascii="Hiragino Sans" w:hAnsi="Hiragino Sans"/>
                <w:b w:val="0"/>
                <w:sz w:val="18"/>
              </w:rPr>
              <w:t>営業外収益（為替差益）</w:t>
            </w:r>
          </w:p>
        </w:tc>
        <w:tc>
          <w:tcPr>
            <w:tcW w:type="dxa" w:w="3324"/>
          </w:tcPr>
          <w:p>
            <w:r/>
            <w:r>
              <w:rPr>
                <w:rFonts w:eastAsia="Hiragino Sans" w:ascii="Hiragino Sans" w:hAnsi="Hiragino Sans"/>
                <w:b w:val="0"/>
                <w:sz w:val="18"/>
              </w:rPr>
              <w:t>95</w:t>
            </w:r>
          </w:p>
        </w:tc>
        <w:tc>
          <w:tcPr>
            <w:tcW w:type="dxa" w:w="3324"/>
          </w:tcPr>
          <w:p>
            <w:r/>
            <w:r>
              <w:rPr>
                <w:rFonts w:eastAsia="Hiragino Sans" w:ascii="Hiragino Sans" w:hAnsi="Hiragino Sans"/>
                <w:b w:val="0"/>
                <w:sz w:val="18"/>
              </w:rPr>
              <w:t>—</w:t>
            </w:r>
          </w:p>
        </w:tc>
      </w:tr>
      <w:tr>
        <w:tc>
          <w:tcPr>
            <w:tcW w:type="dxa" w:w="3324"/>
            <w:shd w:val="clear" w:fill="F7F8FA"/>
          </w:tcPr>
          <w:p>
            <w:r/>
            <w:r>
              <w:rPr>
                <w:rFonts w:eastAsia="Hiragino Sans" w:ascii="Hiragino Sans" w:hAnsi="Hiragino Sans"/>
                <w:b w:val="0"/>
                <w:sz w:val="18"/>
              </w:rPr>
              <w:t>営業外収益（雑収入）</w:t>
            </w:r>
          </w:p>
        </w:tc>
        <w:tc>
          <w:tcPr>
            <w:tcW w:type="dxa" w:w="3324"/>
            <w:shd w:val="clear" w:fill="F7F8FA"/>
          </w:tcPr>
          <w:p>
            <w:r/>
            <w:r>
              <w:rPr>
                <w:rFonts w:eastAsia="Hiragino Sans" w:ascii="Hiragino Sans" w:hAnsi="Hiragino Sans"/>
                <w:b w:val="0"/>
                <w:sz w:val="18"/>
              </w:rPr>
              <w:t>75</w:t>
            </w:r>
          </w:p>
        </w:tc>
        <w:tc>
          <w:tcPr>
            <w:tcW w:type="dxa" w:w="3324"/>
            <w:shd w:val="clear" w:fill="F7F8FA"/>
          </w:tcPr>
          <w:p>
            <w:r/>
            <w:r>
              <w:rPr>
                <w:rFonts w:eastAsia="Hiragino Sans" w:ascii="Hiragino Sans" w:hAnsi="Hiragino Sans"/>
                <w:b w:val="0"/>
                <w:sz w:val="18"/>
              </w:rPr>
              <w:t>155</w:t>
            </w:r>
          </w:p>
        </w:tc>
      </w:tr>
      <w:tr>
        <w:tc>
          <w:tcPr>
            <w:tcW w:type="dxa" w:w="3324"/>
          </w:tcPr>
          <w:p>
            <w:r/>
            <w:r>
              <w:rPr>
                <w:rFonts w:eastAsia="Hiragino Sans" w:ascii="Hiragino Sans" w:hAnsi="Hiragino Sans"/>
                <w:b w:val="0"/>
                <w:sz w:val="18"/>
              </w:rPr>
              <w:t>営業外費用（支払利息）</w:t>
            </w:r>
          </w:p>
        </w:tc>
        <w:tc>
          <w:tcPr>
            <w:tcW w:type="dxa" w:w="3324"/>
          </w:tcPr>
          <w:p>
            <w:r/>
            <w:r>
              <w:rPr>
                <w:rFonts w:eastAsia="Hiragino Sans" w:ascii="Hiragino Sans" w:hAnsi="Hiragino Sans"/>
                <w:b w:val="0"/>
                <w:sz w:val="18"/>
              </w:rPr>
              <w:t>105</w:t>
            </w:r>
          </w:p>
        </w:tc>
        <w:tc>
          <w:tcPr>
            <w:tcW w:type="dxa" w:w="3324"/>
          </w:tcPr>
          <w:p>
            <w:r/>
            <w:r>
              <w:rPr>
                <w:rFonts w:eastAsia="Hiragino Sans" w:ascii="Hiragino Sans" w:hAnsi="Hiragino Sans"/>
                <w:b w:val="0"/>
                <w:sz w:val="18"/>
              </w:rPr>
              <w:t>95</w:t>
            </w:r>
          </w:p>
        </w:tc>
      </w:tr>
      <w:tr>
        <w:tc>
          <w:tcPr>
            <w:tcW w:type="dxa" w:w="3324"/>
            <w:shd w:val="clear" w:fill="F7F8FA"/>
          </w:tcPr>
          <w:p>
            <w:r/>
            <w:r>
              <w:rPr>
                <w:rFonts w:eastAsia="Hiragino Sans" w:ascii="Hiragino Sans" w:hAnsi="Hiragino Sans"/>
                <w:b w:val="0"/>
                <w:sz w:val="18"/>
              </w:rPr>
              <w:t>営業外費用（為替差損）</w:t>
            </w:r>
          </w:p>
        </w:tc>
        <w:tc>
          <w:tcPr>
            <w:tcW w:type="dxa" w:w="3324"/>
            <w:shd w:val="clear" w:fill="F7F8FA"/>
          </w:tcPr>
          <w:p>
            <w:r/>
            <w:r>
              <w:rPr>
                <w:rFonts w:eastAsia="Hiragino Sans" w:ascii="Hiragino Sans" w:hAnsi="Hiragino Sans"/>
                <w:b w:val="0"/>
                <w:sz w:val="18"/>
              </w:rPr>
              <w:t>—</w:t>
            </w:r>
          </w:p>
        </w:tc>
        <w:tc>
          <w:tcPr>
            <w:tcW w:type="dxa" w:w="3324"/>
            <w:shd w:val="clear" w:fill="F7F8FA"/>
          </w:tcPr>
          <w:p>
            <w:r/>
            <w:r>
              <w:rPr>
                <w:rFonts w:eastAsia="Hiragino Sans" w:ascii="Hiragino Sans" w:hAnsi="Hiragino Sans"/>
                <w:b w:val="0"/>
                <w:sz w:val="18"/>
              </w:rPr>
              <w:t>85</w:t>
            </w:r>
          </w:p>
        </w:tc>
      </w:tr>
      <w:tr>
        <w:tc>
          <w:tcPr>
            <w:tcW w:type="dxa" w:w="3324"/>
          </w:tcPr>
          <w:p>
            <w:r/>
            <w:r>
              <w:rPr>
                <w:rFonts w:eastAsia="Hiragino Sans" w:ascii="Hiragino Sans" w:hAnsi="Hiragino Sans"/>
                <w:b w:val="0"/>
                <w:sz w:val="18"/>
              </w:rPr>
              <w:t>営業外費用（その他）</w:t>
            </w:r>
          </w:p>
        </w:tc>
        <w:tc>
          <w:tcPr>
            <w:tcW w:type="dxa" w:w="3324"/>
          </w:tcPr>
          <w:p>
            <w:r/>
            <w:r>
              <w:rPr>
                <w:rFonts w:eastAsia="Hiragino Sans" w:ascii="Hiragino Sans" w:hAnsi="Hiragino Sans"/>
                <w:b w:val="0"/>
                <w:sz w:val="18"/>
              </w:rPr>
              <w:t>135</w:t>
            </w:r>
          </w:p>
        </w:tc>
        <w:tc>
          <w:tcPr>
            <w:tcW w:type="dxa" w:w="3324"/>
          </w:tcPr>
          <w:p>
            <w:r/>
            <w:r>
              <w:rPr>
                <w:rFonts w:eastAsia="Hiragino Sans" w:ascii="Hiragino Sans" w:hAnsi="Hiragino Sans"/>
                <w:b w:val="0"/>
                <w:sz w:val="18"/>
              </w:rPr>
              <w:t>40</w:t>
            </w:r>
          </w:p>
        </w:tc>
      </w:tr>
      <w:tr>
        <w:tc>
          <w:tcPr>
            <w:tcW w:type="dxa" w:w="3324"/>
            <w:shd w:val="clear" w:fill="F7F8FA"/>
          </w:tcPr>
          <w:p>
            <w:r/>
            <w:r>
              <w:rPr>
                <w:rFonts w:eastAsia="Hiragino Sans" w:ascii="Hiragino Sans" w:hAnsi="Hiragino Sans"/>
                <w:b/>
                <w:sz w:val="18"/>
              </w:rPr>
              <w:t>経常利益</w:t>
            </w:r>
          </w:p>
        </w:tc>
        <w:tc>
          <w:tcPr>
            <w:tcW w:type="dxa" w:w="3324"/>
            <w:shd w:val="clear" w:fill="F7F8FA"/>
          </w:tcPr>
          <w:p>
            <w:r/>
            <w:r>
              <w:rPr>
                <w:rFonts w:eastAsia="Hiragino Sans" w:ascii="Hiragino Sans" w:hAnsi="Hiragino Sans"/>
                <w:b/>
                <w:sz w:val="18"/>
              </w:rPr>
              <w:t>3,890</w:t>
            </w:r>
          </w:p>
        </w:tc>
        <w:tc>
          <w:tcPr>
            <w:tcW w:type="dxa" w:w="3324"/>
            <w:shd w:val="clear" w:fill="F7F8FA"/>
          </w:tcPr>
          <w:p>
            <w:r/>
            <w:r>
              <w:rPr>
                <w:rFonts w:eastAsia="Hiragino Sans" w:ascii="Hiragino Sans" w:hAnsi="Hiragino Sans"/>
                <w:b/>
                <w:sz w:val="18"/>
              </w:rPr>
              <w:t>4,150</w:t>
            </w:r>
          </w:p>
        </w:tc>
      </w:tr>
      <w:tr>
        <w:tc>
          <w:tcPr>
            <w:tcW w:type="dxa" w:w="3324"/>
          </w:tcPr>
          <w:p>
            <w:r/>
            <w:r>
              <w:rPr>
                <w:rFonts w:eastAsia="Hiragino Sans" w:ascii="Hiragino Sans" w:hAnsi="Hiragino Sans"/>
                <w:b w:val="0"/>
                <w:sz w:val="18"/>
              </w:rPr>
              <w:t>特別利益（固定資産売却益）</w:t>
            </w:r>
          </w:p>
        </w:tc>
        <w:tc>
          <w:tcPr>
            <w:tcW w:type="dxa" w:w="3324"/>
          </w:tcPr>
          <w:p>
            <w:r/>
            <w:r>
              <w:rPr>
                <w:rFonts w:eastAsia="Hiragino Sans" w:ascii="Hiragino Sans" w:hAnsi="Hiragino Sans"/>
                <w:b w:val="0"/>
                <w:sz w:val="18"/>
              </w:rPr>
              <w:t>30</w:t>
            </w:r>
          </w:p>
        </w:tc>
        <w:tc>
          <w:tcPr>
            <w:tcW w:type="dxa" w:w="3324"/>
          </w:tcPr>
          <w:p>
            <w:r/>
            <w:r>
              <w:rPr>
                <w:rFonts w:eastAsia="Hiragino Sans" w:ascii="Hiragino Sans" w:hAnsi="Hiragino Sans"/>
                <w:b w:val="0"/>
                <w:sz w:val="18"/>
              </w:rPr>
              <w:t>—</w:t>
            </w:r>
          </w:p>
        </w:tc>
      </w:tr>
      <w:tr>
        <w:tc>
          <w:tcPr>
            <w:tcW w:type="dxa" w:w="3324"/>
            <w:shd w:val="clear" w:fill="F7F8FA"/>
          </w:tcPr>
          <w:p>
            <w:r/>
            <w:r>
              <w:rPr>
                <w:rFonts w:eastAsia="Hiragino Sans" w:ascii="Hiragino Sans" w:hAnsi="Hiragino Sans"/>
                <w:b w:val="0"/>
                <w:sz w:val="18"/>
              </w:rPr>
              <w:t>特別利益（投資有価証券売却益）</w:t>
            </w:r>
          </w:p>
        </w:tc>
        <w:tc>
          <w:tcPr>
            <w:tcW w:type="dxa" w:w="3324"/>
            <w:shd w:val="clear" w:fill="F7F8FA"/>
          </w:tcPr>
          <w:p>
            <w:r/>
            <w:r>
              <w:rPr>
                <w:rFonts w:eastAsia="Hiragino Sans" w:ascii="Hiragino Sans" w:hAnsi="Hiragino Sans"/>
                <w:b w:val="0"/>
                <w:sz w:val="18"/>
              </w:rPr>
              <w:t>—</w:t>
            </w:r>
          </w:p>
        </w:tc>
        <w:tc>
          <w:tcPr>
            <w:tcW w:type="dxa" w:w="3324"/>
            <w:shd w:val="clear" w:fill="F7F8FA"/>
          </w:tcPr>
          <w:p>
            <w:r/>
            <w:r>
              <w:rPr>
                <w:rFonts w:eastAsia="Hiragino Sans" w:ascii="Hiragino Sans" w:hAnsi="Hiragino Sans"/>
                <w:b w:val="0"/>
                <w:sz w:val="18"/>
              </w:rPr>
              <w:t>45</w:t>
            </w:r>
          </w:p>
        </w:tc>
      </w:tr>
      <w:tr>
        <w:tc>
          <w:tcPr>
            <w:tcW w:type="dxa" w:w="3324"/>
          </w:tcPr>
          <w:p>
            <w:r/>
            <w:r>
              <w:rPr>
                <w:rFonts w:eastAsia="Hiragino Sans" w:ascii="Hiragino Sans" w:hAnsi="Hiragino Sans"/>
                <w:b w:val="0"/>
                <w:sz w:val="18"/>
              </w:rPr>
              <w:t>特別損失（減損損失）</w:t>
            </w:r>
          </w:p>
        </w:tc>
        <w:tc>
          <w:tcPr>
            <w:tcW w:type="dxa" w:w="3324"/>
          </w:tcPr>
          <w:p>
            <w:r/>
            <w:r>
              <w:rPr>
                <w:rFonts w:eastAsia="Hiragino Sans" w:ascii="Hiragino Sans" w:hAnsi="Hiragino Sans"/>
                <w:b w:val="0"/>
                <w:sz w:val="18"/>
              </w:rPr>
              <w:t>—</w:t>
            </w:r>
          </w:p>
        </w:tc>
        <w:tc>
          <w:tcPr>
            <w:tcW w:type="dxa" w:w="3324"/>
          </w:tcPr>
          <w:p>
            <w:r/>
            <w:r>
              <w:rPr>
                <w:rFonts w:eastAsia="Hiragino Sans" w:ascii="Hiragino Sans" w:hAnsi="Hiragino Sans"/>
                <w:b w:val="0"/>
                <w:sz w:val="18"/>
              </w:rPr>
              <w:t>180</w:t>
            </w:r>
          </w:p>
        </w:tc>
      </w:tr>
      <w:tr>
        <w:tc>
          <w:tcPr>
            <w:tcW w:type="dxa" w:w="3324"/>
            <w:shd w:val="clear" w:fill="F7F8FA"/>
          </w:tcPr>
          <w:p>
            <w:r/>
            <w:r>
              <w:rPr>
                <w:rFonts w:eastAsia="Hiragino Sans" w:ascii="Hiragino Sans" w:hAnsi="Hiragino Sans"/>
                <w:b w:val="0"/>
                <w:sz w:val="18"/>
              </w:rPr>
              <w:t>特別損失（固定資産除却損）</w:t>
            </w:r>
          </w:p>
        </w:tc>
        <w:tc>
          <w:tcPr>
            <w:tcW w:type="dxa" w:w="3324"/>
            <w:shd w:val="clear" w:fill="F7F8FA"/>
          </w:tcPr>
          <w:p>
            <w:r/>
            <w:r>
              <w:rPr>
                <w:rFonts w:eastAsia="Hiragino Sans" w:ascii="Hiragino Sans" w:hAnsi="Hiragino Sans"/>
                <w:b w:val="0"/>
                <w:sz w:val="18"/>
              </w:rPr>
              <w:t>120</w:t>
            </w:r>
          </w:p>
        </w:tc>
        <w:tc>
          <w:tcPr>
            <w:tcW w:type="dxa" w:w="3324"/>
            <w:shd w:val="clear" w:fill="F7F8FA"/>
          </w:tcPr>
          <w:p>
            <w:r/>
            <w:r>
              <w:rPr>
                <w:rFonts w:eastAsia="Hiragino Sans" w:ascii="Hiragino Sans" w:hAnsi="Hiragino Sans"/>
                <w:b w:val="0"/>
                <w:sz w:val="18"/>
              </w:rPr>
              <w:t>55</w:t>
            </w:r>
          </w:p>
        </w:tc>
      </w:tr>
      <w:tr>
        <w:tc>
          <w:tcPr>
            <w:tcW w:type="dxa" w:w="3324"/>
          </w:tcPr>
          <w:p>
            <w:r/>
            <w:r>
              <w:rPr>
                <w:rFonts w:eastAsia="Hiragino Sans" w:ascii="Hiragino Sans" w:hAnsi="Hiragino Sans"/>
                <w:b/>
                <w:sz w:val="18"/>
              </w:rPr>
              <w:t>税金等調整前当期純利益</w:t>
            </w:r>
          </w:p>
        </w:tc>
        <w:tc>
          <w:tcPr>
            <w:tcW w:type="dxa" w:w="3324"/>
          </w:tcPr>
          <w:p>
            <w:r/>
            <w:r>
              <w:rPr>
                <w:rFonts w:eastAsia="Hiragino Sans" w:ascii="Hiragino Sans" w:hAnsi="Hiragino Sans"/>
                <w:b/>
                <w:sz w:val="18"/>
              </w:rPr>
              <w:t>3,800</w:t>
            </w:r>
          </w:p>
        </w:tc>
        <w:tc>
          <w:tcPr>
            <w:tcW w:type="dxa" w:w="3324"/>
          </w:tcPr>
          <w:p>
            <w:r/>
            <w:r>
              <w:rPr>
                <w:rFonts w:eastAsia="Hiragino Sans" w:ascii="Hiragino Sans" w:hAnsi="Hiragino Sans"/>
                <w:b/>
                <w:sz w:val="18"/>
              </w:rPr>
              <w:t>3,960</w:t>
            </w:r>
          </w:p>
        </w:tc>
      </w:tr>
      <w:tr>
        <w:tc>
          <w:tcPr>
            <w:tcW w:type="dxa" w:w="3324"/>
            <w:shd w:val="clear" w:fill="F7F8FA"/>
          </w:tcPr>
          <w:p>
            <w:r/>
            <w:r>
              <w:rPr>
                <w:rFonts w:eastAsia="Hiragino Sans" w:ascii="Hiragino Sans" w:hAnsi="Hiragino Sans"/>
                <w:b w:val="0"/>
                <w:sz w:val="18"/>
              </w:rPr>
              <w:t>法人税、住民税及び事業税</w:t>
            </w:r>
          </w:p>
        </w:tc>
        <w:tc>
          <w:tcPr>
            <w:tcW w:type="dxa" w:w="3324"/>
            <w:shd w:val="clear" w:fill="F7F8FA"/>
          </w:tcPr>
          <w:p>
            <w:r/>
            <w:r>
              <w:rPr>
                <w:rFonts w:eastAsia="Hiragino Sans" w:ascii="Hiragino Sans" w:hAnsi="Hiragino Sans"/>
                <w:b w:val="0"/>
                <w:sz w:val="18"/>
              </w:rPr>
              <w:t>1,235</w:t>
            </w:r>
          </w:p>
        </w:tc>
        <w:tc>
          <w:tcPr>
            <w:tcW w:type="dxa" w:w="3324"/>
            <w:shd w:val="clear" w:fill="F7F8FA"/>
          </w:tcPr>
          <w:p>
            <w:r/>
            <w:r>
              <w:rPr>
                <w:rFonts w:eastAsia="Hiragino Sans" w:ascii="Hiragino Sans" w:hAnsi="Hiragino Sans"/>
                <w:b w:val="0"/>
                <w:sz w:val="18"/>
              </w:rPr>
              <w:t>1,250</w:t>
            </w:r>
          </w:p>
        </w:tc>
      </w:tr>
      <w:tr>
        <w:tc>
          <w:tcPr>
            <w:tcW w:type="dxa" w:w="3324"/>
          </w:tcPr>
          <w:p>
            <w:r/>
            <w:r>
              <w:rPr>
                <w:rFonts w:eastAsia="Hiragino Sans" w:ascii="Hiragino Sans" w:hAnsi="Hiragino Sans"/>
                <w:b w:val="0"/>
                <w:sz w:val="18"/>
              </w:rPr>
              <w:t>法人税等調整額</w:t>
            </w:r>
          </w:p>
        </w:tc>
        <w:tc>
          <w:tcPr>
            <w:tcW w:type="dxa" w:w="3324"/>
          </w:tcPr>
          <w:p>
            <w:r/>
            <w:r>
              <w:rPr>
                <w:rFonts w:eastAsia="Hiragino Sans" w:ascii="Hiragino Sans" w:hAnsi="Hiragino Sans"/>
                <w:b w:val="0"/>
                <w:sz w:val="18"/>
              </w:rPr>
              <w:t>5</w:t>
            </w:r>
          </w:p>
        </w:tc>
        <w:tc>
          <w:tcPr>
            <w:tcW w:type="dxa" w:w="3324"/>
          </w:tcPr>
          <w:p>
            <w:r/>
            <w:r>
              <w:rPr>
                <w:rFonts w:eastAsia="Hiragino Sans" w:ascii="Hiragino Sans" w:hAnsi="Hiragino Sans"/>
                <w:b w:val="0"/>
                <w:sz w:val="18"/>
              </w:rPr>
              <w:t>△70</w:t>
            </w:r>
          </w:p>
        </w:tc>
      </w:tr>
      <w:tr>
        <w:tc>
          <w:tcPr>
            <w:tcW w:type="dxa" w:w="3324"/>
            <w:shd w:val="clear" w:fill="F7F8FA"/>
          </w:tcPr>
          <w:p>
            <w:r/>
            <w:r>
              <w:rPr>
                <w:rFonts w:eastAsia="Hiragino Sans" w:ascii="Hiragino Sans" w:hAnsi="Hiragino Sans"/>
                <w:b/>
                <w:sz w:val="18"/>
              </w:rPr>
              <w:t>当期純利益</w:t>
            </w:r>
          </w:p>
        </w:tc>
        <w:tc>
          <w:tcPr>
            <w:tcW w:type="dxa" w:w="3324"/>
            <w:shd w:val="clear" w:fill="F7F8FA"/>
          </w:tcPr>
          <w:p>
            <w:r/>
            <w:r>
              <w:rPr>
                <w:rFonts w:eastAsia="Hiragino Sans" w:ascii="Hiragino Sans" w:hAnsi="Hiragino Sans"/>
                <w:b/>
                <w:sz w:val="18"/>
              </w:rPr>
              <w:t>2,560</w:t>
            </w:r>
          </w:p>
        </w:tc>
        <w:tc>
          <w:tcPr>
            <w:tcW w:type="dxa" w:w="3324"/>
            <w:shd w:val="clear" w:fill="F7F8FA"/>
          </w:tcPr>
          <w:p>
            <w:r/>
            <w:r>
              <w:rPr>
                <w:rFonts w:eastAsia="Hiragino Sans" w:ascii="Hiragino Sans" w:hAnsi="Hiragino Sans"/>
                <w:b/>
                <w:sz w:val="18"/>
              </w:rPr>
              <w:t>2,780</w:t>
            </w:r>
          </w:p>
        </w:tc>
      </w:tr>
      <w:tr>
        <w:tc>
          <w:tcPr>
            <w:tcW w:type="dxa" w:w="3324"/>
          </w:tcPr>
          <w:p>
            <w:r/>
            <w:r>
              <w:rPr>
                <w:rFonts w:eastAsia="Hiragino Sans" w:ascii="Hiragino Sans" w:hAnsi="Hiragino Sans"/>
                <w:b w:val="0"/>
                <w:sz w:val="18"/>
              </w:rPr>
              <w:t>非支配株主に帰属する当期純利益</w:t>
            </w:r>
          </w:p>
        </w:tc>
        <w:tc>
          <w:tcPr>
            <w:tcW w:type="dxa" w:w="3324"/>
          </w:tcPr>
          <w:p>
            <w:r/>
            <w:r>
              <w:rPr>
                <w:rFonts w:eastAsia="Hiragino Sans" w:ascii="Hiragino Sans" w:hAnsi="Hiragino Sans"/>
                <w:b w:val="0"/>
                <w:sz w:val="18"/>
              </w:rPr>
              <w:t>50</w:t>
            </w:r>
          </w:p>
        </w:tc>
        <w:tc>
          <w:tcPr>
            <w:tcW w:type="dxa" w:w="3324"/>
          </w:tcPr>
          <w:p>
            <w:r/>
            <w:r>
              <w:rPr>
                <w:rFonts w:eastAsia="Hiragino Sans" w:ascii="Hiragino Sans" w:hAnsi="Hiragino Sans"/>
                <w:b w:val="0"/>
                <w:sz w:val="18"/>
              </w:rPr>
              <w:t>60</w:t>
            </w:r>
          </w:p>
        </w:tc>
      </w:tr>
      <w:tr>
        <w:tc>
          <w:tcPr>
            <w:tcW w:type="dxa" w:w="3324"/>
            <w:shd w:val="clear" w:fill="F7F8FA"/>
          </w:tcPr>
          <w:p>
            <w:r/>
            <w:r>
              <w:rPr>
                <w:rFonts w:eastAsia="Hiragino Sans" w:ascii="Hiragino Sans" w:hAnsi="Hiragino Sans"/>
                <w:b/>
                <w:sz w:val="18"/>
              </w:rPr>
              <w:t>親会社株主に帰属する当期純利益</w:t>
            </w:r>
          </w:p>
        </w:tc>
        <w:tc>
          <w:tcPr>
            <w:tcW w:type="dxa" w:w="3324"/>
            <w:shd w:val="clear" w:fill="F7F8FA"/>
          </w:tcPr>
          <w:p>
            <w:r/>
            <w:r>
              <w:rPr>
                <w:rFonts w:eastAsia="Hiragino Sans" w:ascii="Hiragino Sans" w:hAnsi="Hiragino Sans"/>
                <w:b/>
                <w:sz w:val="18"/>
              </w:rPr>
              <w:t>2,510</w:t>
            </w:r>
          </w:p>
        </w:tc>
        <w:tc>
          <w:tcPr>
            <w:tcW w:type="dxa" w:w="3324"/>
            <w:shd w:val="clear" w:fill="F7F8FA"/>
          </w:tcPr>
          <w:p>
            <w:r/>
            <w:r>
              <w:rPr>
                <w:rFonts w:eastAsia="Hiragino Sans" w:ascii="Hiragino Sans" w:hAnsi="Hiragino Sans"/>
                <w:b/>
                <w:sz w:val="18"/>
              </w:rPr>
              <w:t>2,720</w:t>
            </w:r>
          </w:p>
        </w:tc>
      </w:tr>
    </w:tbl>
    <w:p>
      <w:pPr>
        <w:spacing w:after="40"/>
      </w:pPr>
    </w:p>
    <w:p>
      <w:pPr>
        <w:spacing w:after="80"/>
      </w:pPr>
      <w:r>
        <w:rPr>
          <w:rFonts w:eastAsia="Hiragino Sans" w:ascii="Hiragino Sans" w:hAnsi="Hiragino Sans"/>
          <w:b/>
          <w:i w:val="0"/>
        </w:rPr>
        <w:t>連結包括利益計算書</w:t>
      </w:r>
      <w:r>
        <w:rPr>
          <w:rFonts w:eastAsia="Hiragino Sans" w:ascii="Hiragino Sans" w:hAnsi="Hiragino Sans"/>
          <w:b w:val="0"/>
          <w:i w:val="0"/>
        </w:rPr>
        <w:t>（単位：百万円）</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科目</w:t>
            </w:r>
          </w:p>
        </w:tc>
        <w:tc>
          <w:tcPr>
            <w:tcW w:type="dxa" w:w="3324"/>
            <w:shd w:val="clear" w:fill="24406B"/>
          </w:tcPr>
          <w:p>
            <w:r/>
            <w:r>
              <w:rPr>
                <w:rFonts w:eastAsia="Hiragino Sans" w:ascii="Hiragino Sans" w:hAnsi="Hiragino Sans"/>
                <w:b/>
                <w:color w:val="FFFFFF"/>
                <w:sz w:val="18"/>
              </w:rPr>
              <w:t>前連結会計年度</w:t>
            </w:r>
          </w:p>
        </w:tc>
        <w:tc>
          <w:tcPr>
            <w:tcW w:type="dxa" w:w="3324"/>
            <w:shd w:val="clear" w:fill="24406B"/>
          </w:tcPr>
          <w:p>
            <w:r/>
            <w:r>
              <w:rPr>
                <w:rFonts w:eastAsia="Hiragino Sans" w:ascii="Hiragino Sans" w:hAnsi="Hiragino Sans"/>
                <w:b/>
                <w:color w:val="FFFFFF"/>
                <w:sz w:val="18"/>
              </w:rPr>
              <w:t>当連結会計年度</w:t>
            </w:r>
          </w:p>
        </w:tc>
      </w:tr>
      <w:tr>
        <w:tc>
          <w:tcPr>
            <w:tcW w:type="dxa" w:w="3324"/>
          </w:tcPr>
          <w:p>
            <w:r/>
            <w:r>
              <w:rPr>
                <w:rFonts w:eastAsia="Hiragino Sans" w:ascii="Hiragino Sans" w:hAnsi="Hiragino Sans"/>
                <w:b w:val="0"/>
                <w:sz w:val="18"/>
              </w:rPr>
              <w:t>当期純利益</w:t>
            </w:r>
          </w:p>
        </w:tc>
        <w:tc>
          <w:tcPr>
            <w:tcW w:type="dxa" w:w="3324"/>
          </w:tcPr>
          <w:p>
            <w:r/>
            <w:r>
              <w:rPr>
                <w:rFonts w:eastAsia="Hiragino Sans" w:ascii="Hiragino Sans" w:hAnsi="Hiragino Sans"/>
                <w:b w:val="0"/>
                <w:sz w:val="18"/>
              </w:rPr>
              <w:t>2,560</w:t>
            </w:r>
          </w:p>
        </w:tc>
        <w:tc>
          <w:tcPr>
            <w:tcW w:type="dxa" w:w="3324"/>
          </w:tcPr>
          <w:p>
            <w:r/>
            <w:r>
              <w:rPr>
                <w:rFonts w:eastAsia="Hiragino Sans" w:ascii="Hiragino Sans" w:hAnsi="Hiragino Sans"/>
                <w:b w:val="0"/>
                <w:sz w:val="18"/>
              </w:rPr>
              <w:t>2,780</w:t>
            </w:r>
          </w:p>
        </w:tc>
      </w:tr>
      <w:tr>
        <w:tc>
          <w:tcPr>
            <w:tcW w:type="dxa" w:w="3324"/>
            <w:shd w:val="clear" w:fill="F7F8FA"/>
          </w:tcPr>
          <w:p>
            <w:r/>
            <w:r>
              <w:rPr>
                <w:rFonts w:eastAsia="Hiragino Sans" w:ascii="Hiragino Sans" w:hAnsi="Hiragino Sans"/>
                <w:b w:val="0"/>
                <w:sz w:val="18"/>
              </w:rPr>
              <w:t>その他有価証券評価差額金</w:t>
            </w:r>
          </w:p>
        </w:tc>
        <w:tc>
          <w:tcPr>
            <w:tcW w:type="dxa" w:w="3324"/>
            <w:shd w:val="clear" w:fill="F7F8FA"/>
          </w:tcPr>
          <w:p>
            <w:r/>
            <w:r>
              <w:rPr>
                <w:rFonts w:eastAsia="Hiragino Sans" w:ascii="Hiragino Sans" w:hAnsi="Hiragino Sans"/>
                <w:b w:val="0"/>
                <w:sz w:val="18"/>
              </w:rPr>
              <w:t>210</w:t>
            </w:r>
          </w:p>
        </w:tc>
        <w:tc>
          <w:tcPr>
            <w:tcW w:type="dxa" w:w="3324"/>
            <w:shd w:val="clear" w:fill="F7F8FA"/>
          </w:tcPr>
          <w:p>
            <w:r/>
            <w:r>
              <w:rPr>
                <w:rFonts w:eastAsia="Hiragino Sans" w:ascii="Hiragino Sans" w:hAnsi="Hiragino Sans"/>
                <w:b w:val="0"/>
                <w:sz w:val="18"/>
              </w:rPr>
              <w:t>△260</w:t>
            </w:r>
          </w:p>
        </w:tc>
      </w:tr>
      <w:tr>
        <w:tc>
          <w:tcPr>
            <w:tcW w:type="dxa" w:w="3324"/>
          </w:tcPr>
          <w:p>
            <w:r/>
            <w:r>
              <w:rPr>
                <w:rFonts w:eastAsia="Hiragino Sans" w:ascii="Hiragino Sans" w:hAnsi="Hiragino Sans"/>
                <w:b w:val="0"/>
                <w:sz w:val="18"/>
              </w:rPr>
              <w:t>為替換算調整勘定</w:t>
            </w:r>
          </w:p>
        </w:tc>
        <w:tc>
          <w:tcPr>
            <w:tcW w:type="dxa" w:w="3324"/>
          </w:tcPr>
          <w:p>
            <w:r/>
            <w:r>
              <w:rPr>
                <w:rFonts w:eastAsia="Hiragino Sans" w:ascii="Hiragino Sans" w:hAnsi="Hiragino Sans"/>
                <w:b w:val="0"/>
                <w:sz w:val="18"/>
              </w:rPr>
              <w:t>1,050</w:t>
            </w:r>
          </w:p>
        </w:tc>
        <w:tc>
          <w:tcPr>
            <w:tcW w:type="dxa" w:w="3324"/>
          </w:tcPr>
          <w:p>
            <w:r/>
            <w:r>
              <w:rPr>
                <w:rFonts w:eastAsia="Hiragino Sans" w:ascii="Hiragino Sans" w:hAnsi="Hiragino Sans"/>
                <w:b w:val="0"/>
                <w:sz w:val="18"/>
              </w:rPr>
              <w:t>△1,138</w:t>
            </w:r>
          </w:p>
        </w:tc>
      </w:tr>
      <w:tr>
        <w:tc>
          <w:tcPr>
            <w:tcW w:type="dxa" w:w="3324"/>
            <w:shd w:val="clear" w:fill="F7F8FA"/>
          </w:tcPr>
          <w:p>
            <w:r/>
            <w:r>
              <w:rPr>
                <w:rFonts w:eastAsia="Hiragino Sans" w:ascii="Hiragino Sans" w:hAnsi="Hiragino Sans"/>
                <w:b w:val="0"/>
                <w:sz w:val="18"/>
              </w:rPr>
              <w:t>退職給付に係る調整額</w:t>
            </w:r>
          </w:p>
        </w:tc>
        <w:tc>
          <w:tcPr>
            <w:tcW w:type="dxa" w:w="3324"/>
            <w:shd w:val="clear" w:fill="F7F8FA"/>
          </w:tcPr>
          <w:p>
            <w:r/>
            <w:r>
              <w:rPr>
                <w:rFonts w:eastAsia="Hiragino Sans" w:ascii="Hiragino Sans" w:hAnsi="Hiragino Sans"/>
                <w:b w:val="0"/>
                <w:sz w:val="18"/>
              </w:rPr>
              <w:t>22</w:t>
            </w:r>
          </w:p>
        </w:tc>
        <w:tc>
          <w:tcPr>
            <w:tcW w:type="dxa" w:w="3324"/>
            <w:shd w:val="clear" w:fill="F7F8FA"/>
          </w:tcPr>
          <w:p>
            <w:r/>
            <w:r>
              <w:rPr>
                <w:rFonts w:eastAsia="Hiragino Sans" w:ascii="Hiragino Sans" w:hAnsi="Hiragino Sans"/>
                <w:b w:val="0"/>
                <w:sz w:val="18"/>
              </w:rPr>
              <w:t>10</w:t>
            </w:r>
          </w:p>
        </w:tc>
      </w:tr>
      <w:tr>
        <w:tc>
          <w:tcPr>
            <w:tcW w:type="dxa" w:w="3324"/>
          </w:tcPr>
          <w:p>
            <w:r/>
            <w:r>
              <w:rPr>
                <w:rFonts w:eastAsia="Hiragino Sans" w:ascii="Hiragino Sans" w:hAnsi="Hiragino Sans"/>
                <w:b w:val="0"/>
                <w:sz w:val="18"/>
              </w:rPr>
              <w:t>持分法適用会社に対する持分相当額</w:t>
            </w:r>
          </w:p>
        </w:tc>
        <w:tc>
          <w:tcPr>
            <w:tcW w:type="dxa" w:w="3324"/>
          </w:tcPr>
          <w:p>
            <w:r/>
            <w:r>
              <w:rPr>
                <w:rFonts w:eastAsia="Hiragino Sans" w:ascii="Hiragino Sans" w:hAnsi="Hiragino Sans"/>
                <w:b w:val="0"/>
                <w:sz w:val="18"/>
              </w:rPr>
              <w:t>8</w:t>
            </w:r>
          </w:p>
        </w:tc>
        <w:tc>
          <w:tcPr>
            <w:tcW w:type="dxa" w:w="3324"/>
          </w:tcPr>
          <w:p>
            <w:r/>
            <w:r>
              <w:rPr>
                <w:rFonts w:eastAsia="Hiragino Sans" w:ascii="Hiragino Sans" w:hAnsi="Hiragino Sans"/>
                <w:b w:val="0"/>
                <w:sz w:val="18"/>
              </w:rPr>
              <w:t>△2</w:t>
            </w:r>
          </w:p>
        </w:tc>
      </w:tr>
      <w:tr>
        <w:tc>
          <w:tcPr>
            <w:tcW w:type="dxa" w:w="3324"/>
            <w:shd w:val="clear" w:fill="F7F8FA"/>
          </w:tcPr>
          <w:p>
            <w:r/>
            <w:r>
              <w:rPr>
                <w:rFonts w:eastAsia="Hiragino Sans" w:ascii="Hiragino Sans" w:hAnsi="Hiragino Sans"/>
                <w:b/>
                <w:sz w:val="18"/>
              </w:rPr>
              <w:t>その他の包括利益合計</w:t>
            </w:r>
          </w:p>
        </w:tc>
        <w:tc>
          <w:tcPr>
            <w:tcW w:type="dxa" w:w="3324"/>
            <w:shd w:val="clear" w:fill="F7F8FA"/>
          </w:tcPr>
          <w:p>
            <w:r/>
            <w:r>
              <w:rPr>
                <w:rFonts w:eastAsia="Hiragino Sans" w:ascii="Hiragino Sans" w:hAnsi="Hiragino Sans"/>
                <w:b/>
                <w:sz w:val="18"/>
              </w:rPr>
              <w:t>1,290</w:t>
            </w:r>
          </w:p>
        </w:tc>
        <w:tc>
          <w:tcPr>
            <w:tcW w:type="dxa" w:w="3324"/>
            <w:shd w:val="clear" w:fill="F7F8FA"/>
          </w:tcPr>
          <w:p>
            <w:r/>
            <w:r>
              <w:rPr>
                <w:rFonts w:eastAsia="Hiragino Sans" w:ascii="Hiragino Sans" w:hAnsi="Hiragino Sans"/>
                <w:b/>
                <w:sz w:val="18"/>
              </w:rPr>
              <w:t>△1,390</w:t>
            </w:r>
          </w:p>
        </w:tc>
      </w:tr>
      <w:tr>
        <w:tc>
          <w:tcPr>
            <w:tcW w:type="dxa" w:w="3324"/>
          </w:tcPr>
          <w:p>
            <w:r/>
            <w:r>
              <w:rPr>
                <w:rFonts w:eastAsia="Hiragino Sans" w:ascii="Hiragino Sans" w:hAnsi="Hiragino Sans"/>
                <w:b/>
                <w:sz w:val="18"/>
              </w:rPr>
              <w:t>包括利益</w:t>
            </w:r>
          </w:p>
        </w:tc>
        <w:tc>
          <w:tcPr>
            <w:tcW w:type="dxa" w:w="3324"/>
          </w:tcPr>
          <w:p>
            <w:r/>
            <w:r>
              <w:rPr>
                <w:rFonts w:eastAsia="Hiragino Sans" w:ascii="Hiragino Sans" w:hAnsi="Hiragino Sans"/>
                <w:b/>
                <w:sz w:val="18"/>
              </w:rPr>
              <w:t>3,850</w:t>
            </w:r>
          </w:p>
        </w:tc>
        <w:tc>
          <w:tcPr>
            <w:tcW w:type="dxa" w:w="3324"/>
          </w:tcPr>
          <w:p>
            <w:r/>
            <w:r>
              <w:rPr>
                <w:rFonts w:eastAsia="Hiragino Sans" w:ascii="Hiragino Sans" w:hAnsi="Hiragino Sans"/>
                <w:b/>
                <w:sz w:val="18"/>
              </w:rPr>
              <w:t>1,390</w:t>
            </w:r>
          </w:p>
        </w:tc>
      </w:tr>
      <w:tr>
        <w:tc>
          <w:tcPr>
            <w:tcW w:type="dxa" w:w="3324"/>
            <w:shd w:val="clear" w:fill="F7F8FA"/>
          </w:tcPr>
          <w:p>
            <w:r/>
            <w:r>
              <w:rPr>
                <w:rFonts w:eastAsia="Hiragino Sans" w:ascii="Hiragino Sans" w:hAnsi="Hiragino Sans"/>
                <w:b w:val="0"/>
                <w:sz w:val="18"/>
              </w:rPr>
              <w:t>（内訳）親会社株主に係る包括利益</w:t>
            </w:r>
          </w:p>
        </w:tc>
        <w:tc>
          <w:tcPr>
            <w:tcW w:type="dxa" w:w="3324"/>
            <w:shd w:val="clear" w:fill="F7F8FA"/>
          </w:tcPr>
          <w:p>
            <w:r/>
            <w:r>
              <w:rPr>
                <w:rFonts w:eastAsia="Hiragino Sans" w:ascii="Hiragino Sans" w:hAnsi="Hiragino Sans"/>
                <w:b w:val="0"/>
                <w:sz w:val="18"/>
              </w:rPr>
              <w:t>3,782</w:t>
            </w:r>
          </w:p>
        </w:tc>
        <w:tc>
          <w:tcPr>
            <w:tcW w:type="dxa" w:w="3324"/>
            <w:shd w:val="clear" w:fill="F7F8FA"/>
          </w:tcPr>
          <w:p>
            <w:r/>
            <w:r>
              <w:rPr>
                <w:rFonts w:eastAsia="Hiragino Sans" w:ascii="Hiragino Sans" w:hAnsi="Hiragino Sans"/>
                <w:b w:val="0"/>
                <w:sz w:val="18"/>
              </w:rPr>
              <w:t>1,350</w:t>
            </w:r>
          </w:p>
        </w:tc>
      </w:tr>
      <w:tr>
        <w:tc>
          <w:tcPr>
            <w:tcW w:type="dxa" w:w="3324"/>
          </w:tcPr>
          <w:p>
            <w:r/>
            <w:r>
              <w:rPr>
                <w:rFonts w:eastAsia="Hiragino Sans" w:ascii="Hiragino Sans" w:hAnsi="Hiragino Sans"/>
                <w:b w:val="0"/>
                <w:sz w:val="18"/>
              </w:rPr>
              <w:t>（内訳）非支配株主に係る包括利益</w:t>
            </w:r>
          </w:p>
        </w:tc>
        <w:tc>
          <w:tcPr>
            <w:tcW w:type="dxa" w:w="3324"/>
          </w:tcPr>
          <w:p>
            <w:r/>
            <w:r>
              <w:rPr>
                <w:rFonts w:eastAsia="Hiragino Sans" w:ascii="Hiragino Sans" w:hAnsi="Hiragino Sans"/>
                <w:b w:val="0"/>
                <w:sz w:val="18"/>
              </w:rPr>
              <w:t>68</w:t>
            </w:r>
          </w:p>
        </w:tc>
        <w:tc>
          <w:tcPr>
            <w:tcW w:type="dxa" w:w="3324"/>
          </w:tcPr>
          <w:p>
            <w:r/>
            <w:r>
              <w:rPr>
                <w:rFonts w:eastAsia="Hiragino Sans" w:ascii="Hiragino Sans" w:hAnsi="Hiragino Sans"/>
                <w:b w:val="0"/>
                <w:sz w:val="18"/>
              </w:rPr>
              <w:t>40</w:t>
            </w:r>
          </w:p>
        </w:tc>
      </w:tr>
    </w:tbl>
    <w:p>
      <w:pPr>
        <w:spacing w:after="40"/>
      </w:pPr>
    </w:p>
    <w:p>
      <w:pPr>
        <w:pStyle w:val="Heading3"/>
      </w:pPr>
      <w:r>
        <w:t>(3) 連結株主資本等変動計算書</w:t>
      </w:r>
    </w:p>
    <w:p>
      <w:pPr>
        <w:spacing w:after="80"/>
      </w:pPr>
      <w:r>
        <w:rPr>
          <w:rFonts w:eastAsia="Hiragino Sans" w:ascii="Hiragino Sans" w:hAnsi="Hiragino Sans"/>
          <w:b w:val="0"/>
          <w:i w:val="0"/>
        </w:rPr>
        <w:t>当連結会計年度（自2025年4月1日 至2026年3月31日）（単位：百万円）</w:t>
      </w:r>
    </w:p>
    <w:tbl>
      <w:tblPr>
        <w:tblStyle w:val="TableGrid"/>
        <w:tblW w:type="auto" w:w="0"/>
        <w:jc w:val="center"/>
        <w:tblLayout w:type="autofit"/>
        <w:tblLook w:firstColumn="1" w:firstRow="1" w:lastColumn="0" w:lastRow="0" w:noHBand="0" w:noVBand="1" w:val="04A0"/>
      </w:tblPr>
      <w:tblGrid>
        <w:gridCol w:w="997"/>
        <w:gridCol w:w="997"/>
        <w:gridCol w:w="997"/>
        <w:gridCol w:w="997"/>
        <w:gridCol w:w="997"/>
        <w:gridCol w:w="997"/>
        <w:gridCol w:w="997"/>
        <w:gridCol w:w="997"/>
        <w:gridCol w:w="997"/>
        <w:gridCol w:w="997"/>
      </w:tblGrid>
      <w:tr>
        <w:tc>
          <w:tcPr>
            <w:tcW w:type="dxa" w:w="997"/>
            <w:shd w:val="clear" w:fill="24406B"/>
          </w:tcPr>
          <w:p>
            <w:r/>
            <w:r>
              <w:rPr>
                <w:rFonts w:eastAsia="Hiragino Sans" w:ascii="Hiragino Sans" w:hAnsi="Hiragino Sans"/>
                <w:b/>
                <w:color w:val="FFFFFF"/>
                <w:sz w:val="18"/>
              </w:rPr>
              <w:t>項目</w:t>
            </w:r>
          </w:p>
        </w:tc>
        <w:tc>
          <w:tcPr>
            <w:tcW w:type="dxa" w:w="997"/>
            <w:shd w:val="clear" w:fill="24406B"/>
          </w:tcPr>
          <w:p>
            <w:r/>
            <w:r>
              <w:rPr>
                <w:rFonts w:eastAsia="Hiragino Sans" w:ascii="Hiragino Sans" w:hAnsi="Hiragino Sans"/>
                <w:b/>
                <w:color w:val="FFFFFF"/>
                <w:sz w:val="18"/>
              </w:rPr>
              <w:t>資本金</w:t>
            </w:r>
          </w:p>
        </w:tc>
        <w:tc>
          <w:tcPr>
            <w:tcW w:type="dxa" w:w="997"/>
            <w:shd w:val="clear" w:fill="24406B"/>
          </w:tcPr>
          <w:p>
            <w:r/>
            <w:r>
              <w:rPr>
                <w:rFonts w:eastAsia="Hiragino Sans" w:ascii="Hiragino Sans" w:hAnsi="Hiragino Sans"/>
                <w:b/>
                <w:color w:val="FFFFFF"/>
                <w:sz w:val="18"/>
              </w:rPr>
              <w:t>資本剰余金</w:t>
            </w:r>
          </w:p>
        </w:tc>
        <w:tc>
          <w:tcPr>
            <w:tcW w:type="dxa" w:w="997"/>
            <w:shd w:val="clear" w:fill="24406B"/>
          </w:tcPr>
          <w:p>
            <w:r/>
            <w:r>
              <w:rPr>
                <w:rFonts w:eastAsia="Hiragino Sans" w:ascii="Hiragino Sans" w:hAnsi="Hiragino Sans"/>
                <w:b/>
                <w:color w:val="FFFFFF"/>
                <w:sz w:val="18"/>
              </w:rPr>
              <w:t>利益剰余金</w:t>
            </w:r>
          </w:p>
        </w:tc>
        <w:tc>
          <w:tcPr>
            <w:tcW w:type="dxa" w:w="997"/>
            <w:shd w:val="clear" w:fill="24406B"/>
          </w:tcPr>
          <w:p>
            <w:r/>
            <w:r>
              <w:rPr>
                <w:rFonts w:eastAsia="Hiragino Sans" w:ascii="Hiragino Sans" w:hAnsi="Hiragino Sans"/>
                <w:b/>
                <w:color w:val="FFFFFF"/>
                <w:sz w:val="18"/>
              </w:rPr>
              <w:t>自己株式</w:t>
            </w:r>
          </w:p>
        </w:tc>
        <w:tc>
          <w:tcPr>
            <w:tcW w:type="dxa" w:w="997"/>
            <w:shd w:val="clear" w:fill="24406B"/>
          </w:tcPr>
          <w:p>
            <w:r/>
            <w:r>
              <w:rPr>
                <w:rFonts w:eastAsia="Hiragino Sans" w:ascii="Hiragino Sans" w:hAnsi="Hiragino Sans"/>
                <w:b/>
                <w:color w:val="FFFFFF"/>
                <w:sz w:val="18"/>
              </w:rPr>
              <w:t>株主資本合計</w:t>
            </w:r>
          </w:p>
        </w:tc>
        <w:tc>
          <w:tcPr>
            <w:tcW w:type="dxa" w:w="997"/>
            <w:shd w:val="clear" w:fill="24406B"/>
          </w:tcPr>
          <w:p>
            <w:r/>
            <w:r>
              <w:rPr>
                <w:rFonts w:eastAsia="Hiragino Sans" w:ascii="Hiragino Sans" w:hAnsi="Hiragino Sans"/>
                <w:b/>
                <w:color w:val="FFFFFF"/>
                <w:sz w:val="18"/>
              </w:rPr>
              <w:t>その他の包括利益累計額合計</w:t>
            </w:r>
          </w:p>
        </w:tc>
        <w:tc>
          <w:tcPr>
            <w:tcW w:type="dxa" w:w="997"/>
            <w:shd w:val="clear" w:fill="24406B"/>
          </w:tcPr>
          <w:p>
            <w:r/>
            <w:r>
              <w:rPr>
                <w:rFonts w:eastAsia="Hiragino Sans" w:ascii="Hiragino Sans" w:hAnsi="Hiragino Sans"/>
                <w:b/>
                <w:color w:val="FFFFFF"/>
                <w:sz w:val="18"/>
              </w:rPr>
              <w:t>新株予約権</w:t>
            </w:r>
          </w:p>
        </w:tc>
        <w:tc>
          <w:tcPr>
            <w:tcW w:type="dxa" w:w="997"/>
            <w:shd w:val="clear" w:fill="24406B"/>
          </w:tcPr>
          <w:p>
            <w:r/>
            <w:r>
              <w:rPr>
                <w:rFonts w:eastAsia="Hiragino Sans" w:ascii="Hiragino Sans" w:hAnsi="Hiragino Sans"/>
                <w:b/>
                <w:color w:val="FFFFFF"/>
                <w:sz w:val="18"/>
              </w:rPr>
              <w:t>非支配株主持分</w:t>
            </w:r>
          </w:p>
        </w:tc>
        <w:tc>
          <w:tcPr>
            <w:tcW w:type="dxa" w:w="997"/>
            <w:shd w:val="clear" w:fill="24406B"/>
          </w:tcPr>
          <w:p>
            <w:r/>
            <w:r>
              <w:rPr>
                <w:rFonts w:eastAsia="Hiragino Sans" w:ascii="Hiragino Sans" w:hAnsi="Hiragino Sans"/>
                <w:b/>
                <w:color w:val="FFFFFF"/>
                <w:sz w:val="18"/>
              </w:rPr>
              <w:t>純資産合計</w:t>
            </w:r>
          </w:p>
        </w:tc>
      </w:tr>
      <w:tr>
        <w:tc>
          <w:tcPr>
            <w:tcW w:type="dxa" w:w="997"/>
          </w:tcPr>
          <w:p>
            <w:r/>
            <w:r>
              <w:rPr>
                <w:rFonts w:eastAsia="Hiragino Sans" w:ascii="Hiragino Sans" w:hAnsi="Hiragino Sans"/>
                <w:b w:val="0"/>
                <w:sz w:val="18"/>
              </w:rPr>
              <w:t>当期首残高</w:t>
            </w:r>
          </w:p>
        </w:tc>
        <w:tc>
          <w:tcPr>
            <w:tcW w:type="dxa" w:w="997"/>
          </w:tcPr>
          <w:p>
            <w:r/>
            <w:r>
              <w:rPr>
                <w:rFonts w:eastAsia="Hiragino Sans" w:ascii="Hiragino Sans" w:hAnsi="Hiragino Sans"/>
                <w:b w:val="0"/>
                <w:sz w:val="18"/>
              </w:rPr>
              <w:t>3,200</w:t>
            </w:r>
          </w:p>
        </w:tc>
        <w:tc>
          <w:tcPr>
            <w:tcW w:type="dxa" w:w="997"/>
          </w:tcPr>
          <w:p>
            <w:r/>
            <w:r>
              <w:rPr>
                <w:rFonts w:eastAsia="Hiragino Sans" w:ascii="Hiragino Sans" w:hAnsi="Hiragino Sans"/>
                <w:b w:val="0"/>
                <w:sz w:val="18"/>
              </w:rPr>
              <w:t>3,644</w:t>
            </w:r>
          </w:p>
        </w:tc>
        <w:tc>
          <w:tcPr>
            <w:tcW w:type="dxa" w:w="997"/>
          </w:tcPr>
          <w:p>
            <w:r/>
            <w:r>
              <w:rPr>
                <w:rFonts w:eastAsia="Hiragino Sans" w:ascii="Hiragino Sans" w:hAnsi="Hiragino Sans"/>
                <w:b w:val="0"/>
                <w:sz w:val="18"/>
              </w:rPr>
              <w:t>29,961</w:t>
            </w:r>
          </w:p>
        </w:tc>
        <w:tc>
          <w:tcPr>
            <w:tcW w:type="dxa" w:w="997"/>
          </w:tcPr>
          <w:p>
            <w:r/>
            <w:r>
              <w:rPr>
                <w:rFonts w:eastAsia="Hiragino Sans" w:ascii="Hiragino Sans" w:hAnsi="Hiragino Sans"/>
                <w:b w:val="0"/>
                <w:sz w:val="18"/>
              </w:rPr>
              <w:t>△939</w:t>
            </w:r>
          </w:p>
        </w:tc>
        <w:tc>
          <w:tcPr>
            <w:tcW w:type="dxa" w:w="997"/>
          </w:tcPr>
          <w:p>
            <w:r/>
            <w:r>
              <w:rPr>
                <w:rFonts w:eastAsia="Hiragino Sans" w:ascii="Hiragino Sans" w:hAnsi="Hiragino Sans"/>
                <w:b w:val="0"/>
                <w:sz w:val="18"/>
              </w:rPr>
              <w:t>35,866</w:t>
            </w:r>
          </w:p>
        </w:tc>
        <w:tc>
          <w:tcPr>
            <w:tcW w:type="dxa" w:w="997"/>
          </w:tcPr>
          <w:p>
            <w:r/>
            <w:r>
              <w:rPr>
                <w:rFonts w:eastAsia="Hiragino Sans" w:ascii="Hiragino Sans" w:hAnsi="Hiragino Sans"/>
                <w:b w:val="0"/>
                <w:sz w:val="18"/>
              </w:rPr>
              <w:t>1,152</w:t>
            </w:r>
          </w:p>
        </w:tc>
        <w:tc>
          <w:tcPr>
            <w:tcW w:type="dxa" w:w="997"/>
          </w:tcPr>
          <w:p>
            <w:r/>
            <w:r>
              <w:rPr>
                <w:rFonts w:eastAsia="Hiragino Sans" w:ascii="Hiragino Sans" w:hAnsi="Hiragino Sans"/>
                <w:b w:val="0"/>
                <w:sz w:val="18"/>
              </w:rPr>
              <w:t>28</w:t>
            </w:r>
          </w:p>
        </w:tc>
        <w:tc>
          <w:tcPr>
            <w:tcW w:type="dxa" w:w="997"/>
          </w:tcPr>
          <w:p>
            <w:r/>
            <w:r>
              <w:rPr>
                <w:rFonts w:eastAsia="Hiragino Sans" w:ascii="Hiragino Sans" w:hAnsi="Hiragino Sans"/>
                <w:b w:val="0"/>
                <w:sz w:val="18"/>
              </w:rPr>
              <w:t>654</w:t>
            </w:r>
          </w:p>
        </w:tc>
        <w:tc>
          <w:tcPr>
            <w:tcW w:type="dxa" w:w="997"/>
          </w:tcPr>
          <w:p>
            <w:r/>
            <w:r>
              <w:rPr>
                <w:rFonts w:eastAsia="Hiragino Sans" w:ascii="Hiragino Sans" w:hAnsi="Hiragino Sans"/>
                <w:b w:val="0"/>
                <w:sz w:val="18"/>
              </w:rPr>
              <w:t>37,700</w:t>
            </w:r>
          </w:p>
        </w:tc>
      </w:tr>
      <w:tr>
        <w:tc>
          <w:tcPr>
            <w:tcW w:type="dxa" w:w="997"/>
            <w:shd w:val="clear" w:fill="F7F8FA"/>
          </w:tcPr>
          <w:p>
            <w:r/>
            <w:r>
              <w:rPr>
                <w:rFonts w:eastAsia="Hiragino Sans" w:ascii="Hiragino Sans" w:hAnsi="Hiragino Sans"/>
                <w:b w:val="0"/>
                <w:sz w:val="18"/>
              </w:rPr>
              <w:t>剰余金の配当</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△831</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△831</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△831</w:t>
            </w:r>
          </w:p>
        </w:tc>
      </w:tr>
      <w:tr>
        <w:tc>
          <w:tcPr>
            <w:tcW w:type="dxa" w:w="997"/>
          </w:tcPr>
          <w:p>
            <w:r/>
            <w:r>
              <w:rPr>
                <w:rFonts w:eastAsia="Hiragino Sans" w:ascii="Hiragino Sans" w:hAnsi="Hiragino Sans"/>
                <w:b w:val="0"/>
                <w:sz w:val="18"/>
              </w:rPr>
              <w:t>親会社株主に帰属する当期純利益</w:t>
            </w:r>
          </w:p>
        </w:tc>
        <w:tc>
          <w:tcPr>
            <w:tcW w:type="dxa" w:w="997"/>
          </w:tcPr>
          <w:p>
            <w:r/>
            <w:r>
              <w:rPr>
                <w:rFonts w:eastAsia="Hiragino Sans" w:ascii="Hiragino Sans" w:hAnsi="Hiragino Sans"/>
                <w:b w:val="0"/>
                <w:sz w:val="18"/>
              </w:rPr>
              <w:t>—</w:t>
            </w:r>
          </w:p>
        </w:tc>
        <w:tc>
          <w:tcPr>
            <w:tcW w:type="dxa" w:w="997"/>
          </w:tcPr>
          <w:p>
            <w:r/>
            <w:r>
              <w:rPr>
                <w:rFonts w:eastAsia="Hiragino Sans" w:ascii="Hiragino Sans" w:hAnsi="Hiragino Sans"/>
                <w:b w:val="0"/>
                <w:sz w:val="18"/>
              </w:rPr>
              <w:t>—</w:t>
            </w:r>
          </w:p>
        </w:tc>
        <w:tc>
          <w:tcPr>
            <w:tcW w:type="dxa" w:w="997"/>
          </w:tcPr>
          <w:p>
            <w:r/>
            <w:r>
              <w:rPr>
                <w:rFonts w:eastAsia="Hiragino Sans" w:ascii="Hiragino Sans" w:hAnsi="Hiragino Sans"/>
                <w:b w:val="0"/>
                <w:sz w:val="18"/>
              </w:rPr>
              <w:t>2,720</w:t>
            </w:r>
          </w:p>
        </w:tc>
        <w:tc>
          <w:tcPr>
            <w:tcW w:type="dxa" w:w="997"/>
          </w:tcPr>
          <w:p>
            <w:r/>
            <w:r>
              <w:rPr>
                <w:rFonts w:eastAsia="Hiragino Sans" w:ascii="Hiragino Sans" w:hAnsi="Hiragino Sans"/>
                <w:b w:val="0"/>
                <w:sz w:val="18"/>
              </w:rPr>
              <w:t>—</w:t>
            </w:r>
          </w:p>
        </w:tc>
        <w:tc>
          <w:tcPr>
            <w:tcW w:type="dxa" w:w="997"/>
          </w:tcPr>
          <w:p>
            <w:r/>
            <w:r>
              <w:rPr>
                <w:rFonts w:eastAsia="Hiragino Sans" w:ascii="Hiragino Sans" w:hAnsi="Hiragino Sans"/>
                <w:b w:val="0"/>
                <w:sz w:val="18"/>
              </w:rPr>
              <w:t>2,720</w:t>
            </w:r>
          </w:p>
        </w:tc>
        <w:tc>
          <w:tcPr>
            <w:tcW w:type="dxa" w:w="997"/>
          </w:tcPr>
          <w:p>
            <w:r/>
            <w:r>
              <w:rPr>
                <w:rFonts w:eastAsia="Hiragino Sans" w:ascii="Hiragino Sans" w:hAnsi="Hiragino Sans"/>
                <w:b w:val="0"/>
                <w:sz w:val="18"/>
              </w:rPr>
              <w:t>—</w:t>
            </w:r>
          </w:p>
        </w:tc>
        <w:tc>
          <w:tcPr>
            <w:tcW w:type="dxa" w:w="997"/>
          </w:tcPr>
          <w:p>
            <w:r/>
            <w:r>
              <w:rPr>
                <w:rFonts w:eastAsia="Hiragino Sans" w:ascii="Hiragino Sans" w:hAnsi="Hiragino Sans"/>
                <w:b w:val="0"/>
                <w:sz w:val="18"/>
              </w:rPr>
              <w:t>—</w:t>
            </w:r>
          </w:p>
        </w:tc>
        <w:tc>
          <w:tcPr>
            <w:tcW w:type="dxa" w:w="997"/>
          </w:tcPr>
          <w:p>
            <w:r/>
            <w:r>
              <w:rPr>
                <w:rFonts w:eastAsia="Hiragino Sans" w:ascii="Hiragino Sans" w:hAnsi="Hiragino Sans"/>
                <w:b w:val="0"/>
                <w:sz w:val="18"/>
              </w:rPr>
              <w:t>—</w:t>
            </w:r>
          </w:p>
        </w:tc>
        <w:tc>
          <w:tcPr>
            <w:tcW w:type="dxa" w:w="997"/>
          </w:tcPr>
          <w:p>
            <w:r/>
            <w:r>
              <w:rPr>
                <w:rFonts w:eastAsia="Hiragino Sans" w:ascii="Hiragino Sans" w:hAnsi="Hiragino Sans"/>
                <w:b w:val="0"/>
                <w:sz w:val="18"/>
              </w:rPr>
              <w:t>2,720</w:t>
            </w:r>
          </w:p>
        </w:tc>
      </w:tr>
      <w:tr>
        <w:tc>
          <w:tcPr>
            <w:tcW w:type="dxa" w:w="997"/>
            <w:shd w:val="clear" w:fill="F7F8FA"/>
          </w:tcPr>
          <w:p>
            <w:r/>
            <w:r>
              <w:rPr>
                <w:rFonts w:eastAsia="Hiragino Sans" w:ascii="Hiragino Sans" w:hAnsi="Hiragino Sans"/>
                <w:b w:val="0"/>
                <w:sz w:val="18"/>
              </w:rPr>
              <w:t>自己株式の取得</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△49</w:t>
            </w:r>
          </w:p>
        </w:tc>
        <w:tc>
          <w:tcPr>
            <w:tcW w:type="dxa" w:w="997"/>
            <w:shd w:val="clear" w:fill="F7F8FA"/>
          </w:tcPr>
          <w:p>
            <w:r/>
            <w:r>
              <w:rPr>
                <w:rFonts w:eastAsia="Hiragino Sans" w:ascii="Hiragino Sans" w:hAnsi="Hiragino Sans"/>
                <w:b w:val="0"/>
                <w:sz w:val="18"/>
              </w:rPr>
              <w:t>△49</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△49</w:t>
            </w:r>
          </w:p>
        </w:tc>
      </w:tr>
      <w:tr>
        <w:tc>
          <w:tcPr>
            <w:tcW w:type="dxa" w:w="997"/>
          </w:tcPr>
          <w:p>
            <w:r/>
            <w:r>
              <w:rPr>
                <w:rFonts w:eastAsia="Hiragino Sans" w:ascii="Hiragino Sans" w:hAnsi="Hiragino Sans"/>
                <w:b w:val="0"/>
                <w:sz w:val="18"/>
              </w:rPr>
              <w:t>自己株式の処分</w:t>
            </w:r>
          </w:p>
        </w:tc>
        <w:tc>
          <w:tcPr>
            <w:tcW w:type="dxa" w:w="997"/>
          </w:tcPr>
          <w:p>
            <w:r/>
            <w:r>
              <w:rPr>
                <w:rFonts w:eastAsia="Hiragino Sans" w:ascii="Hiragino Sans" w:hAnsi="Hiragino Sans"/>
                <w:b w:val="0"/>
                <w:sz w:val="18"/>
              </w:rPr>
              <w:t>—</w:t>
            </w:r>
          </w:p>
        </w:tc>
        <w:tc>
          <w:tcPr>
            <w:tcW w:type="dxa" w:w="997"/>
          </w:tcPr>
          <w:p>
            <w:r/>
            <w:r>
              <w:rPr>
                <w:rFonts w:eastAsia="Hiragino Sans" w:ascii="Hiragino Sans" w:hAnsi="Hiragino Sans"/>
                <w:b w:val="0"/>
                <w:sz w:val="18"/>
              </w:rPr>
              <w:t>6</w:t>
            </w:r>
          </w:p>
        </w:tc>
        <w:tc>
          <w:tcPr>
            <w:tcW w:type="dxa" w:w="997"/>
          </w:tcPr>
          <w:p>
            <w:r/>
            <w:r>
              <w:rPr>
                <w:rFonts w:eastAsia="Hiragino Sans" w:ascii="Hiragino Sans" w:hAnsi="Hiragino Sans"/>
                <w:b w:val="0"/>
                <w:sz w:val="18"/>
              </w:rPr>
              <w:t>—</w:t>
            </w:r>
          </w:p>
        </w:tc>
        <w:tc>
          <w:tcPr>
            <w:tcW w:type="dxa" w:w="997"/>
          </w:tcPr>
          <w:p>
            <w:r/>
            <w:r>
              <w:rPr>
                <w:rFonts w:eastAsia="Hiragino Sans" w:ascii="Hiragino Sans" w:hAnsi="Hiragino Sans"/>
                <w:b w:val="0"/>
                <w:sz w:val="18"/>
              </w:rPr>
              <w:t>8</w:t>
            </w:r>
          </w:p>
        </w:tc>
        <w:tc>
          <w:tcPr>
            <w:tcW w:type="dxa" w:w="997"/>
          </w:tcPr>
          <w:p>
            <w:r/>
            <w:r>
              <w:rPr>
                <w:rFonts w:eastAsia="Hiragino Sans" w:ascii="Hiragino Sans" w:hAnsi="Hiragino Sans"/>
                <w:b w:val="0"/>
                <w:sz w:val="18"/>
              </w:rPr>
              <w:t>14</w:t>
            </w:r>
          </w:p>
        </w:tc>
        <w:tc>
          <w:tcPr>
            <w:tcW w:type="dxa" w:w="997"/>
          </w:tcPr>
          <w:p>
            <w:r/>
            <w:r>
              <w:rPr>
                <w:rFonts w:eastAsia="Hiragino Sans" w:ascii="Hiragino Sans" w:hAnsi="Hiragino Sans"/>
                <w:b w:val="0"/>
                <w:sz w:val="18"/>
              </w:rPr>
              <w:t>—</w:t>
            </w:r>
          </w:p>
        </w:tc>
        <w:tc>
          <w:tcPr>
            <w:tcW w:type="dxa" w:w="997"/>
          </w:tcPr>
          <w:p>
            <w:r/>
            <w:r>
              <w:rPr>
                <w:rFonts w:eastAsia="Hiragino Sans" w:ascii="Hiragino Sans" w:hAnsi="Hiragino Sans"/>
                <w:b w:val="0"/>
                <w:sz w:val="18"/>
              </w:rPr>
              <w:t>—</w:t>
            </w:r>
          </w:p>
        </w:tc>
        <w:tc>
          <w:tcPr>
            <w:tcW w:type="dxa" w:w="997"/>
          </w:tcPr>
          <w:p>
            <w:r/>
            <w:r>
              <w:rPr>
                <w:rFonts w:eastAsia="Hiragino Sans" w:ascii="Hiragino Sans" w:hAnsi="Hiragino Sans"/>
                <w:b w:val="0"/>
                <w:sz w:val="18"/>
              </w:rPr>
              <w:t>—</w:t>
            </w:r>
          </w:p>
        </w:tc>
        <w:tc>
          <w:tcPr>
            <w:tcW w:type="dxa" w:w="997"/>
          </w:tcPr>
          <w:p>
            <w:r/>
            <w:r>
              <w:rPr>
                <w:rFonts w:eastAsia="Hiragino Sans" w:ascii="Hiragino Sans" w:hAnsi="Hiragino Sans"/>
                <w:b w:val="0"/>
                <w:sz w:val="18"/>
              </w:rPr>
              <w:t>14</w:t>
            </w:r>
          </w:p>
        </w:tc>
      </w:tr>
      <w:tr>
        <w:tc>
          <w:tcPr>
            <w:tcW w:type="dxa" w:w="997"/>
            <w:shd w:val="clear" w:fill="F7F8FA"/>
          </w:tcPr>
          <w:p>
            <w:r/>
            <w:r>
              <w:rPr>
                <w:rFonts w:eastAsia="Hiragino Sans" w:ascii="Hiragino Sans" w:hAnsi="Hiragino Sans"/>
                <w:b w:val="0"/>
                <w:sz w:val="18"/>
              </w:rPr>
              <w:t>株主資本以外の項目の当期変動額（純額）</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w:t>
            </w:r>
          </w:p>
        </w:tc>
        <w:tc>
          <w:tcPr>
            <w:tcW w:type="dxa" w:w="997"/>
            <w:shd w:val="clear" w:fill="F7F8FA"/>
          </w:tcPr>
          <w:p>
            <w:r/>
            <w:r>
              <w:rPr>
                <w:rFonts w:eastAsia="Hiragino Sans" w:ascii="Hiragino Sans" w:hAnsi="Hiragino Sans"/>
                <w:b w:val="0"/>
                <w:sz w:val="18"/>
              </w:rPr>
              <w:t>△1,370</w:t>
            </w:r>
          </w:p>
        </w:tc>
        <w:tc>
          <w:tcPr>
            <w:tcW w:type="dxa" w:w="997"/>
            <w:shd w:val="clear" w:fill="F7F8FA"/>
          </w:tcPr>
          <w:p>
            <w:r/>
            <w:r>
              <w:rPr>
                <w:rFonts w:eastAsia="Hiragino Sans" w:ascii="Hiragino Sans" w:hAnsi="Hiragino Sans"/>
                <w:b w:val="0"/>
                <w:sz w:val="18"/>
              </w:rPr>
              <w:t>2</w:t>
            </w:r>
          </w:p>
        </w:tc>
        <w:tc>
          <w:tcPr>
            <w:tcW w:type="dxa" w:w="997"/>
            <w:shd w:val="clear" w:fill="F7F8FA"/>
          </w:tcPr>
          <w:p>
            <w:r/>
            <w:r>
              <w:rPr>
                <w:rFonts w:eastAsia="Hiragino Sans" w:ascii="Hiragino Sans" w:hAnsi="Hiragino Sans"/>
                <w:b w:val="0"/>
                <w:sz w:val="18"/>
              </w:rPr>
              <w:t>14</w:t>
            </w:r>
          </w:p>
        </w:tc>
        <w:tc>
          <w:tcPr>
            <w:tcW w:type="dxa" w:w="997"/>
            <w:shd w:val="clear" w:fill="F7F8FA"/>
          </w:tcPr>
          <w:p>
            <w:r/>
            <w:r>
              <w:rPr>
                <w:rFonts w:eastAsia="Hiragino Sans" w:ascii="Hiragino Sans" w:hAnsi="Hiragino Sans"/>
                <w:b w:val="0"/>
                <w:sz w:val="18"/>
              </w:rPr>
              <w:t>△1,354</w:t>
            </w:r>
          </w:p>
        </w:tc>
      </w:tr>
      <w:tr>
        <w:tc>
          <w:tcPr>
            <w:tcW w:type="dxa" w:w="997"/>
          </w:tcPr>
          <w:p>
            <w:r/>
            <w:r>
              <w:rPr>
                <w:rFonts w:eastAsia="Hiragino Sans" w:ascii="Hiragino Sans" w:hAnsi="Hiragino Sans"/>
                <w:b/>
                <w:sz w:val="18"/>
              </w:rPr>
              <w:t>当期末残高</w:t>
            </w:r>
          </w:p>
        </w:tc>
        <w:tc>
          <w:tcPr>
            <w:tcW w:type="dxa" w:w="997"/>
          </w:tcPr>
          <w:p>
            <w:r/>
            <w:r>
              <w:rPr>
                <w:rFonts w:eastAsia="Hiragino Sans" w:ascii="Hiragino Sans" w:hAnsi="Hiragino Sans"/>
                <w:b/>
                <w:sz w:val="18"/>
              </w:rPr>
              <w:t>3,200</w:t>
            </w:r>
          </w:p>
        </w:tc>
        <w:tc>
          <w:tcPr>
            <w:tcW w:type="dxa" w:w="997"/>
          </w:tcPr>
          <w:p>
            <w:r/>
            <w:r>
              <w:rPr>
                <w:rFonts w:eastAsia="Hiragino Sans" w:ascii="Hiragino Sans" w:hAnsi="Hiragino Sans"/>
                <w:b/>
                <w:sz w:val="18"/>
              </w:rPr>
              <w:t>3,650</w:t>
            </w:r>
          </w:p>
        </w:tc>
        <w:tc>
          <w:tcPr>
            <w:tcW w:type="dxa" w:w="997"/>
          </w:tcPr>
          <w:p>
            <w:r/>
            <w:r>
              <w:rPr>
                <w:rFonts w:eastAsia="Hiragino Sans" w:ascii="Hiragino Sans" w:hAnsi="Hiragino Sans"/>
                <w:b/>
                <w:sz w:val="18"/>
              </w:rPr>
              <w:t>31,850</w:t>
            </w:r>
          </w:p>
        </w:tc>
        <w:tc>
          <w:tcPr>
            <w:tcW w:type="dxa" w:w="997"/>
          </w:tcPr>
          <w:p>
            <w:r/>
            <w:r>
              <w:rPr>
                <w:rFonts w:eastAsia="Hiragino Sans" w:ascii="Hiragino Sans" w:hAnsi="Hiragino Sans"/>
                <w:b/>
                <w:sz w:val="18"/>
              </w:rPr>
              <w:t>△980</w:t>
            </w:r>
          </w:p>
        </w:tc>
        <w:tc>
          <w:tcPr>
            <w:tcW w:type="dxa" w:w="997"/>
          </w:tcPr>
          <w:p>
            <w:r/>
            <w:r>
              <w:rPr>
                <w:rFonts w:eastAsia="Hiragino Sans" w:ascii="Hiragino Sans" w:hAnsi="Hiragino Sans"/>
                <w:b/>
                <w:sz w:val="18"/>
              </w:rPr>
              <w:t>37,720</w:t>
            </w:r>
          </w:p>
        </w:tc>
        <w:tc>
          <w:tcPr>
            <w:tcW w:type="dxa" w:w="997"/>
          </w:tcPr>
          <w:p>
            <w:r/>
            <w:r>
              <w:rPr>
                <w:rFonts w:eastAsia="Hiragino Sans" w:ascii="Hiragino Sans" w:hAnsi="Hiragino Sans"/>
                <w:b/>
                <w:sz w:val="18"/>
              </w:rPr>
              <w:t>△218</w:t>
            </w:r>
          </w:p>
        </w:tc>
        <w:tc>
          <w:tcPr>
            <w:tcW w:type="dxa" w:w="997"/>
          </w:tcPr>
          <w:p>
            <w:r/>
            <w:r>
              <w:rPr>
                <w:rFonts w:eastAsia="Hiragino Sans" w:ascii="Hiragino Sans" w:hAnsi="Hiragino Sans"/>
                <w:b/>
                <w:sz w:val="18"/>
              </w:rPr>
              <w:t>30</w:t>
            </w:r>
          </w:p>
        </w:tc>
        <w:tc>
          <w:tcPr>
            <w:tcW w:type="dxa" w:w="997"/>
          </w:tcPr>
          <w:p>
            <w:r/>
            <w:r>
              <w:rPr>
                <w:rFonts w:eastAsia="Hiragino Sans" w:ascii="Hiragino Sans" w:hAnsi="Hiragino Sans"/>
                <w:b/>
                <w:sz w:val="18"/>
              </w:rPr>
              <w:t>668</w:t>
            </w:r>
          </w:p>
        </w:tc>
        <w:tc>
          <w:tcPr>
            <w:tcW w:type="dxa" w:w="997"/>
          </w:tcPr>
          <w:p>
            <w:r/>
            <w:r>
              <w:rPr>
                <w:rFonts w:eastAsia="Hiragino Sans" w:ascii="Hiragino Sans" w:hAnsi="Hiragino Sans"/>
                <w:b/>
                <w:sz w:val="18"/>
              </w:rPr>
              <w:t>38,200</w:t>
            </w:r>
          </w:p>
        </w:tc>
      </w:tr>
    </w:tbl>
    <w:p>
      <w:pPr>
        <w:spacing w:after="40"/>
      </w:pPr>
    </w:p>
    <w:p>
      <w:pPr>
        <w:pStyle w:val="Heading3"/>
      </w:pPr>
      <w:r>
        <w:t>(4) 連結キャッシュ・フロー計算書</w:t>
      </w:r>
    </w:p>
    <w:p>
      <w:pPr>
        <w:spacing w:after="80"/>
      </w:pPr>
      <w:r>
        <w:rPr>
          <w:rFonts w:eastAsia="Hiragino Sans" w:ascii="Hiragino Sans" w:hAnsi="Hiragino Sans"/>
          <w:b w:val="0"/>
          <w:i w:val="0"/>
        </w:rPr>
        <w:t>（単位：百万円）</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科目</w:t>
            </w:r>
          </w:p>
        </w:tc>
        <w:tc>
          <w:tcPr>
            <w:tcW w:type="dxa" w:w="3324"/>
            <w:shd w:val="clear" w:fill="24406B"/>
          </w:tcPr>
          <w:p>
            <w:r/>
            <w:r>
              <w:rPr>
                <w:rFonts w:eastAsia="Hiragino Sans" w:ascii="Hiragino Sans" w:hAnsi="Hiragino Sans"/>
                <w:b/>
                <w:color w:val="FFFFFF"/>
                <w:sz w:val="18"/>
              </w:rPr>
              <w:t>前連結会計年度</w:t>
            </w:r>
          </w:p>
        </w:tc>
        <w:tc>
          <w:tcPr>
            <w:tcW w:type="dxa" w:w="3324"/>
            <w:shd w:val="clear" w:fill="24406B"/>
          </w:tcPr>
          <w:p>
            <w:r/>
            <w:r>
              <w:rPr>
                <w:rFonts w:eastAsia="Hiragino Sans" w:ascii="Hiragino Sans" w:hAnsi="Hiragino Sans"/>
                <w:b/>
                <w:color w:val="FFFFFF"/>
                <w:sz w:val="18"/>
              </w:rPr>
              <w:t>当連結会計年度</w:t>
            </w:r>
          </w:p>
        </w:tc>
      </w:tr>
      <w:tr>
        <w:tc>
          <w:tcPr>
            <w:tcW w:type="dxa" w:w="3324"/>
          </w:tcPr>
          <w:p>
            <w:r/>
            <w:r>
              <w:rPr>
                <w:rFonts w:eastAsia="Hiragino Sans" w:ascii="Hiragino Sans" w:hAnsi="Hiragino Sans"/>
                <w:b/>
                <w:sz w:val="18"/>
              </w:rPr>
              <w:t>営業活動によるキャッシュ・フロー</w:t>
            </w:r>
          </w:p>
        </w:tc>
        <w:tc>
          <w:tcPr>
            <w:tcW w:type="dxa" w:w="3324"/>
          </w:tcPr>
          <w:p>
            <w:r/>
            <w:r>
              <w:rPr>
                <w:rFonts w:eastAsia="Hiragino Sans" w:ascii="Hiragino Sans" w:hAnsi="Hiragino Sans"/>
                <w:b w:val="0"/>
                <w:sz w:val="18"/>
              </w:rPr>
            </w:r>
          </w:p>
        </w:tc>
        <w:tc>
          <w:tcPr>
            <w:tcW w:type="dxa" w:w="3324"/>
          </w:tcPr>
          <w:p>
            <w:r/>
            <w:r>
              <w:rPr>
                <w:rFonts w:eastAsia="Hiragino Sans" w:ascii="Hiragino Sans" w:hAnsi="Hiragino Sans"/>
                <w:b w:val="0"/>
                <w:sz w:val="18"/>
              </w:rPr>
            </w:r>
          </w:p>
        </w:tc>
      </w:tr>
      <w:tr>
        <w:tc>
          <w:tcPr>
            <w:tcW w:type="dxa" w:w="3324"/>
            <w:shd w:val="clear" w:fill="F7F8FA"/>
          </w:tcPr>
          <w:p>
            <w:r/>
            <w:r>
              <w:rPr>
                <w:rFonts w:eastAsia="Hiragino Sans" w:ascii="Hiragino Sans" w:hAnsi="Hiragino Sans"/>
                <w:b w:val="0"/>
                <w:sz w:val="18"/>
              </w:rPr>
              <w:t>税金等調整前当期純利益</w:t>
            </w:r>
          </w:p>
        </w:tc>
        <w:tc>
          <w:tcPr>
            <w:tcW w:type="dxa" w:w="3324"/>
            <w:shd w:val="clear" w:fill="F7F8FA"/>
          </w:tcPr>
          <w:p>
            <w:r/>
            <w:r>
              <w:rPr>
                <w:rFonts w:eastAsia="Hiragino Sans" w:ascii="Hiragino Sans" w:hAnsi="Hiragino Sans"/>
                <w:b w:val="0"/>
                <w:sz w:val="18"/>
              </w:rPr>
              <w:t>3,800</w:t>
            </w:r>
          </w:p>
        </w:tc>
        <w:tc>
          <w:tcPr>
            <w:tcW w:type="dxa" w:w="3324"/>
            <w:shd w:val="clear" w:fill="F7F8FA"/>
          </w:tcPr>
          <w:p>
            <w:r/>
            <w:r>
              <w:rPr>
                <w:rFonts w:eastAsia="Hiragino Sans" w:ascii="Hiragino Sans" w:hAnsi="Hiragino Sans"/>
                <w:b w:val="0"/>
                <w:sz w:val="18"/>
              </w:rPr>
              <w:t>3,960</w:t>
            </w:r>
          </w:p>
        </w:tc>
      </w:tr>
      <w:tr>
        <w:tc>
          <w:tcPr>
            <w:tcW w:type="dxa" w:w="3324"/>
          </w:tcPr>
          <w:p>
            <w:r/>
            <w:r>
              <w:rPr>
                <w:rFonts w:eastAsia="Hiragino Sans" w:ascii="Hiragino Sans" w:hAnsi="Hiragino Sans"/>
                <w:b w:val="0"/>
                <w:sz w:val="18"/>
              </w:rPr>
              <w:t>減価償却費</w:t>
            </w:r>
          </w:p>
        </w:tc>
        <w:tc>
          <w:tcPr>
            <w:tcW w:type="dxa" w:w="3324"/>
          </w:tcPr>
          <w:p>
            <w:r/>
            <w:r>
              <w:rPr>
                <w:rFonts w:eastAsia="Hiragino Sans" w:ascii="Hiragino Sans" w:hAnsi="Hiragino Sans"/>
                <w:b w:val="0"/>
                <w:sz w:val="18"/>
              </w:rPr>
              <w:t>2,240</w:t>
            </w:r>
          </w:p>
        </w:tc>
        <w:tc>
          <w:tcPr>
            <w:tcW w:type="dxa" w:w="3324"/>
          </w:tcPr>
          <w:p>
            <w:r/>
            <w:r>
              <w:rPr>
                <w:rFonts w:eastAsia="Hiragino Sans" w:ascii="Hiragino Sans" w:hAnsi="Hiragino Sans"/>
                <w:b w:val="0"/>
                <w:sz w:val="18"/>
              </w:rPr>
              <w:t>2,350</w:t>
            </w:r>
          </w:p>
        </w:tc>
      </w:tr>
      <w:tr>
        <w:tc>
          <w:tcPr>
            <w:tcW w:type="dxa" w:w="3324"/>
            <w:shd w:val="clear" w:fill="F7F8FA"/>
          </w:tcPr>
          <w:p>
            <w:r/>
            <w:r>
              <w:rPr>
                <w:rFonts w:eastAsia="Hiragino Sans" w:ascii="Hiragino Sans" w:hAnsi="Hiragino Sans"/>
                <w:b w:val="0"/>
                <w:sz w:val="18"/>
              </w:rPr>
              <w:t>減損損失</w:t>
            </w:r>
          </w:p>
        </w:tc>
        <w:tc>
          <w:tcPr>
            <w:tcW w:type="dxa" w:w="3324"/>
            <w:shd w:val="clear" w:fill="F7F8FA"/>
          </w:tcPr>
          <w:p>
            <w:r/>
            <w:r>
              <w:rPr>
                <w:rFonts w:eastAsia="Hiragino Sans" w:ascii="Hiragino Sans" w:hAnsi="Hiragino Sans"/>
                <w:b w:val="0"/>
                <w:sz w:val="18"/>
              </w:rPr>
              <w:t>—</w:t>
            </w:r>
          </w:p>
        </w:tc>
        <w:tc>
          <w:tcPr>
            <w:tcW w:type="dxa" w:w="3324"/>
            <w:shd w:val="clear" w:fill="F7F8FA"/>
          </w:tcPr>
          <w:p>
            <w:r/>
            <w:r>
              <w:rPr>
                <w:rFonts w:eastAsia="Hiragino Sans" w:ascii="Hiragino Sans" w:hAnsi="Hiragino Sans"/>
                <w:b w:val="0"/>
                <w:sz w:val="18"/>
              </w:rPr>
              <w:t>180</w:t>
            </w:r>
          </w:p>
        </w:tc>
      </w:tr>
      <w:tr>
        <w:tc>
          <w:tcPr>
            <w:tcW w:type="dxa" w:w="3324"/>
          </w:tcPr>
          <w:p>
            <w:r/>
            <w:r>
              <w:rPr>
                <w:rFonts w:eastAsia="Hiragino Sans" w:ascii="Hiragino Sans" w:hAnsi="Hiragino Sans"/>
                <w:b w:val="0"/>
                <w:sz w:val="18"/>
              </w:rPr>
              <w:t>固定資産除却損</w:t>
            </w:r>
          </w:p>
        </w:tc>
        <w:tc>
          <w:tcPr>
            <w:tcW w:type="dxa" w:w="3324"/>
          </w:tcPr>
          <w:p>
            <w:r/>
            <w:r>
              <w:rPr>
                <w:rFonts w:eastAsia="Hiragino Sans" w:ascii="Hiragino Sans" w:hAnsi="Hiragino Sans"/>
                <w:b w:val="0"/>
                <w:sz w:val="18"/>
              </w:rPr>
              <w:t>120</w:t>
            </w:r>
          </w:p>
        </w:tc>
        <w:tc>
          <w:tcPr>
            <w:tcW w:type="dxa" w:w="3324"/>
          </w:tcPr>
          <w:p>
            <w:r/>
            <w:r>
              <w:rPr>
                <w:rFonts w:eastAsia="Hiragino Sans" w:ascii="Hiragino Sans" w:hAnsi="Hiragino Sans"/>
                <w:b w:val="0"/>
                <w:sz w:val="18"/>
              </w:rPr>
              <w:t>55</w:t>
            </w:r>
          </w:p>
        </w:tc>
      </w:tr>
      <w:tr>
        <w:tc>
          <w:tcPr>
            <w:tcW w:type="dxa" w:w="3324"/>
            <w:shd w:val="clear" w:fill="F7F8FA"/>
          </w:tcPr>
          <w:p>
            <w:r/>
            <w:r>
              <w:rPr>
                <w:rFonts w:eastAsia="Hiragino Sans" w:ascii="Hiragino Sans" w:hAnsi="Hiragino Sans"/>
                <w:b w:val="0"/>
                <w:sz w:val="18"/>
              </w:rPr>
              <w:t>固定資産売却損益（△は益）</w:t>
            </w:r>
          </w:p>
        </w:tc>
        <w:tc>
          <w:tcPr>
            <w:tcW w:type="dxa" w:w="3324"/>
            <w:shd w:val="clear" w:fill="F7F8FA"/>
          </w:tcPr>
          <w:p>
            <w:r/>
            <w:r>
              <w:rPr>
                <w:rFonts w:eastAsia="Hiragino Sans" w:ascii="Hiragino Sans" w:hAnsi="Hiragino Sans"/>
                <w:b w:val="0"/>
                <w:sz w:val="18"/>
              </w:rPr>
              <w:t>△30</w:t>
            </w:r>
          </w:p>
        </w:tc>
        <w:tc>
          <w:tcPr>
            <w:tcW w:type="dxa" w:w="3324"/>
            <w:shd w:val="clear" w:fill="F7F8FA"/>
          </w:tcPr>
          <w:p>
            <w:r/>
            <w:r>
              <w:rPr>
                <w:rFonts w:eastAsia="Hiragino Sans" w:ascii="Hiragino Sans" w:hAnsi="Hiragino Sans"/>
                <w:b w:val="0"/>
                <w:sz w:val="18"/>
              </w:rPr>
              <w:t>—</w:t>
            </w:r>
          </w:p>
        </w:tc>
      </w:tr>
      <w:tr>
        <w:tc>
          <w:tcPr>
            <w:tcW w:type="dxa" w:w="3324"/>
          </w:tcPr>
          <w:p>
            <w:r/>
            <w:r>
              <w:rPr>
                <w:rFonts w:eastAsia="Hiragino Sans" w:ascii="Hiragino Sans" w:hAnsi="Hiragino Sans"/>
                <w:b w:val="0"/>
                <w:sz w:val="18"/>
              </w:rPr>
              <w:t>投資有価証券売却損益（△は益）</w:t>
            </w:r>
          </w:p>
        </w:tc>
        <w:tc>
          <w:tcPr>
            <w:tcW w:type="dxa" w:w="3324"/>
          </w:tcPr>
          <w:p>
            <w:r/>
            <w:r>
              <w:rPr>
                <w:rFonts w:eastAsia="Hiragino Sans" w:ascii="Hiragino Sans" w:hAnsi="Hiragino Sans"/>
                <w:b w:val="0"/>
                <w:sz w:val="18"/>
              </w:rPr>
              <w:t>—</w:t>
            </w:r>
          </w:p>
        </w:tc>
        <w:tc>
          <w:tcPr>
            <w:tcW w:type="dxa" w:w="3324"/>
          </w:tcPr>
          <w:p>
            <w:r/>
            <w:r>
              <w:rPr>
                <w:rFonts w:eastAsia="Hiragino Sans" w:ascii="Hiragino Sans" w:hAnsi="Hiragino Sans"/>
                <w:b w:val="0"/>
                <w:sz w:val="18"/>
              </w:rPr>
              <w:t>△45</w:t>
            </w:r>
          </w:p>
        </w:tc>
      </w:tr>
      <w:tr>
        <w:tc>
          <w:tcPr>
            <w:tcW w:type="dxa" w:w="3324"/>
            <w:shd w:val="clear" w:fill="F7F8FA"/>
          </w:tcPr>
          <w:p>
            <w:r/>
            <w:r>
              <w:rPr>
                <w:rFonts w:eastAsia="Hiragino Sans" w:ascii="Hiragino Sans" w:hAnsi="Hiragino Sans"/>
                <w:b w:val="0"/>
                <w:sz w:val="18"/>
              </w:rPr>
              <w:t>貸倒引当金の増減額（△は減少）</w:t>
            </w:r>
          </w:p>
        </w:tc>
        <w:tc>
          <w:tcPr>
            <w:tcW w:type="dxa" w:w="3324"/>
            <w:shd w:val="clear" w:fill="F7F8FA"/>
          </w:tcPr>
          <w:p>
            <w:r/>
            <w:r>
              <w:rPr>
                <w:rFonts w:eastAsia="Hiragino Sans" w:ascii="Hiragino Sans" w:hAnsi="Hiragino Sans"/>
                <w:b w:val="0"/>
                <w:sz w:val="18"/>
              </w:rPr>
              <w:t>—</w:t>
            </w:r>
          </w:p>
        </w:tc>
        <w:tc>
          <w:tcPr>
            <w:tcW w:type="dxa" w:w="3324"/>
            <w:shd w:val="clear" w:fill="F7F8FA"/>
          </w:tcPr>
          <w:p>
            <w:r/>
            <w:r>
              <w:rPr>
                <w:rFonts w:eastAsia="Hiragino Sans" w:ascii="Hiragino Sans" w:hAnsi="Hiragino Sans"/>
                <w:b w:val="0"/>
                <w:sz w:val="18"/>
              </w:rPr>
              <w:t>2</w:t>
            </w:r>
          </w:p>
        </w:tc>
      </w:tr>
      <w:tr>
        <w:tc>
          <w:tcPr>
            <w:tcW w:type="dxa" w:w="3324"/>
          </w:tcPr>
          <w:p>
            <w:r/>
            <w:r>
              <w:rPr>
                <w:rFonts w:eastAsia="Hiragino Sans" w:ascii="Hiragino Sans" w:hAnsi="Hiragino Sans"/>
                <w:b w:val="0"/>
                <w:sz w:val="18"/>
              </w:rPr>
              <w:t>退職給付に係る負債の増減額（△は減少）</w:t>
            </w:r>
          </w:p>
        </w:tc>
        <w:tc>
          <w:tcPr>
            <w:tcW w:type="dxa" w:w="3324"/>
          </w:tcPr>
          <w:p>
            <w:r/>
            <w:r>
              <w:rPr>
                <w:rFonts w:eastAsia="Hiragino Sans" w:ascii="Hiragino Sans" w:hAnsi="Hiragino Sans"/>
                <w:b w:val="0"/>
                <w:sz w:val="18"/>
              </w:rPr>
              <w:t>40</w:t>
            </w:r>
          </w:p>
        </w:tc>
        <w:tc>
          <w:tcPr>
            <w:tcW w:type="dxa" w:w="3324"/>
          </w:tcPr>
          <w:p>
            <w:r/>
            <w:r>
              <w:rPr>
                <w:rFonts w:eastAsia="Hiragino Sans" w:ascii="Hiragino Sans" w:hAnsi="Hiragino Sans"/>
                <w:b w:val="0"/>
                <w:sz w:val="18"/>
              </w:rPr>
              <w:t>45</w:t>
            </w:r>
          </w:p>
        </w:tc>
      </w:tr>
      <w:tr>
        <w:tc>
          <w:tcPr>
            <w:tcW w:type="dxa" w:w="3324"/>
            <w:shd w:val="clear" w:fill="F7F8FA"/>
          </w:tcPr>
          <w:p>
            <w:r/>
            <w:r>
              <w:rPr>
                <w:rFonts w:eastAsia="Hiragino Sans" w:ascii="Hiragino Sans" w:hAnsi="Hiragino Sans"/>
                <w:b w:val="0"/>
                <w:sz w:val="18"/>
              </w:rPr>
              <w:t>受取利息及び受取配当金</w:t>
            </w:r>
          </w:p>
        </w:tc>
        <w:tc>
          <w:tcPr>
            <w:tcW w:type="dxa" w:w="3324"/>
            <w:shd w:val="clear" w:fill="F7F8FA"/>
          </w:tcPr>
          <w:p>
            <w:r/>
            <w:r>
              <w:rPr>
                <w:rFonts w:eastAsia="Hiragino Sans" w:ascii="Hiragino Sans" w:hAnsi="Hiragino Sans"/>
                <w:b w:val="0"/>
                <w:sz w:val="18"/>
              </w:rPr>
              <w:t>△90</w:t>
            </w:r>
          </w:p>
        </w:tc>
        <w:tc>
          <w:tcPr>
            <w:tcW w:type="dxa" w:w="3324"/>
            <w:shd w:val="clear" w:fill="F7F8FA"/>
          </w:tcPr>
          <w:p>
            <w:r/>
            <w:r>
              <w:rPr>
                <w:rFonts w:eastAsia="Hiragino Sans" w:ascii="Hiragino Sans" w:hAnsi="Hiragino Sans"/>
                <w:b w:val="0"/>
                <w:sz w:val="18"/>
              </w:rPr>
              <w:t>△100</w:t>
            </w:r>
          </w:p>
        </w:tc>
      </w:tr>
      <w:tr>
        <w:tc>
          <w:tcPr>
            <w:tcW w:type="dxa" w:w="3324"/>
          </w:tcPr>
          <w:p>
            <w:r/>
            <w:r>
              <w:rPr>
                <w:rFonts w:eastAsia="Hiragino Sans" w:ascii="Hiragino Sans" w:hAnsi="Hiragino Sans"/>
                <w:b w:val="0"/>
                <w:sz w:val="18"/>
              </w:rPr>
              <w:t>支払利息</w:t>
            </w:r>
          </w:p>
        </w:tc>
        <w:tc>
          <w:tcPr>
            <w:tcW w:type="dxa" w:w="3324"/>
          </w:tcPr>
          <w:p>
            <w:r/>
            <w:r>
              <w:rPr>
                <w:rFonts w:eastAsia="Hiragino Sans" w:ascii="Hiragino Sans" w:hAnsi="Hiragino Sans"/>
                <w:b w:val="0"/>
                <w:sz w:val="18"/>
              </w:rPr>
              <w:t>105</w:t>
            </w:r>
          </w:p>
        </w:tc>
        <w:tc>
          <w:tcPr>
            <w:tcW w:type="dxa" w:w="3324"/>
          </w:tcPr>
          <w:p>
            <w:r/>
            <w:r>
              <w:rPr>
                <w:rFonts w:eastAsia="Hiragino Sans" w:ascii="Hiragino Sans" w:hAnsi="Hiragino Sans"/>
                <w:b w:val="0"/>
                <w:sz w:val="18"/>
              </w:rPr>
              <w:t>95</w:t>
            </w:r>
          </w:p>
        </w:tc>
      </w:tr>
      <w:tr>
        <w:tc>
          <w:tcPr>
            <w:tcW w:type="dxa" w:w="3324"/>
            <w:shd w:val="clear" w:fill="F7F8FA"/>
          </w:tcPr>
          <w:p>
            <w:r/>
            <w:r>
              <w:rPr>
                <w:rFonts w:eastAsia="Hiragino Sans" w:ascii="Hiragino Sans" w:hAnsi="Hiragino Sans"/>
                <w:b w:val="0"/>
                <w:sz w:val="18"/>
              </w:rPr>
              <w:t>持分法による投資損益（△は益）</w:t>
            </w:r>
          </w:p>
        </w:tc>
        <w:tc>
          <w:tcPr>
            <w:tcW w:type="dxa" w:w="3324"/>
            <w:shd w:val="clear" w:fill="F7F8FA"/>
          </w:tcPr>
          <w:p>
            <w:r/>
            <w:r>
              <w:rPr>
                <w:rFonts w:eastAsia="Hiragino Sans" w:ascii="Hiragino Sans" w:hAnsi="Hiragino Sans"/>
                <w:b w:val="0"/>
                <w:sz w:val="18"/>
              </w:rPr>
              <w:t>△190</w:t>
            </w:r>
          </w:p>
        </w:tc>
        <w:tc>
          <w:tcPr>
            <w:tcW w:type="dxa" w:w="3324"/>
            <w:shd w:val="clear" w:fill="F7F8FA"/>
          </w:tcPr>
          <w:p>
            <w:r/>
            <w:r>
              <w:rPr>
                <w:rFonts w:eastAsia="Hiragino Sans" w:ascii="Hiragino Sans" w:hAnsi="Hiragino Sans"/>
                <w:b w:val="0"/>
                <w:sz w:val="18"/>
              </w:rPr>
              <w:t>△215</w:t>
            </w:r>
          </w:p>
        </w:tc>
      </w:tr>
      <w:tr>
        <w:tc>
          <w:tcPr>
            <w:tcW w:type="dxa" w:w="3324"/>
          </w:tcPr>
          <w:p>
            <w:r/>
            <w:r>
              <w:rPr>
                <w:rFonts w:eastAsia="Hiragino Sans" w:ascii="Hiragino Sans" w:hAnsi="Hiragino Sans"/>
                <w:b w:val="0"/>
                <w:sz w:val="18"/>
              </w:rPr>
              <w:t>売上債権の増減額（△は増加）</w:t>
            </w:r>
          </w:p>
        </w:tc>
        <w:tc>
          <w:tcPr>
            <w:tcW w:type="dxa" w:w="3324"/>
          </w:tcPr>
          <w:p>
            <w:r/>
            <w:r>
              <w:rPr>
                <w:rFonts w:eastAsia="Hiragino Sans" w:ascii="Hiragino Sans" w:hAnsi="Hiragino Sans"/>
                <w:b w:val="0"/>
                <w:sz w:val="18"/>
              </w:rPr>
              <w:t>△410</w:t>
            </w:r>
          </w:p>
        </w:tc>
        <w:tc>
          <w:tcPr>
            <w:tcW w:type="dxa" w:w="3324"/>
          </w:tcPr>
          <w:p>
            <w:r/>
            <w:r>
              <w:rPr>
                <w:rFonts w:eastAsia="Hiragino Sans" w:ascii="Hiragino Sans" w:hAnsi="Hiragino Sans"/>
                <w:b w:val="0"/>
                <w:sz w:val="18"/>
              </w:rPr>
              <w:t>△520</w:t>
            </w:r>
          </w:p>
        </w:tc>
      </w:tr>
      <w:tr>
        <w:tc>
          <w:tcPr>
            <w:tcW w:type="dxa" w:w="3324"/>
            <w:shd w:val="clear" w:fill="F7F8FA"/>
          </w:tcPr>
          <w:p>
            <w:r/>
            <w:r>
              <w:rPr>
                <w:rFonts w:eastAsia="Hiragino Sans" w:ascii="Hiragino Sans" w:hAnsi="Hiragino Sans"/>
                <w:b w:val="0"/>
                <w:sz w:val="18"/>
              </w:rPr>
              <w:t>棚卸資産の増減額（△は増加）</w:t>
            </w:r>
          </w:p>
        </w:tc>
        <w:tc>
          <w:tcPr>
            <w:tcW w:type="dxa" w:w="3324"/>
            <w:shd w:val="clear" w:fill="F7F8FA"/>
          </w:tcPr>
          <w:p>
            <w:r/>
            <w:r>
              <w:rPr>
                <w:rFonts w:eastAsia="Hiragino Sans" w:ascii="Hiragino Sans" w:hAnsi="Hiragino Sans"/>
                <w:b w:val="0"/>
                <w:sz w:val="18"/>
              </w:rPr>
              <w:t>△290</w:t>
            </w:r>
          </w:p>
        </w:tc>
        <w:tc>
          <w:tcPr>
            <w:tcW w:type="dxa" w:w="3324"/>
            <w:shd w:val="clear" w:fill="F7F8FA"/>
          </w:tcPr>
          <w:p>
            <w:r/>
            <w:r>
              <w:rPr>
                <w:rFonts w:eastAsia="Hiragino Sans" w:ascii="Hiragino Sans" w:hAnsi="Hiragino Sans"/>
                <w:b w:val="0"/>
                <w:sz w:val="18"/>
              </w:rPr>
              <w:t>△380</w:t>
            </w:r>
          </w:p>
        </w:tc>
      </w:tr>
      <w:tr>
        <w:tc>
          <w:tcPr>
            <w:tcW w:type="dxa" w:w="3324"/>
          </w:tcPr>
          <w:p>
            <w:r/>
            <w:r>
              <w:rPr>
                <w:rFonts w:eastAsia="Hiragino Sans" w:ascii="Hiragino Sans" w:hAnsi="Hiragino Sans"/>
                <w:b w:val="0"/>
                <w:sz w:val="18"/>
              </w:rPr>
              <w:t>仕入債務の増減額（△は減少）</w:t>
            </w:r>
          </w:p>
        </w:tc>
        <w:tc>
          <w:tcPr>
            <w:tcW w:type="dxa" w:w="3324"/>
          </w:tcPr>
          <w:p>
            <w:r/>
            <w:r>
              <w:rPr>
                <w:rFonts w:eastAsia="Hiragino Sans" w:ascii="Hiragino Sans" w:hAnsi="Hiragino Sans"/>
                <w:b w:val="0"/>
                <w:sz w:val="18"/>
              </w:rPr>
              <w:t>260</w:t>
            </w:r>
          </w:p>
        </w:tc>
        <w:tc>
          <w:tcPr>
            <w:tcW w:type="dxa" w:w="3324"/>
          </w:tcPr>
          <w:p>
            <w:r/>
            <w:r>
              <w:rPr>
                <w:rFonts w:eastAsia="Hiragino Sans" w:ascii="Hiragino Sans" w:hAnsi="Hiragino Sans"/>
                <w:b w:val="0"/>
                <w:sz w:val="18"/>
              </w:rPr>
              <w:t>310</w:t>
            </w:r>
          </w:p>
        </w:tc>
      </w:tr>
      <w:tr>
        <w:tc>
          <w:tcPr>
            <w:tcW w:type="dxa" w:w="3324"/>
            <w:shd w:val="clear" w:fill="F7F8FA"/>
          </w:tcPr>
          <w:p>
            <w:r/>
            <w:r>
              <w:rPr>
                <w:rFonts w:eastAsia="Hiragino Sans" w:ascii="Hiragino Sans" w:hAnsi="Hiragino Sans"/>
                <w:b w:val="0"/>
                <w:sz w:val="18"/>
              </w:rPr>
              <w:t>その他</w:t>
            </w:r>
          </w:p>
        </w:tc>
        <w:tc>
          <w:tcPr>
            <w:tcW w:type="dxa" w:w="3324"/>
            <w:shd w:val="clear" w:fill="F7F8FA"/>
          </w:tcPr>
          <w:p>
            <w:r/>
            <w:r>
              <w:rPr>
                <w:rFonts w:eastAsia="Hiragino Sans" w:ascii="Hiragino Sans" w:hAnsi="Hiragino Sans"/>
                <w:b w:val="0"/>
                <w:sz w:val="18"/>
              </w:rPr>
              <w:t>45</w:t>
            </w:r>
          </w:p>
        </w:tc>
        <w:tc>
          <w:tcPr>
            <w:tcW w:type="dxa" w:w="3324"/>
            <w:shd w:val="clear" w:fill="F7F8FA"/>
          </w:tcPr>
          <w:p>
            <w:r/>
            <w:r>
              <w:rPr>
                <w:rFonts w:eastAsia="Hiragino Sans" w:ascii="Hiragino Sans" w:hAnsi="Hiragino Sans"/>
                <w:b w:val="0"/>
                <w:sz w:val="18"/>
              </w:rPr>
              <w:t>213</w:t>
            </w:r>
          </w:p>
        </w:tc>
      </w:tr>
      <w:tr>
        <w:tc>
          <w:tcPr>
            <w:tcW w:type="dxa" w:w="3324"/>
          </w:tcPr>
          <w:p>
            <w:r/>
            <w:r>
              <w:rPr>
                <w:rFonts w:eastAsia="Hiragino Sans" w:ascii="Hiragino Sans" w:hAnsi="Hiragino Sans"/>
                <w:b/>
                <w:sz w:val="18"/>
              </w:rPr>
              <w:t>小計</w:t>
            </w:r>
          </w:p>
        </w:tc>
        <w:tc>
          <w:tcPr>
            <w:tcW w:type="dxa" w:w="3324"/>
          </w:tcPr>
          <w:p>
            <w:r/>
            <w:r>
              <w:rPr>
                <w:rFonts w:eastAsia="Hiragino Sans" w:ascii="Hiragino Sans" w:hAnsi="Hiragino Sans"/>
                <w:b/>
                <w:sz w:val="18"/>
              </w:rPr>
              <w:t>5,600</w:t>
            </w:r>
          </w:p>
        </w:tc>
        <w:tc>
          <w:tcPr>
            <w:tcW w:type="dxa" w:w="3324"/>
          </w:tcPr>
          <w:p>
            <w:r/>
            <w:r>
              <w:rPr>
                <w:rFonts w:eastAsia="Hiragino Sans" w:ascii="Hiragino Sans" w:hAnsi="Hiragino Sans"/>
                <w:b/>
                <w:sz w:val="18"/>
              </w:rPr>
              <w:t>5,950</w:t>
            </w:r>
          </w:p>
        </w:tc>
      </w:tr>
      <w:tr>
        <w:tc>
          <w:tcPr>
            <w:tcW w:type="dxa" w:w="3324"/>
            <w:shd w:val="clear" w:fill="F7F8FA"/>
          </w:tcPr>
          <w:p>
            <w:r/>
            <w:r>
              <w:rPr>
                <w:rFonts w:eastAsia="Hiragino Sans" w:ascii="Hiragino Sans" w:hAnsi="Hiragino Sans"/>
                <w:b w:val="0"/>
                <w:sz w:val="18"/>
              </w:rPr>
              <w:t>利息及び配当金の受取額</w:t>
            </w:r>
          </w:p>
        </w:tc>
        <w:tc>
          <w:tcPr>
            <w:tcW w:type="dxa" w:w="3324"/>
            <w:shd w:val="clear" w:fill="F7F8FA"/>
          </w:tcPr>
          <w:p>
            <w:r/>
            <w:r>
              <w:rPr>
                <w:rFonts w:eastAsia="Hiragino Sans" w:ascii="Hiragino Sans" w:hAnsi="Hiragino Sans"/>
                <w:b w:val="0"/>
                <w:sz w:val="18"/>
              </w:rPr>
              <w:t>130</w:t>
            </w:r>
          </w:p>
        </w:tc>
        <w:tc>
          <w:tcPr>
            <w:tcW w:type="dxa" w:w="3324"/>
            <w:shd w:val="clear" w:fill="F7F8FA"/>
          </w:tcPr>
          <w:p>
            <w:r/>
            <w:r>
              <w:rPr>
                <w:rFonts w:eastAsia="Hiragino Sans" w:ascii="Hiragino Sans" w:hAnsi="Hiragino Sans"/>
                <w:b w:val="0"/>
                <w:sz w:val="18"/>
              </w:rPr>
              <w:t>145</w:t>
            </w:r>
          </w:p>
        </w:tc>
      </w:tr>
      <w:tr>
        <w:tc>
          <w:tcPr>
            <w:tcW w:type="dxa" w:w="3324"/>
          </w:tcPr>
          <w:p>
            <w:r/>
            <w:r>
              <w:rPr>
                <w:rFonts w:eastAsia="Hiragino Sans" w:ascii="Hiragino Sans" w:hAnsi="Hiragino Sans"/>
                <w:b w:val="0"/>
                <w:sz w:val="18"/>
              </w:rPr>
              <w:t>利息の支払額</w:t>
            </w:r>
          </w:p>
        </w:tc>
        <w:tc>
          <w:tcPr>
            <w:tcW w:type="dxa" w:w="3324"/>
          </w:tcPr>
          <w:p>
            <w:r/>
            <w:r>
              <w:rPr>
                <w:rFonts w:eastAsia="Hiragino Sans" w:ascii="Hiragino Sans" w:hAnsi="Hiragino Sans"/>
                <w:b w:val="0"/>
                <w:sz w:val="18"/>
              </w:rPr>
              <w:t>△105</w:t>
            </w:r>
          </w:p>
        </w:tc>
        <w:tc>
          <w:tcPr>
            <w:tcW w:type="dxa" w:w="3324"/>
          </w:tcPr>
          <w:p>
            <w:r/>
            <w:r>
              <w:rPr>
                <w:rFonts w:eastAsia="Hiragino Sans" w:ascii="Hiragino Sans" w:hAnsi="Hiragino Sans"/>
                <w:b w:val="0"/>
                <w:sz w:val="18"/>
              </w:rPr>
              <w:t>△95</w:t>
            </w:r>
          </w:p>
        </w:tc>
      </w:tr>
      <w:tr>
        <w:tc>
          <w:tcPr>
            <w:tcW w:type="dxa" w:w="3324"/>
            <w:shd w:val="clear" w:fill="F7F8FA"/>
          </w:tcPr>
          <w:p>
            <w:r/>
            <w:r>
              <w:rPr>
                <w:rFonts w:eastAsia="Hiragino Sans" w:ascii="Hiragino Sans" w:hAnsi="Hiragino Sans"/>
                <w:b w:val="0"/>
                <w:sz w:val="18"/>
              </w:rPr>
              <w:t>法人税等の支払額</w:t>
            </w:r>
          </w:p>
        </w:tc>
        <w:tc>
          <w:tcPr>
            <w:tcW w:type="dxa" w:w="3324"/>
            <w:shd w:val="clear" w:fill="F7F8FA"/>
          </w:tcPr>
          <w:p>
            <w:r/>
            <w:r>
              <w:rPr>
                <w:rFonts w:eastAsia="Hiragino Sans" w:ascii="Hiragino Sans" w:hAnsi="Hiragino Sans"/>
                <w:b w:val="0"/>
                <w:sz w:val="18"/>
              </w:rPr>
              <w:t>△1,205</w:t>
            </w:r>
          </w:p>
        </w:tc>
        <w:tc>
          <w:tcPr>
            <w:tcW w:type="dxa" w:w="3324"/>
            <w:shd w:val="clear" w:fill="F7F8FA"/>
          </w:tcPr>
          <w:p>
            <w:r/>
            <w:r>
              <w:rPr>
                <w:rFonts w:eastAsia="Hiragino Sans" w:ascii="Hiragino Sans" w:hAnsi="Hiragino Sans"/>
                <w:b w:val="0"/>
                <w:sz w:val="18"/>
              </w:rPr>
              <w:t>△1,150</w:t>
            </w:r>
          </w:p>
        </w:tc>
      </w:tr>
      <w:tr>
        <w:tc>
          <w:tcPr>
            <w:tcW w:type="dxa" w:w="3324"/>
          </w:tcPr>
          <w:p>
            <w:r/>
            <w:r>
              <w:rPr>
                <w:rFonts w:eastAsia="Hiragino Sans" w:ascii="Hiragino Sans" w:hAnsi="Hiragino Sans"/>
                <w:b/>
                <w:sz w:val="18"/>
              </w:rPr>
              <w:t>営業活動によるキャッシュ・フロー</w:t>
            </w:r>
          </w:p>
        </w:tc>
        <w:tc>
          <w:tcPr>
            <w:tcW w:type="dxa" w:w="3324"/>
          </w:tcPr>
          <w:p>
            <w:r/>
            <w:r>
              <w:rPr>
                <w:rFonts w:eastAsia="Hiragino Sans" w:ascii="Hiragino Sans" w:hAnsi="Hiragino Sans"/>
                <w:b/>
                <w:sz w:val="18"/>
              </w:rPr>
              <w:t>4,420</w:t>
            </w:r>
          </w:p>
        </w:tc>
        <w:tc>
          <w:tcPr>
            <w:tcW w:type="dxa" w:w="3324"/>
          </w:tcPr>
          <w:p>
            <w:r/>
            <w:r>
              <w:rPr>
                <w:rFonts w:eastAsia="Hiragino Sans" w:ascii="Hiragino Sans" w:hAnsi="Hiragino Sans"/>
                <w:b/>
                <w:sz w:val="18"/>
              </w:rPr>
              <w:t>4,850</w:t>
            </w:r>
          </w:p>
        </w:tc>
      </w:tr>
      <w:tr>
        <w:tc>
          <w:tcPr>
            <w:tcW w:type="dxa" w:w="3324"/>
            <w:shd w:val="clear" w:fill="F7F8FA"/>
          </w:tcPr>
          <w:p>
            <w:r/>
            <w:r>
              <w:rPr>
                <w:rFonts w:eastAsia="Hiragino Sans" w:ascii="Hiragino Sans" w:hAnsi="Hiragino Sans"/>
                <w:b/>
                <w:sz w:val="18"/>
              </w:rPr>
              <w:t>投資活動によるキャッシュ・フロー</w:t>
            </w:r>
          </w:p>
        </w:tc>
        <w:tc>
          <w:tcPr>
            <w:tcW w:type="dxa" w:w="3324"/>
            <w:shd w:val="clear" w:fill="F7F8FA"/>
          </w:tcPr>
          <w:p>
            <w:r/>
            <w:r>
              <w:rPr>
                <w:rFonts w:eastAsia="Hiragino Sans" w:ascii="Hiragino Sans" w:hAnsi="Hiragino Sans"/>
                <w:b w:val="0"/>
                <w:sz w:val="18"/>
              </w:rPr>
            </w:r>
          </w:p>
        </w:tc>
        <w:tc>
          <w:tcPr>
            <w:tcW w:type="dxa" w:w="3324"/>
            <w:shd w:val="clear" w:fill="F7F8FA"/>
          </w:tcPr>
          <w:p>
            <w:r/>
            <w:r>
              <w:rPr>
                <w:rFonts w:eastAsia="Hiragino Sans" w:ascii="Hiragino Sans" w:hAnsi="Hiragino Sans"/>
                <w:b w:val="0"/>
                <w:sz w:val="18"/>
              </w:rPr>
            </w:r>
          </w:p>
        </w:tc>
      </w:tr>
      <w:tr>
        <w:tc>
          <w:tcPr>
            <w:tcW w:type="dxa" w:w="3324"/>
          </w:tcPr>
          <w:p>
            <w:r/>
            <w:r>
              <w:rPr>
                <w:rFonts w:eastAsia="Hiragino Sans" w:ascii="Hiragino Sans" w:hAnsi="Hiragino Sans"/>
                <w:b w:val="0"/>
                <w:sz w:val="18"/>
              </w:rPr>
              <w:t>有形固定資産の取得による支出</w:t>
            </w:r>
          </w:p>
        </w:tc>
        <w:tc>
          <w:tcPr>
            <w:tcW w:type="dxa" w:w="3324"/>
          </w:tcPr>
          <w:p>
            <w:r/>
            <w:r>
              <w:rPr>
                <w:rFonts w:eastAsia="Hiragino Sans" w:ascii="Hiragino Sans" w:hAnsi="Hiragino Sans"/>
                <w:b w:val="0"/>
                <w:sz w:val="18"/>
              </w:rPr>
              <w:t>△2,520</w:t>
            </w:r>
          </w:p>
        </w:tc>
        <w:tc>
          <w:tcPr>
            <w:tcW w:type="dxa" w:w="3324"/>
          </w:tcPr>
          <w:p>
            <w:r/>
            <w:r>
              <w:rPr>
                <w:rFonts w:eastAsia="Hiragino Sans" w:ascii="Hiragino Sans" w:hAnsi="Hiragino Sans"/>
                <w:b w:val="0"/>
                <w:sz w:val="18"/>
              </w:rPr>
              <w:t>△2,980</w:t>
            </w:r>
          </w:p>
        </w:tc>
      </w:tr>
      <w:tr>
        <w:tc>
          <w:tcPr>
            <w:tcW w:type="dxa" w:w="3324"/>
            <w:shd w:val="clear" w:fill="F7F8FA"/>
          </w:tcPr>
          <w:p>
            <w:r/>
            <w:r>
              <w:rPr>
                <w:rFonts w:eastAsia="Hiragino Sans" w:ascii="Hiragino Sans" w:hAnsi="Hiragino Sans"/>
                <w:b w:val="0"/>
                <w:sz w:val="18"/>
              </w:rPr>
              <w:t>有形固定資産の売却による収入</w:t>
            </w:r>
          </w:p>
        </w:tc>
        <w:tc>
          <w:tcPr>
            <w:tcW w:type="dxa" w:w="3324"/>
            <w:shd w:val="clear" w:fill="F7F8FA"/>
          </w:tcPr>
          <w:p>
            <w:r/>
            <w:r>
              <w:rPr>
                <w:rFonts w:eastAsia="Hiragino Sans" w:ascii="Hiragino Sans" w:hAnsi="Hiragino Sans"/>
                <w:b w:val="0"/>
                <w:sz w:val="18"/>
              </w:rPr>
              <w:t>95</w:t>
            </w:r>
          </w:p>
        </w:tc>
        <w:tc>
          <w:tcPr>
            <w:tcW w:type="dxa" w:w="3324"/>
            <w:shd w:val="clear" w:fill="F7F8FA"/>
          </w:tcPr>
          <w:p>
            <w:r/>
            <w:r>
              <w:rPr>
                <w:rFonts w:eastAsia="Hiragino Sans" w:ascii="Hiragino Sans" w:hAnsi="Hiragino Sans"/>
                <w:b w:val="0"/>
                <w:sz w:val="18"/>
              </w:rPr>
              <w:t>85</w:t>
            </w:r>
          </w:p>
        </w:tc>
      </w:tr>
      <w:tr>
        <w:tc>
          <w:tcPr>
            <w:tcW w:type="dxa" w:w="3324"/>
          </w:tcPr>
          <w:p>
            <w:r/>
            <w:r>
              <w:rPr>
                <w:rFonts w:eastAsia="Hiragino Sans" w:ascii="Hiragino Sans" w:hAnsi="Hiragino Sans"/>
                <w:b w:val="0"/>
                <w:sz w:val="18"/>
              </w:rPr>
              <w:t>無形固定資産の取得による支出</w:t>
            </w:r>
          </w:p>
        </w:tc>
        <w:tc>
          <w:tcPr>
            <w:tcW w:type="dxa" w:w="3324"/>
          </w:tcPr>
          <w:p>
            <w:r/>
            <w:r>
              <w:rPr>
                <w:rFonts w:eastAsia="Hiragino Sans" w:ascii="Hiragino Sans" w:hAnsi="Hiragino Sans"/>
                <w:b w:val="0"/>
                <w:sz w:val="18"/>
              </w:rPr>
              <w:t>△280</w:t>
            </w:r>
          </w:p>
        </w:tc>
        <w:tc>
          <w:tcPr>
            <w:tcW w:type="dxa" w:w="3324"/>
          </w:tcPr>
          <w:p>
            <w:r/>
            <w:r>
              <w:rPr>
                <w:rFonts w:eastAsia="Hiragino Sans" w:ascii="Hiragino Sans" w:hAnsi="Hiragino Sans"/>
                <w:b w:val="0"/>
                <w:sz w:val="18"/>
              </w:rPr>
              <w:t>△310</w:t>
            </w:r>
          </w:p>
        </w:tc>
      </w:tr>
      <w:tr>
        <w:tc>
          <w:tcPr>
            <w:tcW w:type="dxa" w:w="3324"/>
            <w:shd w:val="clear" w:fill="F7F8FA"/>
          </w:tcPr>
          <w:p>
            <w:r/>
            <w:r>
              <w:rPr>
                <w:rFonts w:eastAsia="Hiragino Sans" w:ascii="Hiragino Sans" w:hAnsi="Hiragino Sans"/>
                <w:b w:val="0"/>
                <w:sz w:val="18"/>
              </w:rPr>
              <w:t>投資有価証券の取得による支出</w:t>
            </w:r>
          </w:p>
        </w:tc>
        <w:tc>
          <w:tcPr>
            <w:tcW w:type="dxa" w:w="3324"/>
            <w:shd w:val="clear" w:fill="F7F8FA"/>
          </w:tcPr>
          <w:p>
            <w:r/>
            <w:r>
              <w:rPr>
                <w:rFonts w:eastAsia="Hiragino Sans" w:ascii="Hiragino Sans" w:hAnsi="Hiragino Sans"/>
                <w:b w:val="0"/>
                <w:sz w:val="18"/>
              </w:rPr>
              <w:t>△60</w:t>
            </w:r>
          </w:p>
        </w:tc>
        <w:tc>
          <w:tcPr>
            <w:tcW w:type="dxa" w:w="3324"/>
            <w:shd w:val="clear" w:fill="F7F8FA"/>
          </w:tcPr>
          <w:p>
            <w:r/>
            <w:r>
              <w:rPr>
                <w:rFonts w:eastAsia="Hiragino Sans" w:ascii="Hiragino Sans" w:hAnsi="Hiragino Sans"/>
                <w:b w:val="0"/>
                <w:sz w:val="18"/>
              </w:rPr>
              <w:t>△120</w:t>
            </w:r>
          </w:p>
        </w:tc>
      </w:tr>
      <w:tr>
        <w:tc>
          <w:tcPr>
            <w:tcW w:type="dxa" w:w="3324"/>
          </w:tcPr>
          <w:p>
            <w:r/>
            <w:r>
              <w:rPr>
                <w:rFonts w:eastAsia="Hiragino Sans" w:ascii="Hiragino Sans" w:hAnsi="Hiragino Sans"/>
                <w:b w:val="0"/>
                <w:sz w:val="18"/>
              </w:rPr>
              <w:t>投資有価証券の売却による収入</w:t>
            </w:r>
          </w:p>
        </w:tc>
        <w:tc>
          <w:tcPr>
            <w:tcW w:type="dxa" w:w="3324"/>
          </w:tcPr>
          <w:p>
            <w:r/>
            <w:r>
              <w:rPr>
                <w:rFonts w:eastAsia="Hiragino Sans" w:ascii="Hiragino Sans" w:hAnsi="Hiragino Sans"/>
                <w:b w:val="0"/>
                <w:sz w:val="18"/>
              </w:rPr>
              <w:t>—</w:t>
            </w:r>
          </w:p>
        </w:tc>
        <w:tc>
          <w:tcPr>
            <w:tcW w:type="dxa" w:w="3324"/>
          </w:tcPr>
          <w:p>
            <w:r/>
            <w:r>
              <w:rPr>
                <w:rFonts w:eastAsia="Hiragino Sans" w:ascii="Hiragino Sans" w:hAnsi="Hiragino Sans"/>
                <w:b w:val="0"/>
                <w:sz w:val="18"/>
              </w:rPr>
              <w:t>210</w:t>
            </w:r>
          </w:p>
        </w:tc>
      </w:tr>
      <w:tr>
        <w:tc>
          <w:tcPr>
            <w:tcW w:type="dxa" w:w="3324"/>
            <w:shd w:val="clear" w:fill="F7F8FA"/>
          </w:tcPr>
          <w:p>
            <w:r/>
            <w:r>
              <w:rPr>
                <w:rFonts w:eastAsia="Hiragino Sans" w:ascii="Hiragino Sans" w:hAnsi="Hiragino Sans"/>
                <w:b w:val="0"/>
                <w:sz w:val="18"/>
              </w:rPr>
              <w:t>定期預金の預入・払戻による収支（純額）</w:t>
            </w:r>
          </w:p>
        </w:tc>
        <w:tc>
          <w:tcPr>
            <w:tcW w:type="dxa" w:w="3324"/>
            <w:shd w:val="clear" w:fill="F7F8FA"/>
          </w:tcPr>
          <w:p>
            <w:r/>
            <w:r>
              <w:rPr>
                <w:rFonts w:eastAsia="Hiragino Sans" w:ascii="Hiragino Sans" w:hAnsi="Hiragino Sans"/>
                <w:b w:val="0"/>
                <w:sz w:val="18"/>
              </w:rPr>
              <w:t>△30</w:t>
            </w:r>
          </w:p>
        </w:tc>
        <w:tc>
          <w:tcPr>
            <w:tcW w:type="dxa" w:w="3324"/>
            <w:shd w:val="clear" w:fill="F7F8FA"/>
          </w:tcPr>
          <w:p>
            <w:r/>
            <w:r>
              <w:rPr>
                <w:rFonts w:eastAsia="Hiragino Sans" w:ascii="Hiragino Sans" w:hAnsi="Hiragino Sans"/>
                <w:b w:val="0"/>
                <w:sz w:val="18"/>
              </w:rPr>
              <w:t>30</w:t>
            </w:r>
          </w:p>
        </w:tc>
      </w:tr>
      <w:tr>
        <w:tc>
          <w:tcPr>
            <w:tcW w:type="dxa" w:w="3324"/>
          </w:tcPr>
          <w:p>
            <w:r/>
            <w:r>
              <w:rPr>
                <w:rFonts w:eastAsia="Hiragino Sans" w:ascii="Hiragino Sans" w:hAnsi="Hiragino Sans"/>
                <w:b w:val="0"/>
                <w:sz w:val="18"/>
              </w:rPr>
              <w:t>その他</w:t>
            </w:r>
          </w:p>
        </w:tc>
        <w:tc>
          <w:tcPr>
            <w:tcW w:type="dxa" w:w="3324"/>
          </w:tcPr>
          <w:p>
            <w:r/>
            <w:r>
              <w:rPr>
                <w:rFonts w:eastAsia="Hiragino Sans" w:ascii="Hiragino Sans" w:hAnsi="Hiragino Sans"/>
                <w:b w:val="0"/>
                <w:sz w:val="18"/>
              </w:rPr>
              <w:t>145</w:t>
            </w:r>
          </w:p>
        </w:tc>
        <w:tc>
          <w:tcPr>
            <w:tcW w:type="dxa" w:w="3324"/>
          </w:tcPr>
          <w:p>
            <w:r/>
            <w:r>
              <w:rPr>
                <w:rFonts w:eastAsia="Hiragino Sans" w:ascii="Hiragino Sans" w:hAnsi="Hiragino Sans"/>
                <w:b w:val="0"/>
                <w:sz w:val="18"/>
              </w:rPr>
              <w:t>△35</w:t>
            </w:r>
          </w:p>
        </w:tc>
      </w:tr>
      <w:tr>
        <w:tc>
          <w:tcPr>
            <w:tcW w:type="dxa" w:w="3324"/>
            <w:shd w:val="clear" w:fill="F7F8FA"/>
          </w:tcPr>
          <w:p>
            <w:r/>
            <w:r>
              <w:rPr>
                <w:rFonts w:eastAsia="Hiragino Sans" w:ascii="Hiragino Sans" w:hAnsi="Hiragino Sans"/>
                <w:b/>
                <w:sz w:val="18"/>
              </w:rPr>
              <w:t>投資活動によるキャッシュ・フロー</w:t>
            </w:r>
          </w:p>
        </w:tc>
        <w:tc>
          <w:tcPr>
            <w:tcW w:type="dxa" w:w="3324"/>
            <w:shd w:val="clear" w:fill="F7F8FA"/>
          </w:tcPr>
          <w:p>
            <w:r/>
            <w:r>
              <w:rPr>
                <w:rFonts w:eastAsia="Hiragino Sans" w:ascii="Hiragino Sans" w:hAnsi="Hiragino Sans"/>
                <w:b/>
                <w:sz w:val="18"/>
              </w:rPr>
              <w:t>△2,650</w:t>
            </w:r>
          </w:p>
        </w:tc>
        <w:tc>
          <w:tcPr>
            <w:tcW w:type="dxa" w:w="3324"/>
            <w:shd w:val="clear" w:fill="F7F8FA"/>
          </w:tcPr>
          <w:p>
            <w:r/>
            <w:r>
              <w:rPr>
                <w:rFonts w:eastAsia="Hiragino Sans" w:ascii="Hiragino Sans" w:hAnsi="Hiragino Sans"/>
                <w:b/>
                <w:sz w:val="18"/>
              </w:rPr>
              <w:t>△3,120</w:t>
            </w:r>
          </w:p>
        </w:tc>
      </w:tr>
      <w:tr>
        <w:tc>
          <w:tcPr>
            <w:tcW w:type="dxa" w:w="3324"/>
          </w:tcPr>
          <w:p>
            <w:r/>
            <w:r>
              <w:rPr>
                <w:rFonts w:eastAsia="Hiragino Sans" w:ascii="Hiragino Sans" w:hAnsi="Hiragino Sans"/>
                <w:b/>
                <w:sz w:val="18"/>
              </w:rPr>
              <w:t>財務活動によるキャッシュ・フロー</w:t>
            </w:r>
          </w:p>
        </w:tc>
        <w:tc>
          <w:tcPr>
            <w:tcW w:type="dxa" w:w="3324"/>
          </w:tcPr>
          <w:p>
            <w:r/>
            <w:r>
              <w:rPr>
                <w:rFonts w:eastAsia="Hiragino Sans" w:ascii="Hiragino Sans" w:hAnsi="Hiragino Sans"/>
                <w:b w:val="0"/>
                <w:sz w:val="18"/>
              </w:rPr>
            </w:r>
          </w:p>
        </w:tc>
        <w:tc>
          <w:tcPr>
            <w:tcW w:type="dxa" w:w="3324"/>
          </w:tcPr>
          <w:p>
            <w:r/>
            <w:r>
              <w:rPr>
                <w:rFonts w:eastAsia="Hiragino Sans" w:ascii="Hiragino Sans" w:hAnsi="Hiragino Sans"/>
                <w:b w:val="0"/>
                <w:sz w:val="18"/>
              </w:rPr>
            </w:r>
          </w:p>
        </w:tc>
      </w:tr>
      <w:tr>
        <w:tc>
          <w:tcPr>
            <w:tcW w:type="dxa" w:w="3324"/>
            <w:shd w:val="clear" w:fill="F7F8FA"/>
          </w:tcPr>
          <w:p>
            <w:r/>
            <w:r>
              <w:rPr>
                <w:rFonts w:eastAsia="Hiragino Sans" w:ascii="Hiragino Sans" w:hAnsi="Hiragino Sans"/>
                <w:b w:val="0"/>
                <w:sz w:val="18"/>
              </w:rPr>
              <w:t>短期借入金の純増減額（△は減少）</w:t>
            </w:r>
          </w:p>
        </w:tc>
        <w:tc>
          <w:tcPr>
            <w:tcW w:type="dxa" w:w="3324"/>
            <w:shd w:val="clear" w:fill="F7F8FA"/>
          </w:tcPr>
          <w:p>
            <w:r/>
            <w:r>
              <w:rPr>
                <w:rFonts w:eastAsia="Hiragino Sans" w:ascii="Hiragino Sans" w:hAnsi="Hiragino Sans"/>
                <w:b w:val="0"/>
                <w:sz w:val="18"/>
              </w:rPr>
              <w:t>150</w:t>
            </w:r>
          </w:p>
        </w:tc>
        <w:tc>
          <w:tcPr>
            <w:tcW w:type="dxa" w:w="3324"/>
            <w:shd w:val="clear" w:fill="F7F8FA"/>
          </w:tcPr>
          <w:p>
            <w:r/>
            <w:r>
              <w:rPr>
                <w:rFonts w:eastAsia="Hiragino Sans" w:ascii="Hiragino Sans" w:hAnsi="Hiragino Sans"/>
                <w:b w:val="0"/>
                <w:sz w:val="18"/>
              </w:rPr>
              <w:t>△200</w:t>
            </w:r>
          </w:p>
        </w:tc>
      </w:tr>
      <w:tr>
        <w:tc>
          <w:tcPr>
            <w:tcW w:type="dxa" w:w="3324"/>
          </w:tcPr>
          <w:p>
            <w:r/>
            <w:r>
              <w:rPr>
                <w:rFonts w:eastAsia="Hiragino Sans" w:ascii="Hiragino Sans" w:hAnsi="Hiragino Sans"/>
                <w:b w:val="0"/>
                <w:sz w:val="18"/>
              </w:rPr>
              <w:t>長期借入れによる収入</w:t>
            </w:r>
          </w:p>
        </w:tc>
        <w:tc>
          <w:tcPr>
            <w:tcW w:type="dxa" w:w="3324"/>
          </w:tcPr>
          <w:p>
            <w:r/>
            <w:r>
              <w:rPr>
                <w:rFonts w:eastAsia="Hiragino Sans" w:ascii="Hiragino Sans" w:hAnsi="Hiragino Sans"/>
                <w:b w:val="0"/>
                <w:sz w:val="18"/>
              </w:rPr>
              <w:t>300</w:t>
            </w:r>
          </w:p>
        </w:tc>
        <w:tc>
          <w:tcPr>
            <w:tcW w:type="dxa" w:w="3324"/>
          </w:tcPr>
          <w:p>
            <w:r/>
            <w:r>
              <w:rPr>
                <w:rFonts w:eastAsia="Hiragino Sans" w:ascii="Hiragino Sans" w:hAnsi="Hiragino Sans"/>
                <w:b w:val="0"/>
                <w:sz w:val="18"/>
              </w:rPr>
              <w:t>780</w:t>
            </w:r>
          </w:p>
        </w:tc>
      </w:tr>
      <w:tr>
        <w:tc>
          <w:tcPr>
            <w:tcW w:type="dxa" w:w="3324"/>
            <w:shd w:val="clear" w:fill="F7F8FA"/>
          </w:tcPr>
          <w:p>
            <w:r/>
            <w:r>
              <w:rPr>
                <w:rFonts w:eastAsia="Hiragino Sans" w:ascii="Hiragino Sans" w:hAnsi="Hiragino Sans"/>
                <w:b w:val="0"/>
                <w:sz w:val="18"/>
              </w:rPr>
              <w:t>長期借入金の返済による支出</w:t>
            </w:r>
          </w:p>
        </w:tc>
        <w:tc>
          <w:tcPr>
            <w:tcW w:type="dxa" w:w="3324"/>
            <w:shd w:val="clear" w:fill="F7F8FA"/>
          </w:tcPr>
          <w:p>
            <w:r/>
            <w:r>
              <w:rPr>
                <w:rFonts w:eastAsia="Hiragino Sans" w:ascii="Hiragino Sans" w:hAnsi="Hiragino Sans"/>
                <w:b w:val="0"/>
                <w:sz w:val="18"/>
              </w:rPr>
              <w:t>△900</w:t>
            </w:r>
          </w:p>
        </w:tc>
        <w:tc>
          <w:tcPr>
            <w:tcW w:type="dxa" w:w="3324"/>
            <w:shd w:val="clear" w:fill="F7F8FA"/>
          </w:tcPr>
          <w:p>
            <w:r/>
            <w:r>
              <w:rPr>
                <w:rFonts w:eastAsia="Hiragino Sans" w:ascii="Hiragino Sans" w:hAnsi="Hiragino Sans"/>
                <w:b w:val="0"/>
                <w:sz w:val="18"/>
              </w:rPr>
              <w:t>△920</w:t>
            </w:r>
          </w:p>
        </w:tc>
      </w:tr>
      <w:tr>
        <w:tc>
          <w:tcPr>
            <w:tcW w:type="dxa" w:w="3324"/>
          </w:tcPr>
          <w:p>
            <w:r/>
            <w:r>
              <w:rPr>
                <w:rFonts w:eastAsia="Hiragino Sans" w:ascii="Hiragino Sans" w:hAnsi="Hiragino Sans"/>
                <w:b w:val="0"/>
                <w:sz w:val="18"/>
              </w:rPr>
              <w:t>リース債務の返済による支出</w:t>
            </w:r>
          </w:p>
        </w:tc>
        <w:tc>
          <w:tcPr>
            <w:tcW w:type="dxa" w:w="3324"/>
          </w:tcPr>
          <w:p>
            <w:r/>
            <w:r>
              <w:rPr>
                <w:rFonts w:eastAsia="Hiragino Sans" w:ascii="Hiragino Sans" w:hAnsi="Hiragino Sans"/>
                <w:b w:val="0"/>
                <w:sz w:val="18"/>
              </w:rPr>
              <w:t>△95</w:t>
            </w:r>
          </w:p>
        </w:tc>
        <w:tc>
          <w:tcPr>
            <w:tcW w:type="dxa" w:w="3324"/>
          </w:tcPr>
          <w:p>
            <w:r/>
            <w:r>
              <w:rPr>
                <w:rFonts w:eastAsia="Hiragino Sans" w:ascii="Hiragino Sans" w:hAnsi="Hiragino Sans"/>
                <w:b w:val="0"/>
                <w:sz w:val="18"/>
              </w:rPr>
              <w:t>△290</w:t>
            </w:r>
          </w:p>
        </w:tc>
      </w:tr>
      <w:tr>
        <w:tc>
          <w:tcPr>
            <w:tcW w:type="dxa" w:w="3324"/>
            <w:shd w:val="clear" w:fill="F7F8FA"/>
          </w:tcPr>
          <w:p>
            <w:r/>
            <w:r>
              <w:rPr>
                <w:rFonts w:eastAsia="Hiragino Sans" w:ascii="Hiragino Sans" w:hAnsi="Hiragino Sans"/>
                <w:b w:val="0"/>
                <w:sz w:val="18"/>
              </w:rPr>
              <w:t>自己株式の取得による支出</w:t>
            </w:r>
          </w:p>
        </w:tc>
        <w:tc>
          <w:tcPr>
            <w:tcW w:type="dxa" w:w="3324"/>
            <w:shd w:val="clear" w:fill="F7F8FA"/>
          </w:tcPr>
          <w:p>
            <w:r/>
            <w:r>
              <w:rPr>
                <w:rFonts w:eastAsia="Hiragino Sans" w:ascii="Hiragino Sans" w:hAnsi="Hiragino Sans"/>
                <w:b w:val="0"/>
                <w:sz w:val="18"/>
              </w:rPr>
              <w:t>△40</w:t>
            </w:r>
          </w:p>
        </w:tc>
        <w:tc>
          <w:tcPr>
            <w:tcW w:type="dxa" w:w="3324"/>
            <w:shd w:val="clear" w:fill="F7F8FA"/>
          </w:tcPr>
          <w:p>
            <w:r/>
            <w:r>
              <w:rPr>
                <w:rFonts w:eastAsia="Hiragino Sans" w:ascii="Hiragino Sans" w:hAnsi="Hiragino Sans"/>
                <w:b w:val="0"/>
                <w:sz w:val="18"/>
              </w:rPr>
              <w:t>△49</w:t>
            </w:r>
          </w:p>
        </w:tc>
      </w:tr>
      <w:tr>
        <w:tc>
          <w:tcPr>
            <w:tcW w:type="dxa" w:w="3324"/>
          </w:tcPr>
          <w:p>
            <w:r/>
            <w:r>
              <w:rPr>
                <w:rFonts w:eastAsia="Hiragino Sans" w:ascii="Hiragino Sans" w:hAnsi="Hiragino Sans"/>
                <w:b w:val="0"/>
                <w:sz w:val="18"/>
              </w:rPr>
              <w:t>配当金の支払額</w:t>
            </w:r>
          </w:p>
        </w:tc>
        <w:tc>
          <w:tcPr>
            <w:tcW w:type="dxa" w:w="3324"/>
          </w:tcPr>
          <w:p>
            <w:r/>
            <w:r>
              <w:rPr>
                <w:rFonts w:eastAsia="Hiragino Sans" w:ascii="Hiragino Sans" w:hAnsi="Hiragino Sans"/>
                <w:b w:val="0"/>
                <w:sz w:val="18"/>
              </w:rPr>
              <w:t>△655</w:t>
            </w:r>
          </w:p>
        </w:tc>
        <w:tc>
          <w:tcPr>
            <w:tcW w:type="dxa" w:w="3324"/>
          </w:tcPr>
          <w:p>
            <w:r/>
            <w:r>
              <w:rPr>
                <w:rFonts w:eastAsia="Hiragino Sans" w:ascii="Hiragino Sans" w:hAnsi="Hiragino Sans"/>
                <w:b w:val="0"/>
                <w:sz w:val="18"/>
              </w:rPr>
              <w:t>△831</w:t>
            </w:r>
          </w:p>
        </w:tc>
      </w:tr>
      <w:tr>
        <w:tc>
          <w:tcPr>
            <w:tcW w:type="dxa" w:w="3324"/>
            <w:shd w:val="clear" w:fill="F7F8FA"/>
          </w:tcPr>
          <w:p>
            <w:r/>
            <w:r>
              <w:rPr>
                <w:rFonts w:eastAsia="Hiragino Sans" w:ascii="Hiragino Sans" w:hAnsi="Hiragino Sans"/>
                <w:b w:val="0"/>
                <w:sz w:val="18"/>
              </w:rPr>
              <w:t>非支配株主への配当金の支払額</w:t>
            </w:r>
          </w:p>
        </w:tc>
        <w:tc>
          <w:tcPr>
            <w:tcW w:type="dxa" w:w="3324"/>
            <w:shd w:val="clear" w:fill="F7F8FA"/>
          </w:tcPr>
          <w:p>
            <w:r/>
            <w:r>
              <w:rPr>
                <w:rFonts w:eastAsia="Hiragino Sans" w:ascii="Hiragino Sans" w:hAnsi="Hiragino Sans"/>
                <w:b w:val="0"/>
                <w:sz w:val="18"/>
              </w:rPr>
              <w:t>△25</w:t>
            </w:r>
          </w:p>
        </w:tc>
        <w:tc>
          <w:tcPr>
            <w:tcW w:type="dxa" w:w="3324"/>
            <w:shd w:val="clear" w:fill="F7F8FA"/>
          </w:tcPr>
          <w:p>
            <w:r/>
            <w:r>
              <w:rPr>
                <w:rFonts w:eastAsia="Hiragino Sans" w:ascii="Hiragino Sans" w:hAnsi="Hiragino Sans"/>
                <w:b w:val="0"/>
                <w:sz w:val="18"/>
              </w:rPr>
              <w:t>△26</w:t>
            </w:r>
          </w:p>
        </w:tc>
      </w:tr>
      <w:tr>
        <w:tc>
          <w:tcPr>
            <w:tcW w:type="dxa" w:w="3324"/>
          </w:tcPr>
          <w:p>
            <w:r/>
            <w:r>
              <w:rPr>
                <w:rFonts w:eastAsia="Hiragino Sans" w:ascii="Hiragino Sans" w:hAnsi="Hiragino Sans"/>
                <w:b w:val="0"/>
                <w:sz w:val="18"/>
              </w:rPr>
              <w:t>その他</w:t>
            </w:r>
          </w:p>
        </w:tc>
        <w:tc>
          <w:tcPr>
            <w:tcW w:type="dxa" w:w="3324"/>
          </w:tcPr>
          <w:p>
            <w:r/>
            <w:r>
              <w:rPr>
                <w:rFonts w:eastAsia="Hiragino Sans" w:ascii="Hiragino Sans" w:hAnsi="Hiragino Sans"/>
                <w:b w:val="0"/>
                <w:sz w:val="18"/>
              </w:rPr>
              <w:t>△15</w:t>
            </w:r>
          </w:p>
        </w:tc>
        <w:tc>
          <w:tcPr>
            <w:tcW w:type="dxa" w:w="3324"/>
          </w:tcPr>
          <w:p>
            <w:r/>
            <w:r>
              <w:rPr>
                <w:rFonts w:eastAsia="Hiragino Sans" w:ascii="Hiragino Sans" w:hAnsi="Hiragino Sans"/>
                <w:b w:val="0"/>
                <w:sz w:val="18"/>
              </w:rPr>
              <w:t>△24</w:t>
            </w:r>
          </w:p>
        </w:tc>
      </w:tr>
      <w:tr>
        <w:tc>
          <w:tcPr>
            <w:tcW w:type="dxa" w:w="3324"/>
            <w:shd w:val="clear" w:fill="F7F8FA"/>
          </w:tcPr>
          <w:p>
            <w:r/>
            <w:r>
              <w:rPr>
                <w:rFonts w:eastAsia="Hiragino Sans" w:ascii="Hiragino Sans" w:hAnsi="Hiragino Sans"/>
                <w:b/>
                <w:sz w:val="18"/>
              </w:rPr>
              <w:t>財務活動によるキャッシュ・フロー</w:t>
            </w:r>
          </w:p>
        </w:tc>
        <w:tc>
          <w:tcPr>
            <w:tcW w:type="dxa" w:w="3324"/>
            <w:shd w:val="clear" w:fill="F7F8FA"/>
          </w:tcPr>
          <w:p>
            <w:r/>
            <w:r>
              <w:rPr>
                <w:rFonts w:eastAsia="Hiragino Sans" w:ascii="Hiragino Sans" w:hAnsi="Hiragino Sans"/>
                <w:b/>
                <w:sz w:val="18"/>
              </w:rPr>
              <w:t>△1,280</w:t>
            </w:r>
          </w:p>
        </w:tc>
        <w:tc>
          <w:tcPr>
            <w:tcW w:type="dxa" w:w="3324"/>
            <w:shd w:val="clear" w:fill="F7F8FA"/>
          </w:tcPr>
          <w:p>
            <w:r/>
            <w:r>
              <w:rPr>
                <w:rFonts w:eastAsia="Hiragino Sans" w:ascii="Hiragino Sans" w:hAnsi="Hiragino Sans"/>
                <w:b/>
                <w:sz w:val="18"/>
              </w:rPr>
              <w:t>△1,540</w:t>
            </w:r>
          </w:p>
        </w:tc>
      </w:tr>
      <w:tr>
        <w:tc>
          <w:tcPr>
            <w:tcW w:type="dxa" w:w="3324"/>
          </w:tcPr>
          <w:p>
            <w:r/>
            <w:r>
              <w:rPr>
                <w:rFonts w:eastAsia="Hiragino Sans" w:ascii="Hiragino Sans" w:hAnsi="Hiragino Sans"/>
                <w:b w:val="0"/>
                <w:sz w:val="18"/>
              </w:rPr>
              <w:t>現金及び現金同等物に係る換算差額</w:t>
            </w:r>
          </w:p>
        </w:tc>
        <w:tc>
          <w:tcPr>
            <w:tcW w:type="dxa" w:w="3324"/>
          </w:tcPr>
          <w:p>
            <w:r/>
            <w:r>
              <w:rPr>
                <w:rFonts w:eastAsia="Hiragino Sans" w:ascii="Hiragino Sans" w:hAnsi="Hiragino Sans"/>
                <w:b w:val="0"/>
                <w:sz w:val="18"/>
              </w:rPr>
              <w:t>90</w:t>
            </w:r>
          </w:p>
        </w:tc>
        <w:tc>
          <w:tcPr>
            <w:tcW w:type="dxa" w:w="3324"/>
          </w:tcPr>
          <w:p>
            <w:r/>
            <w:r>
              <w:rPr>
                <w:rFonts w:eastAsia="Hiragino Sans" w:ascii="Hiragino Sans" w:hAnsi="Hiragino Sans"/>
                <w:b w:val="0"/>
                <w:sz w:val="18"/>
              </w:rPr>
              <w:t>△90</w:t>
            </w:r>
          </w:p>
        </w:tc>
      </w:tr>
      <w:tr>
        <w:tc>
          <w:tcPr>
            <w:tcW w:type="dxa" w:w="3324"/>
            <w:shd w:val="clear" w:fill="F7F8FA"/>
          </w:tcPr>
          <w:p>
            <w:r/>
            <w:r>
              <w:rPr>
                <w:rFonts w:eastAsia="Hiragino Sans" w:ascii="Hiragino Sans" w:hAnsi="Hiragino Sans"/>
                <w:b w:val="0"/>
                <w:sz w:val="18"/>
              </w:rPr>
              <w:t>現金及び現金同等物の増減額（△は減少）</w:t>
            </w:r>
          </w:p>
        </w:tc>
        <w:tc>
          <w:tcPr>
            <w:tcW w:type="dxa" w:w="3324"/>
            <w:shd w:val="clear" w:fill="F7F8FA"/>
          </w:tcPr>
          <w:p>
            <w:r/>
            <w:r>
              <w:rPr>
                <w:rFonts w:eastAsia="Hiragino Sans" w:ascii="Hiragino Sans" w:hAnsi="Hiragino Sans"/>
                <w:b w:val="0"/>
                <w:sz w:val="18"/>
              </w:rPr>
              <w:t>580</w:t>
            </w:r>
          </w:p>
        </w:tc>
        <w:tc>
          <w:tcPr>
            <w:tcW w:type="dxa" w:w="3324"/>
            <w:shd w:val="clear" w:fill="F7F8FA"/>
          </w:tcPr>
          <w:p>
            <w:r/>
            <w:r>
              <w:rPr>
                <w:rFonts w:eastAsia="Hiragino Sans" w:ascii="Hiragino Sans" w:hAnsi="Hiragino Sans"/>
                <w:b w:val="0"/>
                <w:sz w:val="18"/>
              </w:rPr>
              <w:t>100</w:t>
            </w:r>
          </w:p>
        </w:tc>
      </w:tr>
      <w:tr>
        <w:tc>
          <w:tcPr>
            <w:tcW w:type="dxa" w:w="3324"/>
          </w:tcPr>
          <w:p>
            <w:r/>
            <w:r>
              <w:rPr>
                <w:rFonts w:eastAsia="Hiragino Sans" w:ascii="Hiragino Sans" w:hAnsi="Hiragino Sans"/>
                <w:b w:val="0"/>
                <w:sz w:val="18"/>
              </w:rPr>
              <w:t>現金及び現金同等物の期首残高</w:t>
            </w:r>
          </w:p>
        </w:tc>
        <w:tc>
          <w:tcPr>
            <w:tcW w:type="dxa" w:w="3324"/>
          </w:tcPr>
          <w:p>
            <w:r/>
            <w:r>
              <w:rPr>
                <w:rFonts w:eastAsia="Hiragino Sans" w:ascii="Hiragino Sans" w:hAnsi="Hiragino Sans"/>
                <w:b w:val="0"/>
                <w:sz w:val="18"/>
              </w:rPr>
              <w:t>9,180</w:t>
            </w:r>
          </w:p>
        </w:tc>
        <w:tc>
          <w:tcPr>
            <w:tcW w:type="dxa" w:w="3324"/>
          </w:tcPr>
          <w:p>
            <w:r/>
            <w:r>
              <w:rPr>
                <w:rFonts w:eastAsia="Hiragino Sans" w:ascii="Hiragino Sans" w:hAnsi="Hiragino Sans"/>
                <w:b w:val="0"/>
                <w:sz w:val="18"/>
              </w:rPr>
              <w:t>9,760</w:t>
            </w:r>
          </w:p>
        </w:tc>
      </w:tr>
      <w:tr>
        <w:tc>
          <w:tcPr>
            <w:tcW w:type="dxa" w:w="3324"/>
            <w:shd w:val="clear" w:fill="F7F8FA"/>
          </w:tcPr>
          <w:p>
            <w:r/>
            <w:r>
              <w:rPr>
                <w:rFonts w:eastAsia="Hiragino Sans" w:ascii="Hiragino Sans" w:hAnsi="Hiragino Sans"/>
                <w:b/>
                <w:sz w:val="18"/>
              </w:rPr>
              <w:t>現金及び現金同等物の期末残高</w:t>
            </w:r>
          </w:p>
        </w:tc>
        <w:tc>
          <w:tcPr>
            <w:tcW w:type="dxa" w:w="3324"/>
            <w:shd w:val="clear" w:fill="F7F8FA"/>
          </w:tcPr>
          <w:p>
            <w:r/>
            <w:r>
              <w:rPr>
                <w:rFonts w:eastAsia="Hiragino Sans" w:ascii="Hiragino Sans" w:hAnsi="Hiragino Sans"/>
                <w:b/>
                <w:sz w:val="18"/>
              </w:rPr>
              <w:t>9,760</w:t>
            </w:r>
          </w:p>
        </w:tc>
        <w:tc>
          <w:tcPr>
            <w:tcW w:type="dxa" w:w="3324"/>
            <w:shd w:val="clear" w:fill="F7F8FA"/>
          </w:tcPr>
          <w:p>
            <w:r/>
            <w:r>
              <w:rPr>
                <w:rFonts w:eastAsia="Hiragino Sans" w:ascii="Hiragino Sans" w:hAnsi="Hiragino Sans"/>
                <w:b/>
                <w:sz w:val="18"/>
              </w:rPr>
              <w:t>9,860</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チェック観点: B/S・P/L・S/S・C/F の4表間整合（当期純利益、利益剰余金増減、現金残高）。前期数値は組替後表示か（リース基準早期適用の表示組替の有無）を確認。</w:t>
      </w:r>
    </w:p>
    <w:p>
      <w:pPr>
        <w:ind w:left="120"/>
        <w:shd w:val="clear" w:fill="F3F4F6"/>
        <w:pBdr>
          <w:left w:val="single" w:sz="18" w:space="6" w:color="24406B"/>
        </w:pBdr>
      </w:pPr>
      <w:r>
        <w:rPr>
          <w:rFonts w:eastAsia="Hiragino Sans" w:ascii="Hiragino Sans" w:hAnsi="Hiragino Sans"/>
          <w:b w:val="0"/>
          <w:i/>
          <w:color w:val="444444"/>
          <w:sz w:val="18"/>
        </w:rPr>
        <w:t>XBRL: 連結財務諸表の各科目は EDINET タクソノミ（jppfs_cor）の標準勘定科目に割当て、独自科目の拡張は最小限とする。</w:t>
      </w:r>
    </w:p>
    <w:p>
      <w:pPr>
        <w:pStyle w:val="Heading3"/>
      </w:pPr>
      <w:r>
        <w:t>(5) 連結財務諸表に関する注記事項</w:t>
      </w:r>
    </w:p>
    <w:p>
      <w:pPr>
        <w:pStyle w:val="Heading3"/>
      </w:pPr>
      <w:r>
        <w:t>（連結財務諸表作成のための基本となる重要な事項）</w:t>
      </w:r>
    </w:p>
    <w:p>
      <w:pPr>
        <w:pStyle w:val="ListBullet"/>
        <w:ind w:left="240"/>
      </w:pPr>
      <w:r>
        <w:rPr>
          <w:rFonts w:eastAsia="Hiragino Sans" w:ascii="Hiragino Sans" w:hAnsi="Hiragino Sans"/>
          <w:b/>
          <w:sz w:val="20"/>
        </w:rPr>
        <w:t>連結の範囲</w:t>
      </w:r>
      <w:r>
        <w:rPr>
          <w:rFonts w:eastAsia="Hiragino Sans" w:ascii="Hiragino Sans" w:hAnsi="Hiragino Sans"/>
          <w:b w:val="0"/>
          <w:sz w:val="20"/>
        </w:rPr>
        <w:t>：連結子会社は8社（サンプル精機㈱、サンプルエレクトロニクス㈱、サンプルロジスティクス㈱、Sample Precision (Thailand) Co., Ltd.、Sample Electronics (Shanghai) Co., Ltd.、Sample Precision Vietnam Co., Ltd.、Sample America, Inc.、Sample Europe GmbH）であります。非連結子会社はありません。</w:t>
      </w:r>
    </w:p>
    <w:p>
      <w:pPr>
        <w:pStyle w:val="ListBullet"/>
        <w:ind w:left="240"/>
      </w:pPr>
      <w:r>
        <w:rPr>
          <w:rFonts w:eastAsia="Hiragino Sans" w:ascii="Hiragino Sans" w:hAnsi="Hiragino Sans"/>
          <w:b/>
          <w:sz w:val="20"/>
        </w:rPr>
        <w:t>持分法の適用</w:t>
      </w:r>
      <w:r>
        <w:rPr>
          <w:rFonts w:eastAsia="Hiragino Sans" w:ascii="Hiragino Sans" w:hAnsi="Hiragino Sans"/>
          <w:b w:val="0"/>
          <w:sz w:val="20"/>
        </w:rPr>
        <w:t>：持分法適用関連会社は2社（信栄精密工業㈱、サンテック・マテリアルズ㈱）であります。</w:t>
      </w:r>
    </w:p>
    <w:p>
      <w:pPr>
        <w:pStyle w:val="ListBullet"/>
        <w:ind w:left="240"/>
      </w:pPr>
      <w:r>
        <w:rPr>
          <w:rFonts w:eastAsia="Hiragino Sans" w:ascii="Hiragino Sans" w:hAnsi="Hiragino Sans"/>
          <w:b/>
          <w:sz w:val="20"/>
        </w:rPr>
        <w:t>連結子会社の事業年度</w:t>
      </w:r>
      <w:r>
        <w:rPr>
          <w:rFonts w:eastAsia="Hiragino Sans" w:ascii="Hiragino Sans" w:hAnsi="Hiragino Sans"/>
          <w:b w:val="0"/>
          <w:sz w:val="20"/>
        </w:rPr>
        <w:t>：在外連結子会社のうち Sample Electronics (Shanghai) Co., Ltd. の決算日は12月31日であり、連結決算日との間に生じた重要な取引については連結上必要な調整を行っております。その他の連結子会社の決算日は連結決算日と一致しております。</w:t>
      </w:r>
    </w:p>
    <w:p>
      <w:pPr>
        <w:pStyle w:val="Heading3"/>
      </w:pPr>
      <w:r>
        <w:t>（重要な会計方針）</w:t>
      </w:r>
    </w:p>
    <w:p>
      <w:pPr>
        <w:pStyle w:val="ListBullet"/>
        <w:ind w:left="240"/>
      </w:pPr>
      <w:r>
        <w:rPr>
          <w:rFonts w:eastAsia="Hiragino Sans" w:ascii="Hiragino Sans" w:hAnsi="Hiragino Sans"/>
          <w:b/>
          <w:sz w:val="20"/>
        </w:rPr>
        <w:t>有価証券の評価基準及び評価方法</w:t>
      </w:r>
      <w:r>
        <w:rPr>
          <w:rFonts w:eastAsia="Hiragino Sans" w:ascii="Hiragino Sans" w:hAnsi="Hiragino Sans"/>
          <w:b w:val="0"/>
          <w:sz w:val="20"/>
        </w:rPr>
        <w:t>：その他有価証券のうち市場価格のない株式等以外のものは時価法（評価差額は全部純資産直入法、売却原価は移動平均法）、市場価格のない株式等は移動平均法による原価法によっております。</w:t>
      </w:r>
    </w:p>
    <w:p>
      <w:pPr>
        <w:pStyle w:val="ListBullet"/>
        <w:ind w:left="240"/>
      </w:pPr>
      <w:r>
        <w:rPr>
          <w:rFonts w:eastAsia="Hiragino Sans" w:ascii="Hiragino Sans" w:hAnsi="Hiragino Sans"/>
          <w:b/>
          <w:sz w:val="20"/>
        </w:rPr>
        <w:t>棚卸資産の評価基準及び評価方法</w:t>
      </w:r>
      <w:r>
        <w:rPr>
          <w:rFonts w:eastAsia="Hiragino Sans" w:ascii="Hiragino Sans" w:hAnsi="Hiragino Sans"/>
          <w:b w:val="0"/>
          <w:sz w:val="20"/>
        </w:rPr>
        <w:t>：主として総平均法による原価法（貸借対照表価額は収益性の低下に基づく簿価切下げの方法）によっております。</w:t>
      </w:r>
    </w:p>
    <w:p>
      <w:pPr>
        <w:pStyle w:val="ListBullet"/>
        <w:ind w:left="240"/>
      </w:pPr>
      <w:r>
        <w:rPr>
          <w:rFonts w:eastAsia="Hiragino Sans" w:ascii="Hiragino Sans" w:hAnsi="Hiragino Sans"/>
          <w:b/>
          <w:sz w:val="20"/>
        </w:rPr>
        <w:t>固定資産の減価償却の方法</w:t>
      </w:r>
      <w:r>
        <w:rPr>
          <w:rFonts w:eastAsia="Hiragino Sans" w:ascii="Hiragino Sans" w:hAnsi="Hiragino Sans"/>
          <w:b w:val="0"/>
          <w:sz w:val="20"/>
        </w:rPr>
        <w:t>：有形固定資産（使用権資産を除く）は主として定額法（建物3〜50年、機械装置4〜12年）、無形固定資産は定額法（自社利用ソフトウェア5年）、使用権資産はリース期間を耐用年数とする定額法によっております。</w:t>
      </w:r>
    </w:p>
    <w:p>
      <w:pPr>
        <w:pStyle w:val="ListBullet"/>
        <w:ind w:left="240"/>
      </w:pPr>
      <w:r>
        <w:rPr>
          <w:rFonts w:eastAsia="Hiragino Sans" w:ascii="Hiragino Sans" w:hAnsi="Hiragino Sans"/>
          <w:b/>
          <w:sz w:val="20"/>
        </w:rPr>
        <w:t>引当金の計上基準</w:t>
      </w:r>
      <w:r>
        <w:rPr>
          <w:rFonts w:eastAsia="Hiragino Sans" w:ascii="Hiragino Sans" w:hAnsi="Hiragino Sans"/>
          <w:b w:val="0"/>
          <w:sz w:val="20"/>
        </w:rPr>
        <w:t>：貸倒引当金は一般債権については貸倒実績率により、貸倒懸念債権等特定の債権については個別に回収可能性を検討して計上しております。賞与引当金は支給見込額の当期負担額を計上しております。</w:t>
      </w:r>
    </w:p>
    <w:p>
      <w:pPr>
        <w:pStyle w:val="ListBullet"/>
        <w:ind w:left="240"/>
      </w:pPr>
      <w:r>
        <w:rPr>
          <w:rFonts w:eastAsia="Hiragino Sans" w:ascii="Hiragino Sans" w:hAnsi="Hiragino Sans"/>
          <w:b/>
          <w:sz w:val="20"/>
        </w:rPr>
        <w:t>退職給付に係る会計処理</w:t>
      </w:r>
      <w:r>
        <w:rPr>
          <w:rFonts w:eastAsia="Hiragino Sans" w:ascii="Hiragino Sans" w:hAnsi="Hiragino Sans"/>
          <w:b w:val="0"/>
          <w:sz w:val="20"/>
        </w:rPr>
        <w:t>：退職給付債務の算定は給付算定式基準、数理計算上の差異は発生年度の翌連結会計年度から10年で定額償却、過去勤務費用は10年で定額償却しております。一部の連結子会社は確定拠出制度を採用しております。</w:t>
      </w:r>
    </w:p>
    <w:p>
      <w:pPr>
        <w:pStyle w:val="ListBullet"/>
        <w:ind w:left="240"/>
      </w:pPr>
      <w:r>
        <w:rPr>
          <w:rFonts w:eastAsia="Hiragino Sans" w:ascii="Hiragino Sans" w:hAnsi="Hiragino Sans"/>
          <w:b/>
          <w:sz w:val="20"/>
        </w:rPr>
        <w:t>収益認識</w:t>
      </w:r>
      <w:r>
        <w:rPr>
          <w:rFonts w:eastAsia="Hiragino Sans" w:ascii="Hiragino Sans" w:hAnsi="Hiragino Sans"/>
          <w:b w:val="0"/>
          <w:sz w:val="20"/>
        </w:rPr>
        <w:t>：「収益認識に関する会計基準」（企業会計基準第29号）に基づき、顧客との契約について履行義務を識別し、履行義務を充足した時点（又は充足するにつれて）収益を認識しております。製品の販売は、国内取引は出荷時から支配移転時までの期間が通常の期間であるため出荷時に、輸出取引はインコタームズ等に基づく支配移転時に収益を認識しております。据付を伴う装置部品の一部及び保守サービスは、履行義務の充足に応じて一定の期間にわたり収益を認識しております。取引価格は顧客との契約に基づき、値引・リベート等の変動対価を控除して算定しております。</w:t>
      </w:r>
    </w:p>
    <w:p>
      <w:pPr>
        <w:pStyle w:val="ListBullet"/>
        <w:ind w:left="240"/>
      </w:pPr>
      <w:r>
        <w:rPr>
          <w:rFonts w:eastAsia="Hiragino Sans" w:ascii="Hiragino Sans" w:hAnsi="Hiragino Sans"/>
          <w:b/>
          <w:sz w:val="20"/>
        </w:rPr>
        <w:t>外貨換算</w:t>
      </w:r>
      <w:r>
        <w:rPr>
          <w:rFonts w:eastAsia="Hiragino Sans" w:ascii="Hiragino Sans" w:hAnsi="Hiragino Sans"/>
          <w:b w:val="0"/>
          <w:sz w:val="20"/>
        </w:rPr>
        <w:t>：在外子会社の資産・負債は決算日レート、収益・費用は期中平均レートで換算し、換算差額は為替換算調整勘定及び非支配株主持分に含めております。</w:t>
      </w:r>
    </w:p>
    <w:p>
      <w:pPr>
        <w:pStyle w:val="ListBullet"/>
        <w:ind w:left="240"/>
      </w:pPr>
      <w:r>
        <w:rPr>
          <w:rFonts w:eastAsia="Hiragino Sans" w:ascii="Hiragino Sans" w:hAnsi="Hiragino Sans"/>
          <w:b/>
          <w:sz w:val="20"/>
        </w:rPr>
        <w:t>ヘッジ会計</w:t>
      </w:r>
      <w:r>
        <w:rPr>
          <w:rFonts w:eastAsia="Hiragino Sans" w:ascii="Hiragino Sans" w:hAnsi="Hiragino Sans"/>
          <w:b w:val="0"/>
          <w:sz w:val="20"/>
        </w:rPr>
        <w:t>：為替予約取引について繰延ヘッジ処理（振当処理の要件を満たすものは振当処理）を採用しております。</w:t>
      </w:r>
    </w:p>
    <w:p>
      <w:pPr>
        <w:pStyle w:val="ListBullet"/>
        <w:ind w:left="240"/>
      </w:pPr>
      <w:r>
        <w:rPr>
          <w:rFonts w:eastAsia="Hiragino Sans" w:ascii="Hiragino Sans" w:hAnsi="Hiragino Sans"/>
          <w:b/>
          <w:sz w:val="20"/>
        </w:rPr>
        <w:t>連結キャッシュ・フロー計算書における資金の範囲</w:t>
      </w:r>
      <w:r>
        <w:rPr>
          <w:rFonts w:eastAsia="Hiragino Sans" w:ascii="Hiragino Sans" w:hAnsi="Hiragino Sans"/>
          <w:b w:val="0"/>
          <w:sz w:val="20"/>
        </w:rPr>
        <w:t>：手許現金、要求払預金及び取得日から3か月以内に満期日の到来する流動性の高い短期投資であります。</w:t>
      </w:r>
    </w:p>
    <w:p>
      <w:pPr>
        <w:pStyle w:val="Heading3"/>
      </w:pPr>
      <w:r>
        <w:t>（会計方針の変更）</w:t>
      </w:r>
    </w:p>
    <w:p>
      <w:pPr>
        <w:spacing w:after="80"/>
      </w:pPr>
      <w:r>
        <w:rPr>
          <w:rFonts w:eastAsia="Hiragino Sans" w:ascii="Hiragino Sans" w:hAnsi="Hiragino Sans"/>
          <w:b w:val="0"/>
          <w:i w:val="0"/>
        </w:rPr>
        <w:t>「リースに関する会計基準」（企業会計基準第34号 2024年9月13日）等を当連結会計年度の期首から早期適用し、借手のリースについて使用権資産及びリース債務を計上しております。適用にあたっては、適用初年度の期首より前に新たな会計方針を遡及適用した場合の累積的影響額を適用初年度の期首の利益剰余金に加減する経過的な取扱いに従っておりますが、利益剰余金の期首残高に与える影響はありません（このため連結株主資本等変動計算書に会計方針の変更による累積的影響額の調整行は設けておりません）。この結果、当連結会計年度末において使用権資産850百万円及びリース債務900百万円（流動280百万円・固定620百万円）を計上しており、従来の方法に比べ営業利益への影響は軽微であります。なお、前連結会計年度については従来の「リース取引に関する会計基準」によっており、遡及適用しておりません。</w:t>
      </w:r>
    </w:p>
    <w:p>
      <w:pPr>
        <w:pStyle w:val="Heading3"/>
      </w:pPr>
      <w:r>
        <w:t>（重要な会計上の見積り）</w:t>
      </w:r>
    </w:p>
    <w:p>
      <w:pPr>
        <w:spacing w:after="80"/>
      </w:pPr>
      <w:r>
        <w:rPr>
          <w:rFonts w:eastAsia="Hiragino Sans" w:ascii="Hiragino Sans" w:hAnsi="Hiragino Sans"/>
          <w:b/>
          <w:i w:val="0"/>
        </w:rPr>
        <w:t>1. 固定資産の減損（電子部品セグメント）</w:t>
      </w:r>
    </w:p>
    <w:p>
      <w:pPr>
        <w:pStyle w:val="ListBullet"/>
        <w:ind w:left="240"/>
      </w:pPr>
      <w:r>
        <w:rPr>
          <w:rFonts w:eastAsia="Hiragino Sans" w:ascii="Hiragino Sans" w:hAnsi="Hiragino Sans"/>
          <w:b w:val="0"/>
          <w:sz w:val="20"/>
        </w:rPr>
        <w:t>当連結会計年度の連結財務諸表に計上した金額：電子部品セグメントの汎用コンデンサ部品製造設備に係る資産グループの帳簿価額 2,150百万円（減損損失計上後）、当期計上減損損失 180百万円。</w:t>
      </w:r>
    </w:p>
    <w:p>
      <w:pPr>
        <w:pStyle w:val="ListBullet"/>
        <w:ind w:left="240"/>
      </w:pPr>
      <w:r>
        <w:rPr>
          <w:rFonts w:eastAsia="Hiragino Sans" w:ascii="Hiragino Sans" w:hAnsi="Hiragino Sans"/>
          <w:b w:val="0"/>
          <w:sz w:val="20"/>
        </w:rPr>
        <w:t>見積りの内容：資産のグルーピングは管理会計上の事業部単位を基礎とし、収益性の低下が認められた当該資産グループについて、取締役会承認済みの事業計画を基礎とした将来キャッシュ・フロー（主要な仮定：今後5年間の販売数量・販売価格、割引率8.2%）により使用価値を算定しております。</w:t>
      </w:r>
    </w:p>
    <w:p>
      <w:pPr>
        <w:pStyle w:val="ListBullet"/>
        <w:ind w:left="240"/>
      </w:pPr>
      <w:r>
        <w:rPr>
          <w:rFonts w:eastAsia="Hiragino Sans" w:ascii="Hiragino Sans" w:hAnsi="Hiragino Sans"/>
          <w:b w:val="0"/>
          <w:sz w:val="20"/>
        </w:rPr>
        <w:t>翌連結会計年度への影響：中国市場の価格下落が想定を超えて進行した場合、追加の減損損失が発生する可能性があります。</w:t>
      </w:r>
    </w:p>
    <w:p>
      <w:pPr>
        <w:spacing w:after="80"/>
      </w:pPr>
      <w:r>
        <w:rPr>
          <w:rFonts w:eastAsia="Hiragino Sans" w:ascii="Hiragino Sans" w:hAnsi="Hiragino Sans"/>
          <w:b/>
          <w:i w:val="0"/>
        </w:rPr>
        <w:t>2. 繰延税金資産の回収可能性</w:t>
      </w:r>
    </w:p>
    <w:p>
      <w:pPr>
        <w:pStyle w:val="ListBullet"/>
        <w:ind w:left="240"/>
      </w:pPr>
      <w:r>
        <w:rPr>
          <w:rFonts w:eastAsia="Hiragino Sans" w:ascii="Hiragino Sans" w:hAnsi="Hiragino Sans"/>
          <w:b w:val="0"/>
          <w:sz w:val="20"/>
        </w:rPr>
        <w:t>当連結会計年度の連結財務諸表に計上した金額：繰延税金資産1,050百万円（連結貸借対照表計上額。評価性引当額310百万円控除後）。</w:t>
      </w:r>
    </w:p>
    <w:p>
      <w:pPr>
        <w:pStyle w:val="ListBullet"/>
        <w:ind w:left="240"/>
      </w:pPr>
      <w:r>
        <w:rPr>
          <w:rFonts w:eastAsia="Hiragino Sans" w:ascii="Hiragino Sans" w:hAnsi="Hiragino Sans"/>
          <w:b w:val="0"/>
          <w:sz w:val="20"/>
        </w:rPr>
        <w:t>見積りの内容：将来減算一時差異及び税務上の繰越欠損金に対し、企業分類の判定並びに中期経営計画を基礎とした将来課税所得のスケジューリングに基づき回収可能性を判断しております。</w:t>
      </w:r>
    </w:p>
    <w:p>
      <w:pPr>
        <w:pStyle w:val="ListBullet"/>
        <w:ind w:left="240"/>
      </w:pPr>
      <w:r>
        <w:rPr>
          <w:rFonts w:eastAsia="Hiragino Sans" w:ascii="Hiragino Sans" w:hAnsi="Hiragino Sans"/>
          <w:b w:val="0"/>
          <w:sz w:val="20"/>
        </w:rPr>
        <w:t>翌連結会計年度への影響：市況悪化等により課税所得見込みが減少した場合、繰延税金資産の取崩しにより法人税等調整額が増加する可能性があります。</w:t>
      </w:r>
    </w:p>
    <w:p>
      <w:pPr>
        <w:pStyle w:val="Heading3"/>
      </w:pPr>
      <w:r>
        <w:t>（連結貸借対照表関係）</w:t>
      </w:r>
    </w:p>
    <w:p>
      <w:pPr>
        <w:pStyle w:val="ListBullet"/>
        <w:ind w:left="240"/>
      </w:pPr>
      <w:r>
        <w:rPr>
          <w:rFonts w:eastAsia="Hiragino Sans" w:ascii="Hiragino Sans" w:hAnsi="Hiragino Sans"/>
          <w:b w:val="0"/>
          <w:sz w:val="20"/>
        </w:rPr>
        <w:t>有形固定資産の減価償却累計額：前連結会計年度 26,850百万円、当連結会計年度 28,400百万円</w:t>
      </w:r>
    </w:p>
    <w:p>
      <w:pPr>
        <w:pStyle w:val="ListBullet"/>
        <w:ind w:left="240"/>
      </w:pPr>
      <w:r>
        <w:rPr>
          <w:rFonts w:eastAsia="Hiragino Sans" w:ascii="Hiragino Sans" w:hAnsi="Hiragino Sans"/>
          <w:b w:val="0"/>
          <w:sz w:val="20"/>
        </w:rPr>
        <w:t>担保に供している資産：土地450百万円及び建物680百万円（工場財団抵当）。対応する債務は長期借入金（1年内返済予定を含む）800百万円であります。</w:t>
      </w:r>
    </w:p>
    <w:p>
      <w:pPr>
        <w:pStyle w:val="ListBullet"/>
        <w:ind w:left="240"/>
      </w:pPr>
      <w:r>
        <w:rPr>
          <w:rFonts w:eastAsia="Hiragino Sans" w:ascii="Hiragino Sans" w:hAnsi="Hiragino Sans"/>
          <w:b w:val="0"/>
          <w:sz w:val="20"/>
        </w:rPr>
        <w:t>偶発債務：該当事項はありません。なお、当社が連結子会社 Sample Precision (Thailand) Co., Ltd. の金融機関借入に対して行っている債務保証120百万円は、主債務が連結貸借対照表に計上されているため連結上の偶発債務に該当せず、個別財務諸表の注記事項としております。</w:t>
      </w:r>
    </w:p>
    <w:p>
      <w:pPr>
        <w:pStyle w:val="ListBullet"/>
        <w:ind w:left="240"/>
      </w:pPr>
      <w:r>
        <w:rPr>
          <w:rFonts w:eastAsia="Hiragino Sans" w:ascii="Hiragino Sans" w:hAnsi="Hiragino Sans"/>
          <w:b w:val="0"/>
          <w:sz w:val="20"/>
        </w:rPr>
        <w:t>関連会社に対するもの：投資有価証券（株式）2,300百万円</w:t>
      </w:r>
    </w:p>
    <w:p>
      <w:pPr>
        <w:pStyle w:val="Heading3"/>
      </w:pPr>
      <w:r>
        <w:t>（連結損益計算書関係）</w:t>
      </w:r>
    </w:p>
    <w:p>
      <w:pPr>
        <w:pStyle w:val="ListBullet"/>
        <w:ind w:left="240"/>
      </w:pPr>
      <w:r>
        <w:rPr>
          <w:rFonts w:eastAsia="Hiragino Sans" w:ascii="Hiragino Sans" w:hAnsi="Hiragino Sans"/>
          <w:b w:val="0"/>
          <w:sz w:val="20"/>
        </w:rPr>
        <w:t>販売費及び一般管理費の主要な費目及び金額：給料及び手当 2,980百万円、賞与引当金繰入額 585百万円、退職給付費用 195百万円、運賃及び荷造費 720百万円、減価償却費 310百万円、研究開発費 1,020百万円、貸倒引当金繰入額 2百万円</w:t>
      </w:r>
    </w:p>
    <w:p>
      <w:pPr>
        <w:pStyle w:val="ListBullet"/>
        <w:ind w:left="240"/>
      </w:pPr>
      <w:r>
        <w:rPr>
          <w:rFonts w:eastAsia="Hiragino Sans" w:ascii="Hiragino Sans" w:hAnsi="Hiragino Sans"/>
          <w:b w:val="0"/>
          <w:sz w:val="20"/>
        </w:rPr>
        <w:t>一般管理費及び当期製造費用に含まれる研究開発費の総額：1,940百万円</w:t>
      </w:r>
    </w:p>
    <w:p>
      <w:pPr>
        <w:pStyle w:val="ListBullet"/>
        <w:ind w:left="240"/>
      </w:pPr>
      <w:r>
        <w:rPr>
          <w:rFonts w:eastAsia="Hiragino Sans" w:ascii="Hiragino Sans" w:hAnsi="Hiragino Sans"/>
          <w:b w:val="0"/>
          <w:sz w:val="20"/>
        </w:rPr>
        <w:t>期末棚卸高は収益性の低下に伴う簿価切下後の金額であり、売上原価に含まれる棚卸資産評価損は85百万円であります。</w:t>
      </w:r>
    </w:p>
    <w:p>
      <w:pPr>
        <w:pStyle w:val="ListBullet"/>
        <w:ind w:left="240"/>
      </w:pPr>
      <w:r>
        <w:rPr>
          <w:rFonts w:eastAsia="Hiragino Sans" w:ascii="Hiragino Sans" w:hAnsi="Hiragino Sans"/>
          <w:b w:val="0"/>
          <w:sz w:val="20"/>
        </w:rPr>
        <w:t>減損損失：当連結会計年度において、電子部品セグメントの汎用コンデンサ部品製造設備（場所：福岡県飯塚市、用途：製造設備、種類：機械装置145百万円・建物35百万円）について、市況価格の下落により収益性が低下したため、帳簿価額を回収可能価額まで減額し、減損損失180百万円を特別損失に計上しました。回収可能価額は使用価値（割引率8.2%）により測定しております。</w:t>
      </w:r>
    </w:p>
    <w:p>
      <w:pPr>
        <w:pStyle w:val="Heading3"/>
      </w:pPr>
      <w:r>
        <w:t>（連結株主資本等変動計算書関係）</w:t>
      </w:r>
    </w:p>
    <w:p>
      <w:pPr>
        <w:pStyle w:val="ListBullet"/>
        <w:ind w:left="240"/>
      </w:pPr>
      <w:r>
        <w:rPr>
          <w:rFonts w:eastAsia="Hiragino Sans" w:ascii="Hiragino Sans" w:hAnsi="Hiragino Sans"/>
          <w:b w:val="0"/>
          <w:sz w:val="20"/>
        </w:rPr>
        <w:t>発行済株式の種類及び総数：普通株式 26,000千株（期中増減なし）</w:t>
      </w:r>
    </w:p>
    <w:p>
      <w:pPr>
        <w:pStyle w:val="ListBullet"/>
        <w:ind w:left="240"/>
      </w:pPr>
      <w:r>
        <w:rPr>
          <w:rFonts w:eastAsia="Hiragino Sans" w:ascii="Hiragino Sans" w:hAnsi="Hiragino Sans"/>
          <w:b w:val="0"/>
          <w:sz w:val="20"/>
        </w:rPr>
        <w:t>自己株式：期首 790千株、取得 37千株（取締役会決議による市場買付34千株、単元未満株式の買取3千株）、処分 △12千株（譲渡制限付株式報酬）、期末 815千株</w:t>
      </w:r>
    </w:p>
    <w:p>
      <w:pPr>
        <w:pStyle w:val="ListBullet"/>
        <w:ind w:left="240"/>
      </w:pPr>
      <w:r>
        <w:rPr>
          <w:rFonts w:eastAsia="Hiragino Sans" w:ascii="Hiragino Sans" w:hAnsi="Hiragino Sans"/>
          <w:b w:val="0"/>
          <w:sz w:val="20"/>
        </w:rPr>
        <w:t>配当に関する事項：</w:t>
      </w:r>
    </w:p>
    <w:tbl>
      <w:tblPr>
        <w:tblStyle w:val="TableGrid"/>
        <w:tblW w:type="auto" w:w="0"/>
        <w:jc w:val="center"/>
        <w:tblLayout w:type="autofit"/>
        <w:tblLook w:firstColumn="1" w:firstRow="1" w:lastColumn="0" w:lastRow="0" w:noHBand="0" w:noVBand="1" w:val="04A0"/>
      </w:tblPr>
      <w:tblGrid>
        <w:gridCol w:w="1662"/>
        <w:gridCol w:w="1662"/>
        <w:gridCol w:w="1662"/>
        <w:gridCol w:w="1662"/>
        <w:gridCol w:w="1662"/>
        <w:gridCol w:w="1662"/>
      </w:tblGrid>
      <w:tr>
        <w:tc>
          <w:tcPr>
            <w:tcW w:type="dxa" w:w="1662"/>
            <w:shd w:val="clear" w:fill="24406B"/>
          </w:tcPr>
          <w:p>
            <w:r/>
            <w:r>
              <w:rPr>
                <w:rFonts w:eastAsia="Hiragino Sans" w:ascii="Hiragino Sans" w:hAnsi="Hiragino Sans"/>
                <w:b/>
                <w:color w:val="FFFFFF"/>
                <w:sz w:val="18"/>
              </w:rPr>
              <w:t>決議</w:t>
            </w:r>
          </w:p>
        </w:tc>
        <w:tc>
          <w:tcPr>
            <w:tcW w:type="dxa" w:w="1662"/>
            <w:shd w:val="clear" w:fill="24406B"/>
          </w:tcPr>
          <w:p>
            <w:r/>
            <w:r>
              <w:rPr>
                <w:rFonts w:eastAsia="Hiragino Sans" w:ascii="Hiragino Sans" w:hAnsi="Hiragino Sans"/>
                <w:b/>
                <w:color w:val="FFFFFF"/>
                <w:sz w:val="18"/>
              </w:rPr>
              <w:t>株式の種類</w:t>
            </w:r>
          </w:p>
        </w:tc>
        <w:tc>
          <w:tcPr>
            <w:tcW w:type="dxa" w:w="1662"/>
            <w:shd w:val="clear" w:fill="24406B"/>
          </w:tcPr>
          <w:p>
            <w:r/>
            <w:r>
              <w:rPr>
                <w:rFonts w:eastAsia="Hiragino Sans" w:ascii="Hiragino Sans" w:hAnsi="Hiragino Sans"/>
                <w:b/>
                <w:color w:val="FFFFFF"/>
                <w:sz w:val="18"/>
              </w:rPr>
              <w:t>配当金の総額(百万円)</w:t>
            </w:r>
          </w:p>
        </w:tc>
        <w:tc>
          <w:tcPr>
            <w:tcW w:type="dxa" w:w="1662"/>
            <w:shd w:val="clear" w:fill="24406B"/>
          </w:tcPr>
          <w:p>
            <w:r/>
            <w:r>
              <w:rPr>
                <w:rFonts w:eastAsia="Hiragino Sans" w:ascii="Hiragino Sans" w:hAnsi="Hiragino Sans"/>
                <w:b/>
                <w:color w:val="FFFFFF"/>
                <w:sz w:val="18"/>
              </w:rPr>
              <w:t>1株当たり配当額(円)</w:t>
            </w:r>
          </w:p>
        </w:tc>
        <w:tc>
          <w:tcPr>
            <w:tcW w:type="dxa" w:w="1662"/>
            <w:shd w:val="clear" w:fill="24406B"/>
          </w:tcPr>
          <w:p>
            <w:r/>
            <w:r>
              <w:rPr>
                <w:rFonts w:eastAsia="Hiragino Sans" w:ascii="Hiragino Sans" w:hAnsi="Hiragino Sans"/>
                <w:b/>
                <w:color w:val="FFFFFF"/>
                <w:sz w:val="18"/>
              </w:rPr>
              <w:t>基準日</w:t>
            </w:r>
          </w:p>
        </w:tc>
        <w:tc>
          <w:tcPr>
            <w:tcW w:type="dxa" w:w="1662"/>
            <w:shd w:val="clear" w:fill="24406B"/>
          </w:tcPr>
          <w:p>
            <w:r/>
            <w:r>
              <w:rPr>
                <w:rFonts w:eastAsia="Hiragino Sans" w:ascii="Hiragino Sans" w:hAnsi="Hiragino Sans"/>
                <w:b/>
                <w:color w:val="FFFFFF"/>
                <w:sz w:val="18"/>
              </w:rPr>
              <w:t>効力発生日</w:t>
            </w:r>
          </w:p>
        </w:tc>
      </w:tr>
      <w:tr>
        <w:tc>
          <w:tcPr>
            <w:tcW w:type="dxa" w:w="1662"/>
          </w:tcPr>
          <w:p>
            <w:r/>
            <w:r>
              <w:rPr>
                <w:rFonts w:eastAsia="Hiragino Sans" w:ascii="Hiragino Sans" w:hAnsi="Hiragino Sans"/>
                <w:b w:val="0"/>
                <w:sz w:val="18"/>
              </w:rPr>
              <w:t>2025年6月24日 定時株主総会</w:t>
            </w:r>
          </w:p>
        </w:tc>
        <w:tc>
          <w:tcPr>
            <w:tcW w:type="dxa" w:w="1662"/>
          </w:tcPr>
          <w:p>
            <w:r/>
            <w:r>
              <w:rPr>
                <w:rFonts w:eastAsia="Hiragino Sans" w:ascii="Hiragino Sans" w:hAnsi="Hiragino Sans"/>
                <w:b w:val="0"/>
                <w:sz w:val="18"/>
              </w:rPr>
              <w:t>普通株式</w:t>
            </w:r>
          </w:p>
        </w:tc>
        <w:tc>
          <w:tcPr>
            <w:tcW w:type="dxa" w:w="1662"/>
          </w:tcPr>
          <w:p>
            <w:r/>
            <w:r>
              <w:rPr>
                <w:rFonts w:eastAsia="Hiragino Sans" w:ascii="Hiragino Sans" w:hAnsi="Hiragino Sans"/>
                <w:b w:val="0"/>
                <w:sz w:val="18"/>
              </w:rPr>
              <w:t>403</w:t>
            </w:r>
          </w:p>
        </w:tc>
        <w:tc>
          <w:tcPr>
            <w:tcW w:type="dxa" w:w="1662"/>
          </w:tcPr>
          <w:p>
            <w:r/>
            <w:r>
              <w:rPr>
                <w:rFonts w:eastAsia="Hiragino Sans" w:ascii="Hiragino Sans" w:hAnsi="Hiragino Sans"/>
                <w:b w:val="0"/>
                <w:sz w:val="18"/>
              </w:rPr>
              <w:t>16</w:t>
            </w:r>
          </w:p>
        </w:tc>
        <w:tc>
          <w:tcPr>
            <w:tcW w:type="dxa" w:w="1662"/>
          </w:tcPr>
          <w:p>
            <w:r/>
            <w:r>
              <w:rPr>
                <w:rFonts w:eastAsia="Hiragino Sans" w:ascii="Hiragino Sans" w:hAnsi="Hiragino Sans"/>
                <w:b w:val="0"/>
                <w:sz w:val="18"/>
              </w:rPr>
              <w:t>2025年3月31日</w:t>
            </w:r>
          </w:p>
        </w:tc>
        <w:tc>
          <w:tcPr>
            <w:tcW w:type="dxa" w:w="1662"/>
          </w:tcPr>
          <w:p>
            <w:r/>
            <w:r>
              <w:rPr>
                <w:rFonts w:eastAsia="Hiragino Sans" w:ascii="Hiragino Sans" w:hAnsi="Hiragino Sans"/>
                <w:b w:val="0"/>
                <w:sz w:val="18"/>
              </w:rPr>
              <w:t>2025年6月25日</w:t>
            </w:r>
          </w:p>
        </w:tc>
      </w:tr>
      <w:tr>
        <w:tc>
          <w:tcPr>
            <w:tcW w:type="dxa" w:w="1662"/>
            <w:shd w:val="clear" w:fill="F7F8FA"/>
          </w:tcPr>
          <w:p>
            <w:r/>
            <w:r>
              <w:rPr>
                <w:rFonts w:eastAsia="Hiragino Sans" w:ascii="Hiragino Sans" w:hAnsi="Hiragino Sans"/>
                <w:b w:val="0"/>
                <w:sz w:val="18"/>
              </w:rPr>
              <w:t>2025年11月10日 取締役会</w:t>
            </w:r>
          </w:p>
        </w:tc>
        <w:tc>
          <w:tcPr>
            <w:tcW w:type="dxa" w:w="1662"/>
            <w:shd w:val="clear" w:fill="F7F8FA"/>
          </w:tcPr>
          <w:p>
            <w:r/>
            <w:r>
              <w:rPr>
                <w:rFonts w:eastAsia="Hiragino Sans" w:ascii="Hiragino Sans" w:hAnsi="Hiragino Sans"/>
                <w:b w:val="0"/>
                <w:sz w:val="18"/>
              </w:rPr>
              <w:t>普通株式</w:t>
            </w:r>
          </w:p>
        </w:tc>
        <w:tc>
          <w:tcPr>
            <w:tcW w:type="dxa" w:w="1662"/>
            <w:shd w:val="clear" w:fill="F7F8FA"/>
          </w:tcPr>
          <w:p>
            <w:r/>
            <w:r>
              <w:rPr>
                <w:rFonts w:eastAsia="Hiragino Sans" w:ascii="Hiragino Sans" w:hAnsi="Hiragino Sans"/>
                <w:b w:val="0"/>
                <w:sz w:val="18"/>
              </w:rPr>
              <w:t>428</w:t>
            </w:r>
          </w:p>
        </w:tc>
        <w:tc>
          <w:tcPr>
            <w:tcW w:type="dxa" w:w="1662"/>
            <w:shd w:val="clear" w:fill="F7F8FA"/>
          </w:tcPr>
          <w:p>
            <w:r/>
            <w:r>
              <w:rPr>
                <w:rFonts w:eastAsia="Hiragino Sans" w:ascii="Hiragino Sans" w:hAnsi="Hiragino Sans"/>
                <w:b w:val="0"/>
                <w:sz w:val="18"/>
              </w:rPr>
              <w:t>17</w:t>
            </w:r>
          </w:p>
        </w:tc>
        <w:tc>
          <w:tcPr>
            <w:tcW w:type="dxa" w:w="1662"/>
            <w:shd w:val="clear" w:fill="F7F8FA"/>
          </w:tcPr>
          <w:p>
            <w:r/>
            <w:r>
              <w:rPr>
                <w:rFonts w:eastAsia="Hiragino Sans" w:ascii="Hiragino Sans" w:hAnsi="Hiragino Sans"/>
                <w:b w:val="0"/>
                <w:sz w:val="18"/>
              </w:rPr>
              <w:t>2025年9月30日</w:t>
            </w:r>
          </w:p>
        </w:tc>
        <w:tc>
          <w:tcPr>
            <w:tcW w:type="dxa" w:w="1662"/>
            <w:shd w:val="clear" w:fill="F7F8FA"/>
          </w:tcPr>
          <w:p>
            <w:r/>
            <w:r>
              <w:rPr>
                <w:rFonts w:eastAsia="Hiragino Sans" w:ascii="Hiragino Sans" w:hAnsi="Hiragino Sans"/>
                <w:b w:val="0"/>
                <w:sz w:val="18"/>
              </w:rPr>
              <w:t>2025年12月4日</w:t>
            </w:r>
          </w:p>
        </w:tc>
      </w:tr>
      <w:tr>
        <w:tc>
          <w:tcPr>
            <w:tcW w:type="dxa" w:w="1662"/>
          </w:tcPr>
          <w:p>
            <w:r/>
            <w:r>
              <w:rPr>
                <w:rFonts w:eastAsia="Hiragino Sans" w:ascii="Hiragino Sans" w:hAnsi="Hiragino Sans"/>
                <w:b w:val="0"/>
                <w:sz w:val="18"/>
              </w:rPr>
              <w:t>2026年6月24日 定時株主総会（基準日が当連結会計年度に属する配当）</w:t>
            </w:r>
          </w:p>
        </w:tc>
        <w:tc>
          <w:tcPr>
            <w:tcW w:type="dxa" w:w="1662"/>
          </w:tcPr>
          <w:p>
            <w:r/>
            <w:r>
              <w:rPr>
                <w:rFonts w:eastAsia="Hiragino Sans" w:ascii="Hiragino Sans" w:hAnsi="Hiragino Sans"/>
                <w:b w:val="0"/>
                <w:sz w:val="18"/>
              </w:rPr>
              <w:t>普通株式</w:t>
            </w:r>
          </w:p>
        </w:tc>
        <w:tc>
          <w:tcPr>
            <w:tcW w:type="dxa" w:w="1662"/>
          </w:tcPr>
          <w:p>
            <w:r/>
            <w:r>
              <w:rPr>
                <w:rFonts w:eastAsia="Hiragino Sans" w:ascii="Hiragino Sans" w:hAnsi="Hiragino Sans"/>
                <w:b w:val="0"/>
                <w:sz w:val="18"/>
              </w:rPr>
              <w:t>428</w:t>
            </w:r>
          </w:p>
        </w:tc>
        <w:tc>
          <w:tcPr>
            <w:tcW w:type="dxa" w:w="1662"/>
          </w:tcPr>
          <w:p>
            <w:r/>
            <w:r>
              <w:rPr>
                <w:rFonts w:eastAsia="Hiragino Sans" w:ascii="Hiragino Sans" w:hAnsi="Hiragino Sans"/>
                <w:b w:val="0"/>
                <w:sz w:val="18"/>
              </w:rPr>
              <w:t>17</w:t>
            </w:r>
          </w:p>
        </w:tc>
        <w:tc>
          <w:tcPr>
            <w:tcW w:type="dxa" w:w="1662"/>
          </w:tcPr>
          <w:p>
            <w:r/>
            <w:r>
              <w:rPr>
                <w:rFonts w:eastAsia="Hiragino Sans" w:ascii="Hiragino Sans" w:hAnsi="Hiragino Sans"/>
                <w:b w:val="0"/>
                <w:sz w:val="18"/>
              </w:rPr>
              <w:t>2026年3月31日</w:t>
            </w:r>
          </w:p>
        </w:tc>
        <w:tc>
          <w:tcPr>
            <w:tcW w:type="dxa" w:w="1662"/>
          </w:tcPr>
          <w:p>
            <w:r/>
            <w:r>
              <w:rPr>
                <w:rFonts w:eastAsia="Hiragino Sans" w:ascii="Hiragino Sans" w:hAnsi="Hiragino Sans"/>
                <w:b w:val="0"/>
                <w:sz w:val="18"/>
              </w:rPr>
              <w:t>2026年6月25日</w:t>
            </w:r>
          </w:p>
        </w:tc>
      </w:tr>
    </w:tbl>
    <w:p>
      <w:pPr>
        <w:spacing w:after="40"/>
      </w:pPr>
    </w:p>
    <w:p>
      <w:pPr>
        <w:pStyle w:val="Heading3"/>
      </w:pPr>
      <w:r>
        <w:t>（連結キャッシュ・フロー計算書関係）</w:t>
      </w:r>
    </w:p>
    <w:p>
      <w:pPr>
        <w:spacing w:after="80"/>
      </w:pPr>
      <w:r>
        <w:rPr>
          <w:rFonts w:eastAsia="Hiragino Sans" w:ascii="Hiragino Sans" w:hAnsi="Hiragino Sans"/>
          <w:b w:val="0"/>
          <w:i w:val="0"/>
        </w:rPr>
        <w:t>現金及び現金同等物の期末残高と連結貸借対照表に掲記されている科目の金額との関係：現金及び預金勘定 10,160百万円、預入期間が3か月を超える定期預金 △300百万円、現金及び現金同等物 9,860百万円</w:t>
      </w:r>
    </w:p>
    <w:p>
      <w:pPr>
        <w:pStyle w:val="Heading3"/>
      </w:pPr>
      <w:r>
        <w:t>（セグメント情報等）</w:t>
      </w:r>
    </w:p>
    <w:p>
      <w:pPr>
        <w:spacing w:after="80"/>
      </w:pPr>
      <w:r>
        <w:rPr>
          <w:rFonts w:eastAsia="Hiragino Sans" w:ascii="Hiragino Sans" w:hAnsi="Hiragino Sans"/>
          <w:b/>
          <w:i w:val="0"/>
        </w:rPr>
        <w:t>1. 報告セグメントの概要</w:t>
      </w:r>
      <w:r>
        <w:rPr>
          <w:rFonts w:eastAsia="Hiragino Sans" w:ascii="Hiragino Sans" w:hAnsi="Hiragino Sans"/>
          <w:b w:val="0"/>
          <w:i w:val="0"/>
        </w:rPr>
        <w:t>：当社の報告セグメントは、取締役会が経営資源の配分の決定及び業績評価のために定期的に検討を行う対象であり、製品の内容に基づき「精密機器」「電子部品」の2区分を報告セグメントとしております。「精密機器」は精密切削加工部品・モーションユニット・精密金型、「電子部品」は車載・産業機器向けセンサモジュール・コネクタ・積層セラミック部品を製造販売しております。「その他」は物流受託・治工具販売・設備保守等であります。セグメント利益は営業利益ベースであり、セグメント間の内部売上高は市場実勢価格に基づいております。</w:t>
      </w:r>
    </w:p>
    <w:p>
      <w:pPr>
        <w:spacing w:after="80"/>
      </w:pPr>
      <w:r>
        <w:rPr>
          <w:rFonts w:eastAsia="Hiragino Sans" w:ascii="Hiragino Sans" w:hAnsi="Hiragino Sans"/>
          <w:b/>
          <w:i w:val="0"/>
        </w:rPr>
        <w:t>2. 報告セグメントごとの売上高、利益又は損失、資産その他の項目</w:t>
      </w:r>
    </w:p>
    <w:p>
      <w:pPr>
        <w:spacing w:after="80"/>
      </w:pPr>
      <w:r>
        <w:rPr>
          <w:rFonts w:eastAsia="Hiragino Sans" w:ascii="Hiragino Sans" w:hAnsi="Hiragino Sans"/>
          <w:b w:val="0"/>
          <w:i w:val="0"/>
        </w:rPr>
        <w:t>前連結会計年度（自2024年4月1日 至2025年3月31日）（単位：百万円）</w:t>
      </w:r>
    </w:p>
    <w:tbl>
      <w:tblPr>
        <w:tblStyle w:val="TableGrid"/>
        <w:tblW w:type="auto" w:w="0"/>
        <w:jc w:val="center"/>
        <w:tblLayout w:type="autofit"/>
        <w:tblLook w:firstColumn="1" w:firstRow="1" w:lastColumn="0" w:lastRow="0" w:noHBand="0" w:noVBand="1" w:val="04A0"/>
      </w:tblPr>
      <w:tblGrid>
        <w:gridCol w:w="1425"/>
        <w:gridCol w:w="1425"/>
        <w:gridCol w:w="1425"/>
        <w:gridCol w:w="1425"/>
        <w:gridCol w:w="1425"/>
        <w:gridCol w:w="1425"/>
        <w:gridCol w:w="1425"/>
      </w:tblGrid>
      <w:tr>
        <w:tc>
          <w:tcPr>
            <w:tcW w:type="dxa" w:w="1425"/>
            <w:shd w:val="clear" w:fill="24406B"/>
          </w:tcPr>
          <w:p>
            <w:r/>
            <w:r>
              <w:rPr>
                <w:rFonts w:eastAsia="Hiragino Sans" w:ascii="Hiragino Sans" w:hAnsi="Hiragino Sans"/>
                <w:b/>
                <w:color w:val="FFFFFF"/>
                <w:sz w:val="18"/>
              </w:rPr>
              <w:t>項目</w:t>
            </w:r>
          </w:p>
        </w:tc>
        <w:tc>
          <w:tcPr>
            <w:tcW w:type="dxa" w:w="1425"/>
            <w:shd w:val="clear" w:fill="24406B"/>
          </w:tcPr>
          <w:p>
            <w:r/>
            <w:r>
              <w:rPr>
                <w:rFonts w:eastAsia="Hiragino Sans" w:ascii="Hiragino Sans" w:hAnsi="Hiragino Sans"/>
                <w:b/>
                <w:color w:val="FFFFFF"/>
                <w:sz w:val="18"/>
              </w:rPr>
              <w:t>精密機器</w:t>
            </w:r>
          </w:p>
        </w:tc>
        <w:tc>
          <w:tcPr>
            <w:tcW w:type="dxa" w:w="1425"/>
            <w:shd w:val="clear" w:fill="24406B"/>
          </w:tcPr>
          <w:p>
            <w:r/>
            <w:r>
              <w:rPr>
                <w:rFonts w:eastAsia="Hiragino Sans" w:ascii="Hiragino Sans" w:hAnsi="Hiragino Sans"/>
                <w:b/>
                <w:color w:val="FFFFFF"/>
                <w:sz w:val="18"/>
              </w:rPr>
              <w:t>電子部品</w:t>
            </w:r>
          </w:p>
        </w:tc>
        <w:tc>
          <w:tcPr>
            <w:tcW w:type="dxa" w:w="1425"/>
            <w:shd w:val="clear" w:fill="24406B"/>
          </w:tcPr>
          <w:p>
            <w:r/>
            <w:r>
              <w:rPr>
                <w:rFonts w:eastAsia="Hiragino Sans" w:ascii="Hiragino Sans" w:hAnsi="Hiragino Sans"/>
                <w:b/>
                <w:color w:val="FFFFFF"/>
                <w:sz w:val="18"/>
              </w:rPr>
              <w:t>その他</w:t>
            </w:r>
          </w:p>
        </w:tc>
        <w:tc>
          <w:tcPr>
            <w:tcW w:type="dxa" w:w="1425"/>
            <w:shd w:val="clear" w:fill="24406B"/>
          </w:tcPr>
          <w:p>
            <w:r/>
            <w:r>
              <w:rPr>
                <w:rFonts w:eastAsia="Hiragino Sans" w:ascii="Hiragino Sans" w:hAnsi="Hiragino Sans"/>
                <w:b/>
                <w:color w:val="FFFFFF"/>
                <w:sz w:val="18"/>
              </w:rPr>
              <w:t>合計</w:t>
            </w:r>
          </w:p>
        </w:tc>
        <w:tc>
          <w:tcPr>
            <w:tcW w:type="dxa" w:w="1425"/>
            <w:shd w:val="clear" w:fill="24406B"/>
          </w:tcPr>
          <w:p>
            <w:r/>
            <w:r>
              <w:rPr>
                <w:rFonts w:eastAsia="Hiragino Sans" w:ascii="Hiragino Sans" w:hAnsi="Hiragino Sans"/>
                <w:b/>
                <w:color w:val="FFFFFF"/>
                <w:sz w:val="18"/>
              </w:rPr>
              <w:t>調整額</w:t>
            </w:r>
          </w:p>
        </w:tc>
        <w:tc>
          <w:tcPr>
            <w:tcW w:type="dxa" w:w="1425"/>
            <w:shd w:val="clear" w:fill="24406B"/>
          </w:tcPr>
          <w:p>
            <w:r/>
            <w:r>
              <w:rPr>
                <w:rFonts w:eastAsia="Hiragino Sans" w:ascii="Hiragino Sans" w:hAnsi="Hiragino Sans"/>
                <w:b/>
                <w:color w:val="FFFFFF"/>
                <w:sz w:val="18"/>
              </w:rPr>
              <w:t>連結財務諸表計上額</w:t>
            </w:r>
          </w:p>
        </w:tc>
      </w:tr>
      <w:tr>
        <w:tc>
          <w:tcPr>
            <w:tcW w:type="dxa" w:w="1425"/>
          </w:tcPr>
          <w:p>
            <w:r/>
            <w:r>
              <w:rPr>
                <w:rFonts w:eastAsia="Hiragino Sans" w:ascii="Hiragino Sans" w:hAnsi="Hiragino Sans"/>
                <w:b w:val="0"/>
                <w:sz w:val="18"/>
              </w:rPr>
              <w:t>外部顧客への売上高</w:t>
            </w:r>
          </w:p>
        </w:tc>
        <w:tc>
          <w:tcPr>
            <w:tcW w:type="dxa" w:w="1425"/>
          </w:tcPr>
          <w:p>
            <w:r/>
            <w:r>
              <w:rPr>
                <w:rFonts w:eastAsia="Hiragino Sans" w:ascii="Hiragino Sans" w:hAnsi="Hiragino Sans"/>
                <w:b w:val="0"/>
                <w:sz w:val="18"/>
              </w:rPr>
              <w:t>26,600</w:t>
            </w:r>
          </w:p>
        </w:tc>
        <w:tc>
          <w:tcPr>
            <w:tcW w:type="dxa" w:w="1425"/>
          </w:tcPr>
          <w:p>
            <w:r/>
            <w:r>
              <w:rPr>
                <w:rFonts w:eastAsia="Hiragino Sans" w:ascii="Hiragino Sans" w:hAnsi="Hiragino Sans"/>
                <w:b w:val="0"/>
                <w:sz w:val="18"/>
              </w:rPr>
              <w:t>16,700</w:t>
            </w:r>
          </w:p>
        </w:tc>
        <w:tc>
          <w:tcPr>
            <w:tcW w:type="dxa" w:w="1425"/>
          </w:tcPr>
          <w:p>
            <w:r/>
            <w:r>
              <w:rPr>
                <w:rFonts w:eastAsia="Hiragino Sans" w:ascii="Hiragino Sans" w:hAnsi="Hiragino Sans"/>
                <w:b w:val="0"/>
                <w:sz w:val="18"/>
              </w:rPr>
              <w:t>3,200</w:t>
            </w:r>
          </w:p>
        </w:tc>
        <w:tc>
          <w:tcPr>
            <w:tcW w:type="dxa" w:w="1425"/>
          </w:tcPr>
          <w:p>
            <w:r/>
            <w:r>
              <w:rPr>
                <w:rFonts w:eastAsia="Hiragino Sans" w:ascii="Hiragino Sans" w:hAnsi="Hiragino Sans"/>
                <w:b w:val="0"/>
                <w:sz w:val="18"/>
              </w:rPr>
              <w:t>46,500</w:t>
            </w:r>
          </w:p>
        </w:tc>
        <w:tc>
          <w:tcPr>
            <w:tcW w:type="dxa" w:w="1425"/>
          </w:tcPr>
          <w:p>
            <w:r/>
            <w:r>
              <w:rPr>
                <w:rFonts w:eastAsia="Hiragino Sans" w:ascii="Hiragino Sans" w:hAnsi="Hiragino Sans"/>
                <w:b w:val="0"/>
                <w:sz w:val="18"/>
              </w:rPr>
              <w:t>—</w:t>
            </w:r>
          </w:p>
        </w:tc>
        <w:tc>
          <w:tcPr>
            <w:tcW w:type="dxa" w:w="1425"/>
          </w:tcPr>
          <w:p>
            <w:r/>
            <w:r>
              <w:rPr>
                <w:rFonts w:eastAsia="Hiragino Sans" w:ascii="Hiragino Sans" w:hAnsi="Hiragino Sans"/>
                <w:b w:val="0"/>
                <w:sz w:val="18"/>
              </w:rPr>
              <w:t>46,500</w:t>
            </w:r>
          </w:p>
        </w:tc>
      </w:tr>
      <w:tr>
        <w:tc>
          <w:tcPr>
            <w:tcW w:type="dxa" w:w="1425"/>
            <w:shd w:val="clear" w:fill="F7F8FA"/>
          </w:tcPr>
          <w:p>
            <w:r/>
            <w:r>
              <w:rPr>
                <w:rFonts w:eastAsia="Hiragino Sans" w:ascii="Hiragino Sans" w:hAnsi="Hiragino Sans"/>
                <w:b w:val="0"/>
                <w:sz w:val="18"/>
              </w:rPr>
              <w:t>セグメント間の内部売上高</w:t>
            </w:r>
          </w:p>
        </w:tc>
        <w:tc>
          <w:tcPr>
            <w:tcW w:type="dxa" w:w="1425"/>
            <w:shd w:val="clear" w:fill="F7F8FA"/>
          </w:tcPr>
          <w:p>
            <w:r/>
            <w:r>
              <w:rPr>
                <w:rFonts w:eastAsia="Hiragino Sans" w:ascii="Hiragino Sans" w:hAnsi="Hiragino Sans"/>
                <w:b w:val="0"/>
                <w:sz w:val="18"/>
              </w:rPr>
              <w:t>140</w:t>
            </w:r>
          </w:p>
        </w:tc>
        <w:tc>
          <w:tcPr>
            <w:tcW w:type="dxa" w:w="1425"/>
            <w:shd w:val="clear" w:fill="F7F8FA"/>
          </w:tcPr>
          <w:p>
            <w:r/>
            <w:r>
              <w:rPr>
                <w:rFonts w:eastAsia="Hiragino Sans" w:ascii="Hiragino Sans" w:hAnsi="Hiragino Sans"/>
                <w:b w:val="0"/>
                <w:sz w:val="18"/>
              </w:rPr>
              <w:t>300</w:t>
            </w:r>
          </w:p>
        </w:tc>
        <w:tc>
          <w:tcPr>
            <w:tcW w:type="dxa" w:w="1425"/>
            <w:shd w:val="clear" w:fill="F7F8FA"/>
          </w:tcPr>
          <w:p>
            <w:r/>
            <w:r>
              <w:rPr>
                <w:rFonts w:eastAsia="Hiragino Sans" w:ascii="Hiragino Sans" w:hAnsi="Hiragino Sans"/>
                <w:b w:val="0"/>
                <w:sz w:val="18"/>
              </w:rPr>
              <w:t>650</w:t>
            </w:r>
          </w:p>
        </w:tc>
        <w:tc>
          <w:tcPr>
            <w:tcW w:type="dxa" w:w="1425"/>
            <w:shd w:val="clear" w:fill="F7F8FA"/>
          </w:tcPr>
          <w:p>
            <w:r/>
            <w:r>
              <w:rPr>
                <w:rFonts w:eastAsia="Hiragino Sans" w:ascii="Hiragino Sans" w:hAnsi="Hiragino Sans"/>
                <w:b w:val="0"/>
                <w:sz w:val="18"/>
              </w:rPr>
              <w:t>1,090</w:t>
            </w:r>
          </w:p>
        </w:tc>
        <w:tc>
          <w:tcPr>
            <w:tcW w:type="dxa" w:w="1425"/>
            <w:shd w:val="clear" w:fill="F7F8FA"/>
          </w:tcPr>
          <w:p>
            <w:r/>
            <w:r>
              <w:rPr>
                <w:rFonts w:eastAsia="Hiragino Sans" w:ascii="Hiragino Sans" w:hAnsi="Hiragino Sans"/>
                <w:b w:val="0"/>
                <w:sz w:val="18"/>
              </w:rPr>
              <w:t>△1,090</w:t>
            </w:r>
          </w:p>
        </w:tc>
        <w:tc>
          <w:tcPr>
            <w:tcW w:type="dxa" w:w="1425"/>
            <w:shd w:val="clear" w:fill="F7F8FA"/>
          </w:tcPr>
          <w:p>
            <w:r/>
            <w:r>
              <w:rPr>
                <w:rFonts w:eastAsia="Hiragino Sans" w:ascii="Hiragino Sans" w:hAnsi="Hiragino Sans"/>
                <w:b w:val="0"/>
                <w:sz w:val="18"/>
              </w:rPr>
              <w:t>—</w:t>
            </w:r>
          </w:p>
        </w:tc>
      </w:tr>
      <w:tr>
        <w:tc>
          <w:tcPr>
            <w:tcW w:type="dxa" w:w="1425"/>
          </w:tcPr>
          <w:p>
            <w:r/>
            <w:r>
              <w:rPr>
                <w:rFonts w:eastAsia="Hiragino Sans" w:ascii="Hiragino Sans" w:hAnsi="Hiragino Sans"/>
                <w:b w:val="0"/>
                <w:sz w:val="18"/>
              </w:rPr>
              <w:t>計</w:t>
            </w:r>
          </w:p>
        </w:tc>
        <w:tc>
          <w:tcPr>
            <w:tcW w:type="dxa" w:w="1425"/>
          </w:tcPr>
          <w:p>
            <w:r/>
            <w:r>
              <w:rPr>
                <w:rFonts w:eastAsia="Hiragino Sans" w:ascii="Hiragino Sans" w:hAnsi="Hiragino Sans"/>
                <w:b w:val="0"/>
                <w:sz w:val="18"/>
              </w:rPr>
              <w:t>26,740</w:t>
            </w:r>
          </w:p>
        </w:tc>
        <w:tc>
          <w:tcPr>
            <w:tcW w:type="dxa" w:w="1425"/>
          </w:tcPr>
          <w:p>
            <w:r/>
            <w:r>
              <w:rPr>
                <w:rFonts w:eastAsia="Hiragino Sans" w:ascii="Hiragino Sans" w:hAnsi="Hiragino Sans"/>
                <w:b w:val="0"/>
                <w:sz w:val="18"/>
              </w:rPr>
              <w:t>17,000</w:t>
            </w:r>
          </w:p>
        </w:tc>
        <w:tc>
          <w:tcPr>
            <w:tcW w:type="dxa" w:w="1425"/>
          </w:tcPr>
          <w:p>
            <w:r/>
            <w:r>
              <w:rPr>
                <w:rFonts w:eastAsia="Hiragino Sans" w:ascii="Hiragino Sans" w:hAnsi="Hiragino Sans"/>
                <w:b w:val="0"/>
                <w:sz w:val="18"/>
              </w:rPr>
              <w:t>3,850</w:t>
            </w:r>
          </w:p>
        </w:tc>
        <w:tc>
          <w:tcPr>
            <w:tcW w:type="dxa" w:w="1425"/>
          </w:tcPr>
          <w:p>
            <w:r/>
            <w:r>
              <w:rPr>
                <w:rFonts w:eastAsia="Hiragino Sans" w:ascii="Hiragino Sans" w:hAnsi="Hiragino Sans"/>
                <w:b w:val="0"/>
                <w:sz w:val="18"/>
              </w:rPr>
              <w:t>47,590</w:t>
            </w:r>
          </w:p>
        </w:tc>
        <w:tc>
          <w:tcPr>
            <w:tcW w:type="dxa" w:w="1425"/>
          </w:tcPr>
          <w:p>
            <w:r/>
            <w:r>
              <w:rPr>
                <w:rFonts w:eastAsia="Hiragino Sans" w:ascii="Hiragino Sans" w:hAnsi="Hiragino Sans"/>
                <w:b w:val="0"/>
                <w:sz w:val="18"/>
              </w:rPr>
              <w:t>△1,090</w:t>
            </w:r>
          </w:p>
        </w:tc>
        <w:tc>
          <w:tcPr>
            <w:tcW w:type="dxa" w:w="1425"/>
          </w:tcPr>
          <w:p>
            <w:r/>
            <w:r>
              <w:rPr>
                <w:rFonts w:eastAsia="Hiragino Sans" w:ascii="Hiragino Sans" w:hAnsi="Hiragino Sans"/>
                <w:b w:val="0"/>
                <w:sz w:val="18"/>
              </w:rPr>
              <w:t>46,500</w:t>
            </w:r>
          </w:p>
        </w:tc>
      </w:tr>
      <w:tr>
        <w:tc>
          <w:tcPr>
            <w:tcW w:type="dxa" w:w="1425"/>
            <w:shd w:val="clear" w:fill="F7F8FA"/>
          </w:tcPr>
          <w:p>
            <w:r/>
            <w:r>
              <w:rPr>
                <w:rFonts w:eastAsia="Hiragino Sans" w:ascii="Hiragino Sans" w:hAnsi="Hiragino Sans"/>
                <w:b w:val="0"/>
                <w:sz w:val="18"/>
              </w:rPr>
              <w:t>セグメント利益</w:t>
            </w:r>
          </w:p>
        </w:tc>
        <w:tc>
          <w:tcPr>
            <w:tcW w:type="dxa" w:w="1425"/>
            <w:shd w:val="clear" w:fill="F7F8FA"/>
          </w:tcPr>
          <w:p>
            <w:r/>
            <w:r>
              <w:rPr>
                <w:rFonts w:eastAsia="Hiragino Sans" w:ascii="Hiragino Sans" w:hAnsi="Hiragino Sans"/>
                <w:b w:val="0"/>
                <w:sz w:val="18"/>
              </w:rPr>
              <w:t>2,480</w:t>
            </w:r>
          </w:p>
        </w:tc>
        <w:tc>
          <w:tcPr>
            <w:tcW w:type="dxa" w:w="1425"/>
            <w:shd w:val="clear" w:fill="F7F8FA"/>
          </w:tcPr>
          <w:p>
            <w:r/>
            <w:r>
              <w:rPr>
                <w:rFonts w:eastAsia="Hiragino Sans" w:ascii="Hiragino Sans" w:hAnsi="Hiragino Sans"/>
                <w:b w:val="0"/>
                <w:sz w:val="18"/>
              </w:rPr>
              <w:t>1,650</w:t>
            </w:r>
          </w:p>
        </w:tc>
        <w:tc>
          <w:tcPr>
            <w:tcW w:type="dxa" w:w="1425"/>
            <w:shd w:val="clear" w:fill="F7F8FA"/>
          </w:tcPr>
          <w:p>
            <w:r/>
            <w:r>
              <w:rPr>
                <w:rFonts w:eastAsia="Hiragino Sans" w:ascii="Hiragino Sans" w:hAnsi="Hiragino Sans"/>
                <w:b w:val="0"/>
                <w:sz w:val="18"/>
              </w:rPr>
              <w:t>170</w:t>
            </w:r>
          </w:p>
        </w:tc>
        <w:tc>
          <w:tcPr>
            <w:tcW w:type="dxa" w:w="1425"/>
            <w:shd w:val="clear" w:fill="F7F8FA"/>
          </w:tcPr>
          <w:p>
            <w:r/>
            <w:r>
              <w:rPr>
                <w:rFonts w:eastAsia="Hiragino Sans" w:ascii="Hiragino Sans" w:hAnsi="Hiragino Sans"/>
                <w:b w:val="0"/>
                <w:sz w:val="18"/>
              </w:rPr>
              <w:t>4,300</w:t>
            </w:r>
          </w:p>
        </w:tc>
        <w:tc>
          <w:tcPr>
            <w:tcW w:type="dxa" w:w="1425"/>
            <w:shd w:val="clear" w:fill="F7F8FA"/>
          </w:tcPr>
          <w:p>
            <w:r/>
            <w:r>
              <w:rPr>
                <w:rFonts w:eastAsia="Hiragino Sans" w:ascii="Hiragino Sans" w:hAnsi="Hiragino Sans"/>
                <w:b w:val="0"/>
                <w:sz w:val="18"/>
              </w:rPr>
              <w:t>△620</w:t>
            </w:r>
          </w:p>
        </w:tc>
        <w:tc>
          <w:tcPr>
            <w:tcW w:type="dxa" w:w="1425"/>
            <w:shd w:val="clear" w:fill="F7F8FA"/>
          </w:tcPr>
          <w:p>
            <w:r/>
            <w:r>
              <w:rPr>
                <w:rFonts w:eastAsia="Hiragino Sans" w:ascii="Hiragino Sans" w:hAnsi="Hiragino Sans"/>
                <w:b w:val="0"/>
                <w:sz w:val="18"/>
              </w:rPr>
              <w:t>3,680</w:t>
            </w:r>
          </w:p>
        </w:tc>
      </w:tr>
      <w:tr>
        <w:tc>
          <w:tcPr>
            <w:tcW w:type="dxa" w:w="1425"/>
          </w:tcPr>
          <w:p>
            <w:r/>
            <w:r>
              <w:rPr>
                <w:rFonts w:eastAsia="Hiragino Sans" w:ascii="Hiragino Sans" w:hAnsi="Hiragino Sans"/>
                <w:b w:val="0"/>
                <w:sz w:val="18"/>
              </w:rPr>
              <w:t>セグメント資産</w:t>
            </w:r>
          </w:p>
        </w:tc>
        <w:tc>
          <w:tcPr>
            <w:tcW w:type="dxa" w:w="1425"/>
          </w:tcPr>
          <w:p>
            <w:r/>
            <w:r>
              <w:rPr>
                <w:rFonts w:eastAsia="Hiragino Sans" w:ascii="Hiragino Sans" w:hAnsi="Hiragino Sans"/>
                <w:b w:val="0"/>
                <w:sz w:val="18"/>
              </w:rPr>
              <w:t>26,200</w:t>
            </w:r>
          </w:p>
        </w:tc>
        <w:tc>
          <w:tcPr>
            <w:tcW w:type="dxa" w:w="1425"/>
          </w:tcPr>
          <w:p>
            <w:r/>
            <w:r>
              <w:rPr>
                <w:rFonts w:eastAsia="Hiragino Sans" w:ascii="Hiragino Sans" w:hAnsi="Hiragino Sans"/>
                <w:b w:val="0"/>
                <w:sz w:val="18"/>
              </w:rPr>
              <w:t>19,400</w:t>
            </w:r>
          </w:p>
        </w:tc>
        <w:tc>
          <w:tcPr>
            <w:tcW w:type="dxa" w:w="1425"/>
          </w:tcPr>
          <w:p>
            <w:r/>
            <w:r>
              <w:rPr>
                <w:rFonts w:eastAsia="Hiragino Sans" w:ascii="Hiragino Sans" w:hAnsi="Hiragino Sans"/>
                <w:b w:val="0"/>
                <w:sz w:val="18"/>
              </w:rPr>
              <w:t>3,000</w:t>
            </w:r>
          </w:p>
        </w:tc>
        <w:tc>
          <w:tcPr>
            <w:tcW w:type="dxa" w:w="1425"/>
          </w:tcPr>
          <w:p>
            <w:r/>
            <w:r>
              <w:rPr>
                <w:rFonts w:eastAsia="Hiragino Sans" w:ascii="Hiragino Sans" w:hAnsi="Hiragino Sans"/>
                <w:b w:val="0"/>
                <w:sz w:val="18"/>
              </w:rPr>
              <w:t>48,600</w:t>
            </w:r>
          </w:p>
        </w:tc>
        <w:tc>
          <w:tcPr>
            <w:tcW w:type="dxa" w:w="1425"/>
          </w:tcPr>
          <w:p>
            <w:r/>
            <w:r>
              <w:rPr>
                <w:rFonts w:eastAsia="Hiragino Sans" w:ascii="Hiragino Sans" w:hAnsi="Hiragino Sans"/>
                <w:b w:val="0"/>
                <w:sz w:val="18"/>
              </w:rPr>
              <w:t>13,100</w:t>
            </w:r>
          </w:p>
        </w:tc>
        <w:tc>
          <w:tcPr>
            <w:tcW w:type="dxa" w:w="1425"/>
          </w:tcPr>
          <w:p>
            <w:r/>
            <w:r>
              <w:rPr>
                <w:rFonts w:eastAsia="Hiragino Sans" w:ascii="Hiragino Sans" w:hAnsi="Hiragino Sans"/>
                <w:b w:val="0"/>
                <w:sz w:val="18"/>
              </w:rPr>
              <w:t>61,700</w:t>
            </w:r>
          </w:p>
        </w:tc>
      </w:tr>
      <w:tr>
        <w:tc>
          <w:tcPr>
            <w:tcW w:type="dxa" w:w="1425"/>
            <w:shd w:val="clear" w:fill="F7F8FA"/>
          </w:tcPr>
          <w:p>
            <w:r/>
            <w:r>
              <w:rPr>
                <w:rFonts w:eastAsia="Hiragino Sans" w:ascii="Hiragino Sans" w:hAnsi="Hiragino Sans"/>
                <w:b w:val="0"/>
                <w:sz w:val="18"/>
              </w:rPr>
              <w:t>減価償却費</w:t>
            </w:r>
          </w:p>
        </w:tc>
        <w:tc>
          <w:tcPr>
            <w:tcW w:type="dxa" w:w="1425"/>
            <w:shd w:val="clear" w:fill="F7F8FA"/>
          </w:tcPr>
          <w:p>
            <w:r/>
            <w:r>
              <w:rPr>
                <w:rFonts w:eastAsia="Hiragino Sans" w:ascii="Hiragino Sans" w:hAnsi="Hiragino Sans"/>
                <w:b w:val="0"/>
                <w:sz w:val="18"/>
              </w:rPr>
              <w:t>1,180</w:t>
            </w:r>
          </w:p>
        </w:tc>
        <w:tc>
          <w:tcPr>
            <w:tcW w:type="dxa" w:w="1425"/>
            <w:shd w:val="clear" w:fill="F7F8FA"/>
          </w:tcPr>
          <w:p>
            <w:r/>
            <w:r>
              <w:rPr>
                <w:rFonts w:eastAsia="Hiragino Sans" w:ascii="Hiragino Sans" w:hAnsi="Hiragino Sans"/>
                <w:b w:val="0"/>
                <w:sz w:val="18"/>
              </w:rPr>
              <w:t>850</w:t>
            </w:r>
          </w:p>
        </w:tc>
        <w:tc>
          <w:tcPr>
            <w:tcW w:type="dxa" w:w="1425"/>
            <w:shd w:val="clear" w:fill="F7F8FA"/>
          </w:tcPr>
          <w:p>
            <w:r/>
            <w:r>
              <w:rPr>
                <w:rFonts w:eastAsia="Hiragino Sans" w:ascii="Hiragino Sans" w:hAnsi="Hiragino Sans"/>
                <w:b w:val="0"/>
                <w:sz w:val="18"/>
              </w:rPr>
              <w:t>115</w:t>
            </w:r>
          </w:p>
        </w:tc>
        <w:tc>
          <w:tcPr>
            <w:tcW w:type="dxa" w:w="1425"/>
            <w:shd w:val="clear" w:fill="F7F8FA"/>
          </w:tcPr>
          <w:p>
            <w:r/>
            <w:r>
              <w:rPr>
                <w:rFonts w:eastAsia="Hiragino Sans" w:ascii="Hiragino Sans" w:hAnsi="Hiragino Sans"/>
                <w:b w:val="0"/>
                <w:sz w:val="18"/>
              </w:rPr>
              <w:t>2,145</w:t>
            </w:r>
          </w:p>
        </w:tc>
        <w:tc>
          <w:tcPr>
            <w:tcW w:type="dxa" w:w="1425"/>
            <w:shd w:val="clear" w:fill="F7F8FA"/>
          </w:tcPr>
          <w:p>
            <w:r/>
            <w:r>
              <w:rPr>
                <w:rFonts w:eastAsia="Hiragino Sans" w:ascii="Hiragino Sans" w:hAnsi="Hiragino Sans"/>
                <w:b w:val="0"/>
                <w:sz w:val="18"/>
              </w:rPr>
              <w:t>95</w:t>
            </w:r>
          </w:p>
        </w:tc>
        <w:tc>
          <w:tcPr>
            <w:tcW w:type="dxa" w:w="1425"/>
            <w:shd w:val="clear" w:fill="F7F8FA"/>
          </w:tcPr>
          <w:p>
            <w:r/>
            <w:r>
              <w:rPr>
                <w:rFonts w:eastAsia="Hiragino Sans" w:ascii="Hiragino Sans" w:hAnsi="Hiragino Sans"/>
                <w:b w:val="0"/>
                <w:sz w:val="18"/>
              </w:rPr>
              <w:t>2,240</w:t>
            </w:r>
          </w:p>
        </w:tc>
      </w:tr>
      <w:tr>
        <w:tc>
          <w:tcPr>
            <w:tcW w:type="dxa" w:w="1425"/>
          </w:tcPr>
          <w:p>
            <w:r/>
            <w:r>
              <w:rPr>
                <w:rFonts w:eastAsia="Hiragino Sans" w:ascii="Hiragino Sans" w:hAnsi="Hiragino Sans"/>
                <w:b w:val="0"/>
                <w:sz w:val="18"/>
              </w:rPr>
              <w:t>有形固定資産及び無形固定資産の増加額</w:t>
            </w:r>
          </w:p>
        </w:tc>
        <w:tc>
          <w:tcPr>
            <w:tcW w:type="dxa" w:w="1425"/>
          </w:tcPr>
          <w:p>
            <w:r/>
            <w:r>
              <w:rPr>
                <w:rFonts w:eastAsia="Hiragino Sans" w:ascii="Hiragino Sans" w:hAnsi="Hiragino Sans"/>
                <w:b w:val="0"/>
                <w:sz w:val="18"/>
              </w:rPr>
              <w:t>1,550</w:t>
            </w:r>
          </w:p>
        </w:tc>
        <w:tc>
          <w:tcPr>
            <w:tcW w:type="dxa" w:w="1425"/>
          </w:tcPr>
          <w:p>
            <w:r/>
            <w:r>
              <w:rPr>
                <w:rFonts w:eastAsia="Hiragino Sans" w:ascii="Hiragino Sans" w:hAnsi="Hiragino Sans"/>
                <w:b w:val="0"/>
                <w:sz w:val="18"/>
              </w:rPr>
              <w:t>820</w:t>
            </w:r>
          </w:p>
        </w:tc>
        <w:tc>
          <w:tcPr>
            <w:tcW w:type="dxa" w:w="1425"/>
          </w:tcPr>
          <w:p>
            <w:r/>
            <w:r>
              <w:rPr>
                <w:rFonts w:eastAsia="Hiragino Sans" w:ascii="Hiragino Sans" w:hAnsi="Hiragino Sans"/>
                <w:b w:val="0"/>
                <w:sz w:val="18"/>
              </w:rPr>
              <w:t>110</w:t>
            </w:r>
          </w:p>
        </w:tc>
        <w:tc>
          <w:tcPr>
            <w:tcW w:type="dxa" w:w="1425"/>
          </w:tcPr>
          <w:p>
            <w:r/>
            <w:r>
              <w:rPr>
                <w:rFonts w:eastAsia="Hiragino Sans" w:ascii="Hiragino Sans" w:hAnsi="Hiragino Sans"/>
                <w:b w:val="0"/>
                <w:sz w:val="18"/>
              </w:rPr>
              <w:t>2,480</w:t>
            </w:r>
          </w:p>
        </w:tc>
        <w:tc>
          <w:tcPr>
            <w:tcW w:type="dxa" w:w="1425"/>
          </w:tcPr>
          <w:p>
            <w:r/>
            <w:r>
              <w:rPr>
                <w:rFonts w:eastAsia="Hiragino Sans" w:ascii="Hiragino Sans" w:hAnsi="Hiragino Sans"/>
                <w:b w:val="0"/>
                <w:sz w:val="18"/>
              </w:rPr>
              <w:t>170</w:t>
            </w:r>
          </w:p>
        </w:tc>
        <w:tc>
          <w:tcPr>
            <w:tcW w:type="dxa" w:w="1425"/>
          </w:tcPr>
          <w:p>
            <w:r/>
            <w:r>
              <w:rPr>
                <w:rFonts w:eastAsia="Hiragino Sans" w:ascii="Hiragino Sans" w:hAnsi="Hiragino Sans"/>
                <w:b w:val="0"/>
                <w:sz w:val="18"/>
              </w:rPr>
              <w:t>2,650</w:t>
            </w:r>
          </w:p>
        </w:tc>
      </w:tr>
    </w:tbl>
    <w:p>
      <w:pPr>
        <w:spacing w:after="40"/>
      </w:pPr>
    </w:p>
    <w:p>
      <w:pPr>
        <w:spacing w:after="80"/>
      </w:pPr>
      <w:r>
        <w:rPr>
          <w:rFonts w:eastAsia="Hiragino Sans" w:ascii="Hiragino Sans" w:hAnsi="Hiragino Sans"/>
          <w:b w:val="0"/>
          <w:i w:val="0"/>
        </w:rPr>
        <w:t>当連結会計年度（自2025年4月1日 至2026年3月31日）（単位：百万円）</w:t>
      </w:r>
    </w:p>
    <w:tbl>
      <w:tblPr>
        <w:tblStyle w:val="TableGrid"/>
        <w:tblW w:type="auto" w:w="0"/>
        <w:jc w:val="center"/>
        <w:tblLayout w:type="autofit"/>
        <w:tblLook w:firstColumn="1" w:firstRow="1" w:lastColumn="0" w:lastRow="0" w:noHBand="0" w:noVBand="1" w:val="04A0"/>
      </w:tblPr>
      <w:tblGrid>
        <w:gridCol w:w="1425"/>
        <w:gridCol w:w="1425"/>
        <w:gridCol w:w="1425"/>
        <w:gridCol w:w="1425"/>
        <w:gridCol w:w="1425"/>
        <w:gridCol w:w="1425"/>
        <w:gridCol w:w="1425"/>
      </w:tblGrid>
      <w:tr>
        <w:tc>
          <w:tcPr>
            <w:tcW w:type="dxa" w:w="1425"/>
            <w:shd w:val="clear" w:fill="24406B"/>
          </w:tcPr>
          <w:p>
            <w:r/>
            <w:r>
              <w:rPr>
                <w:rFonts w:eastAsia="Hiragino Sans" w:ascii="Hiragino Sans" w:hAnsi="Hiragino Sans"/>
                <w:b/>
                <w:color w:val="FFFFFF"/>
                <w:sz w:val="18"/>
              </w:rPr>
              <w:t>項目</w:t>
            </w:r>
          </w:p>
        </w:tc>
        <w:tc>
          <w:tcPr>
            <w:tcW w:type="dxa" w:w="1425"/>
            <w:shd w:val="clear" w:fill="24406B"/>
          </w:tcPr>
          <w:p>
            <w:r/>
            <w:r>
              <w:rPr>
                <w:rFonts w:eastAsia="Hiragino Sans" w:ascii="Hiragino Sans" w:hAnsi="Hiragino Sans"/>
                <w:b/>
                <w:color w:val="FFFFFF"/>
                <w:sz w:val="18"/>
              </w:rPr>
              <w:t>精密機器</w:t>
            </w:r>
          </w:p>
        </w:tc>
        <w:tc>
          <w:tcPr>
            <w:tcW w:type="dxa" w:w="1425"/>
            <w:shd w:val="clear" w:fill="24406B"/>
          </w:tcPr>
          <w:p>
            <w:r/>
            <w:r>
              <w:rPr>
                <w:rFonts w:eastAsia="Hiragino Sans" w:ascii="Hiragino Sans" w:hAnsi="Hiragino Sans"/>
                <w:b/>
                <w:color w:val="FFFFFF"/>
                <w:sz w:val="18"/>
              </w:rPr>
              <w:t>電子部品</w:t>
            </w:r>
          </w:p>
        </w:tc>
        <w:tc>
          <w:tcPr>
            <w:tcW w:type="dxa" w:w="1425"/>
            <w:shd w:val="clear" w:fill="24406B"/>
          </w:tcPr>
          <w:p>
            <w:r/>
            <w:r>
              <w:rPr>
                <w:rFonts w:eastAsia="Hiragino Sans" w:ascii="Hiragino Sans" w:hAnsi="Hiragino Sans"/>
                <w:b/>
                <w:color w:val="FFFFFF"/>
                <w:sz w:val="18"/>
              </w:rPr>
              <w:t>その他</w:t>
            </w:r>
          </w:p>
        </w:tc>
        <w:tc>
          <w:tcPr>
            <w:tcW w:type="dxa" w:w="1425"/>
            <w:shd w:val="clear" w:fill="24406B"/>
          </w:tcPr>
          <w:p>
            <w:r/>
            <w:r>
              <w:rPr>
                <w:rFonts w:eastAsia="Hiragino Sans" w:ascii="Hiragino Sans" w:hAnsi="Hiragino Sans"/>
                <w:b/>
                <w:color w:val="FFFFFF"/>
                <w:sz w:val="18"/>
              </w:rPr>
              <w:t>合計</w:t>
            </w:r>
          </w:p>
        </w:tc>
        <w:tc>
          <w:tcPr>
            <w:tcW w:type="dxa" w:w="1425"/>
            <w:shd w:val="clear" w:fill="24406B"/>
          </w:tcPr>
          <w:p>
            <w:r/>
            <w:r>
              <w:rPr>
                <w:rFonts w:eastAsia="Hiragino Sans" w:ascii="Hiragino Sans" w:hAnsi="Hiragino Sans"/>
                <w:b/>
                <w:color w:val="FFFFFF"/>
                <w:sz w:val="18"/>
              </w:rPr>
              <w:t>調整額</w:t>
            </w:r>
          </w:p>
        </w:tc>
        <w:tc>
          <w:tcPr>
            <w:tcW w:type="dxa" w:w="1425"/>
            <w:shd w:val="clear" w:fill="24406B"/>
          </w:tcPr>
          <w:p>
            <w:r/>
            <w:r>
              <w:rPr>
                <w:rFonts w:eastAsia="Hiragino Sans" w:ascii="Hiragino Sans" w:hAnsi="Hiragino Sans"/>
                <w:b/>
                <w:color w:val="FFFFFF"/>
                <w:sz w:val="18"/>
              </w:rPr>
              <w:t>連結財務諸表計上額</w:t>
            </w:r>
          </w:p>
        </w:tc>
      </w:tr>
      <w:tr>
        <w:tc>
          <w:tcPr>
            <w:tcW w:type="dxa" w:w="1425"/>
          </w:tcPr>
          <w:p>
            <w:r/>
            <w:r>
              <w:rPr>
                <w:rFonts w:eastAsia="Hiragino Sans" w:ascii="Hiragino Sans" w:hAnsi="Hiragino Sans"/>
                <w:b w:val="0"/>
                <w:sz w:val="18"/>
              </w:rPr>
              <w:t>外部顧客への売上高</w:t>
            </w:r>
          </w:p>
        </w:tc>
        <w:tc>
          <w:tcPr>
            <w:tcW w:type="dxa" w:w="1425"/>
          </w:tcPr>
          <w:p>
            <w:r/>
            <w:r>
              <w:rPr>
                <w:rFonts w:eastAsia="Hiragino Sans" w:ascii="Hiragino Sans" w:hAnsi="Hiragino Sans"/>
                <w:b w:val="0"/>
                <w:sz w:val="18"/>
              </w:rPr>
              <w:t>27,900</w:t>
            </w:r>
          </w:p>
        </w:tc>
        <w:tc>
          <w:tcPr>
            <w:tcW w:type="dxa" w:w="1425"/>
          </w:tcPr>
          <w:p>
            <w:r/>
            <w:r>
              <w:rPr>
                <w:rFonts w:eastAsia="Hiragino Sans" w:ascii="Hiragino Sans" w:hAnsi="Hiragino Sans"/>
                <w:b w:val="0"/>
                <w:sz w:val="18"/>
              </w:rPr>
              <w:t>17,300</w:t>
            </w:r>
          </w:p>
        </w:tc>
        <w:tc>
          <w:tcPr>
            <w:tcW w:type="dxa" w:w="1425"/>
          </w:tcPr>
          <w:p>
            <w:r/>
            <w:r>
              <w:rPr>
                <w:rFonts w:eastAsia="Hiragino Sans" w:ascii="Hiragino Sans" w:hAnsi="Hiragino Sans"/>
                <w:b w:val="0"/>
                <w:sz w:val="18"/>
              </w:rPr>
              <w:t>3,400</w:t>
            </w:r>
          </w:p>
        </w:tc>
        <w:tc>
          <w:tcPr>
            <w:tcW w:type="dxa" w:w="1425"/>
          </w:tcPr>
          <w:p>
            <w:r/>
            <w:r>
              <w:rPr>
                <w:rFonts w:eastAsia="Hiragino Sans" w:ascii="Hiragino Sans" w:hAnsi="Hiragino Sans"/>
                <w:b w:val="0"/>
                <w:sz w:val="18"/>
              </w:rPr>
              <w:t>48,600</w:t>
            </w:r>
          </w:p>
        </w:tc>
        <w:tc>
          <w:tcPr>
            <w:tcW w:type="dxa" w:w="1425"/>
          </w:tcPr>
          <w:p>
            <w:r/>
            <w:r>
              <w:rPr>
                <w:rFonts w:eastAsia="Hiragino Sans" w:ascii="Hiragino Sans" w:hAnsi="Hiragino Sans"/>
                <w:b w:val="0"/>
                <w:sz w:val="18"/>
              </w:rPr>
              <w:t>—</w:t>
            </w:r>
          </w:p>
        </w:tc>
        <w:tc>
          <w:tcPr>
            <w:tcW w:type="dxa" w:w="1425"/>
          </w:tcPr>
          <w:p>
            <w:r/>
            <w:r>
              <w:rPr>
                <w:rFonts w:eastAsia="Hiragino Sans" w:ascii="Hiragino Sans" w:hAnsi="Hiragino Sans"/>
                <w:b w:val="0"/>
                <w:sz w:val="18"/>
              </w:rPr>
              <w:t>48,600</w:t>
            </w:r>
          </w:p>
        </w:tc>
      </w:tr>
      <w:tr>
        <w:tc>
          <w:tcPr>
            <w:tcW w:type="dxa" w:w="1425"/>
            <w:shd w:val="clear" w:fill="F7F8FA"/>
          </w:tcPr>
          <w:p>
            <w:r/>
            <w:r>
              <w:rPr>
                <w:rFonts w:eastAsia="Hiragino Sans" w:ascii="Hiragino Sans" w:hAnsi="Hiragino Sans"/>
                <w:b w:val="0"/>
                <w:sz w:val="18"/>
              </w:rPr>
              <w:t>セグメント間の内部売上高</w:t>
            </w:r>
          </w:p>
        </w:tc>
        <w:tc>
          <w:tcPr>
            <w:tcW w:type="dxa" w:w="1425"/>
            <w:shd w:val="clear" w:fill="F7F8FA"/>
          </w:tcPr>
          <w:p>
            <w:r/>
            <w:r>
              <w:rPr>
                <w:rFonts w:eastAsia="Hiragino Sans" w:ascii="Hiragino Sans" w:hAnsi="Hiragino Sans"/>
                <w:b w:val="0"/>
                <w:sz w:val="18"/>
              </w:rPr>
              <w:t>150</w:t>
            </w:r>
          </w:p>
        </w:tc>
        <w:tc>
          <w:tcPr>
            <w:tcW w:type="dxa" w:w="1425"/>
            <w:shd w:val="clear" w:fill="F7F8FA"/>
          </w:tcPr>
          <w:p>
            <w:r/>
            <w:r>
              <w:rPr>
                <w:rFonts w:eastAsia="Hiragino Sans" w:ascii="Hiragino Sans" w:hAnsi="Hiragino Sans"/>
                <w:b w:val="0"/>
                <w:sz w:val="18"/>
              </w:rPr>
              <w:t>320</w:t>
            </w:r>
          </w:p>
        </w:tc>
        <w:tc>
          <w:tcPr>
            <w:tcW w:type="dxa" w:w="1425"/>
            <w:shd w:val="clear" w:fill="F7F8FA"/>
          </w:tcPr>
          <w:p>
            <w:r/>
            <w:r>
              <w:rPr>
                <w:rFonts w:eastAsia="Hiragino Sans" w:ascii="Hiragino Sans" w:hAnsi="Hiragino Sans"/>
                <w:b w:val="0"/>
                <w:sz w:val="18"/>
              </w:rPr>
              <w:t>690</w:t>
            </w:r>
          </w:p>
        </w:tc>
        <w:tc>
          <w:tcPr>
            <w:tcW w:type="dxa" w:w="1425"/>
            <w:shd w:val="clear" w:fill="F7F8FA"/>
          </w:tcPr>
          <w:p>
            <w:r/>
            <w:r>
              <w:rPr>
                <w:rFonts w:eastAsia="Hiragino Sans" w:ascii="Hiragino Sans" w:hAnsi="Hiragino Sans"/>
                <w:b w:val="0"/>
                <w:sz w:val="18"/>
              </w:rPr>
              <w:t>1,160</w:t>
            </w:r>
          </w:p>
        </w:tc>
        <w:tc>
          <w:tcPr>
            <w:tcW w:type="dxa" w:w="1425"/>
            <w:shd w:val="clear" w:fill="F7F8FA"/>
          </w:tcPr>
          <w:p>
            <w:r/>
            <w:r>
              <w:rPr>
                <w:rFonts w:eastAsia="Hiragino Sans" w:ascii="Hiragino Sans" w:hAnsi="Hiragino Sans"/>
                <w:b w:val="0"/>
                <w:sz w:val="18"/>
              </w:rPr>
              <w:t>△1,160</w:t>
            </w:r>
          </w:p>
        </w:tc>
        <w:tc>
          <w:tcPr>
            <w:tcW w:type="dxa" w:w="1425"/>
            <w:shd w:val="clear" w:fill="F7F8FA"/>
          </w:tcPr>
          <w:p>
            <w:r/>
            <w:r>
              <w:rPr>
                <w:rFonts w:eastAsia="Hiragino Sans" w:ascii="Hiragino Sans" w:hAnsi="Hiragino Sans"/>
                <w:b w:val="0"/>
                <w:sz w:val="18"/>
              </w:rPr>
              <w:t>—</w:t>
            </w:r>
          </w:p>
        </w:tc>
      </w:tr>
      <w:tr>
        <w:tc>
          <w:tcPr>
            <w:tcW w:type="dxa" w:w="1425"/>
          </w:tcPr>
          <w:p>
            <w:r/>
            <w:r>
              <w:rPr>
                <w:rFonts w:eastAsia="Hiragino Sans" w:ascii="Hiragino Sans" w:hAnsi="Hiragino Sans"/>
                <w:b w:val="0"/>
                <w:sz w:val="18"/>
              </w:rPr>
              <w:t>計</w:t>
            </w:r>
          </w:p>
        </w:tc>
        <w:tc>
          <w:tcPr>
            <w:tcW w:type="dxa" w:w="1425"/>
          </w:tcPr>
          <w:p>
            <w:r/>
            <w:r>
              <w:rPr>
                <w:rFonts w:eastAsia="Hiragino Sans" w:ascii="Hiragino Sans" w:hAnsi="Hiragino Sans"/>
                <w:b w:val="0"/>
                <w:sz w:val="18"/>
              </w:rPr>
              <w:t>28,050</w:t>
            </w:r>
          </w:p>
        </w:tc>
        <w:tc>
          <w:tcPr>
            <w:tcW w:type="dxa" w:w="1425"/>
          </w:tcPr>
          <w:p>
            <w:r/>
            <w:r>
              <w:rPr>
                <w:rFonts w:eastAsia="Hiragino Sans" w:ascii="Hiragino Sans" w:hAnsi="Hiragino Sans"/>
                <w:b w:val="0"/>
                <w:sz w:val="18"/>
              </w:rPr>
              <w:t>17,620</w:t>
            </w:r>
          </w:p>
        </w:tc>
        <w:tc>
          <w:tcPr>
            <w:tcW w:type="dxa" w:w="1425"/>
          </w:tcPr>
          <w:p>
            <w:r/>
            <w:r>
              <w:rPr>
                <w:rFonts w:eastAsia="Hiragino Sans" w:ascii="Hiragino Sans" w:hAnsi="Hiragino Sans"/>
                <w:b w:val="0"/>
                <w:sz w:val="18"/>
              </w:rPr>
              <w:t>4,090</w:t>
            </w:r>
          </w:p>
        </w:tc>
        <w:tc>
          <w:tcPr>
            <w:tcW w:type="dxa" w:w="1425"/>
          </w:tcPr>
          <w:p>
            <w:r/>
            <w:r>
              <w:rPr>
                <w:rFonts w:eastAsia="Hiragino Sans" w:ascii="Hiragino Sans" w:hAnsi="Hiragino Sans"/>
                <w:b w:val="0"/>
                <w:sz w:val="18"/>
              </w:rPr>
              <w:t>49,760</w:t>
            </w:r>
          </w:p>
        </w:tc>
        <w:tc>
          <w:tcPr>
            <w:tcW w:type="dxa" w:w="1425"/>
          </w:tcPr>
          <w:p>
            <w:r/>
            <w:r>
              <w:rPr>
                <w:rFonts w:eastAsia="Hiragino Sans" w:ascii="Hiragino Sans" w:hAnsi="Hiragino Sans"/>
                <w:b w:val="0"/>
                <w:sz w:val="18"/>
              </w:rPr>
              <w:t>△1,160</w:t>
            </w:r>
          </w:p>
        </w:tc>
        <w:tc>
          <w:tcPr>
            <w:tcW w:type="dxa" w:w="1425"/>
          </w:tcPr>
          <w:p>
            <w:r/>
            <w:r>
              <w:rPr>
                <w:rFonts w:eastAsia="Hiragino Sans" w:ascii="Hiragino Sans" w:hAnsi="Hiragino Sans"/>
                <w:b w:val="0"/>
                <w:sz w:val="18"/>
              </w:rPr>
              <w:t>48,600</w:t>
            </w:r>
          </w:p>
        </w:tc>
      </w:tr>
      <w:tr>
        <w:tc>
          <w:tcPr>
            <w:tcW w:type="dxa" w:w="1425"/>
            <w:shd w:val="clear" w:fill="F7F8FA"/>
          </w:tcPr>
          <w:p>
            <w:r/>
            <w:r>
              <w:rPr>
                <w:rFonts w:eastAsia="Hiragino Sans" w:ascii="Hiragino Sans" w:hAnsi="Hiragino Sans"/>
                <w:b w:val="0"/>
                <w:sz w:val="18"/>
              </w:rPr>
              <w:t>セグメント利益</w:t>
            </w:r>
          </w:p>
        </w:tc>
        <w:tc>
          <w:tcPr>
            <w:tcW w:type="dxa" w:w="1425"/>
            <w:shd w:val="clear" w:fill="F7F8FA"/>
          </w:tcPr>
          <w:p>
            <w:r/>
            <w:r>
              <w:rPr>
                <w:rFonts w:eastAsia="Hiragino Sans" w:ascii="Hiragino Sans" w:hAnsi="Hiragino Sans"/>
                <w:b w:val="0"/>
                <w:sz w:val="18"/>
              </w:rPr>
              <w:t>2,650</w:t>
            </w:r>
          </w:p>
        </w:tc>
        <w:tc>
          <w:tcPr>
            <w:tcW w:type="dxa" w:w="1425"/>
            <w:shd w:val="clear" w:fill="F7F8FA"/>
          </w:tcPr>
          <w:p>
            <w:r/>
            <w:r>
              <w:rPr>
                <w:rFonts w:eastAsia="Hiragino Sans" w:ascii="Hiragino Sans" w:hAnsi="Hiragino Sans"/>
                <w:b w:val="0"/>
                <w:sz w:val="18"/>
              </w:rPr>
              <w:t>1,720</w:t>
            </w:r>
          </w:p>
        </w:tc>
        <w:tc>
          <w:tcPr>
            <w:tcW w:type="dxa" w:w="1425"/>
            <w:shd w:val="clear" w:fill="F7F8FA"/>
          </w:tcPr>
          <w:p>
            <w:r/>
            <w:r>
              <w:rPr>
                <w:rFonts w:eastAsia="Hiragino Sans" w:ascii="Hiragino Sans" w:hAnsi="Hiragino Sans"/>
                <w:b w:val="0"/>
                <w:sz w:val="18"/>
              </w:rPr>
              <w:t>180</w:t>
            </w:r>
          </w:p>
        </w:tc>
        <w:tc>
          <w:tcPr>
            <w:tcW w:type="dxa" w:w="1425"/>
            <w:shd w:val="clear" w:fill="F7F8FA"/>
          </w:tcPr>
          <w:p>
            <w:r/>
            <w:r>
              <w:rPr>
                <w:rFonts w:eastAsia="Hiragino Sans" w:ascii="Hiragino Sans" w:hAnsi="Hiragino Sans"/>
                <w:b w:val="0"/>
                <w:sz w:val="18"/>
              </w:rPr>
              <w:t>4,550</w:t>
            </w:r>
          </w:p>
        </w:tc>
        <w:tc>
          <w:tcPr>
            <w:tcW w:type="dxa" w:w="1425"/>
            <w:shd w:val="clear" w:fill="F7F8FA"/>
          </w:tcPr>
          <w:p>
            <w:r/>
            <w:r>
              <w:rPr>
                <w:rFonts w:eastAsia="Hiragino Sans" w:ascii="Hiragino Sans" w:hAnsi="Hiragino Sans"/>
                <w:b w:val="0"/>
                <w:sz w:val="18"/>
              </w:rPr>
              <w:t>△650</w:t>
            </w:r>
          </w:p>
        </w:tc>
        <w:tc>
          <w:tcPr>
            <w:tcW w:type="dxa" w:w="1425"/>
            <w:shd w:val="clear" w:fill="F7F8FA"/>
          </w:tcPr>
          <w:p>
            <w:r/>
            <w:r>
              <w:rPr>
                <w:rFonts w:eastAsia="Hiragino Sans" w:ascii="Hiragino Sans" w:hAnsi="Hiragino Sans"/>
                <w:b w:val="0"/>
                <w:sz w:val="18"/>
              </w:rPr>
              <w:t>3,900</w:t>
            </w:r>
          </w:p>
        </w:tc>
      </w:tr>
      <w:tr>
        <w:tc>
          <w:tcPr>
            <w:tcW w:type="dxa" w:w="1425"/>
          </w:tcPr>
          <w:p>
            <w:r/>
            <w:r>
              <w:rPr>
                <w:rFonts w:eastAsia="Hiragino Sans" w:ascii="Hiragino Sans" w:hAnsi="Hiragino Sans"/>
                <w:b w:val="0"/>
                <w:sz w:val="18"/>
              </w:rPr>
              <w:t>セグメント資産</w:t>
            </w:r>
          </w:p>
        </w:tc>
        <w:tc>
          <w:tcPr>
            <w:tcW w:type="dxa" w:w="1425"/>
          </w:tcPr>
          <w:p>
            <w:r/>
            <w:r>
              <w:rPr>
                <w:rFonts w:eastAsia="Hiragino Sans" w:ascii="Hiragino Sans" w:hAnsi="Hiragino Sans"/>
                <w:b w:val="0"/>
                <w:sz w:val="18"/>
              </w:rPr>
              <w:t>26,800</w:t>
            </w:r>
          </w:p>
        </w:tc>
        <w:tc>
          <w:tcPr>
            <w:tcW w:type="dxa" w:w="1425"/>
          </w:tcPr>
          <w:p>
            <w:r/>
            <w:r>
              <w:rPr>
                <w:rFonts w:eastAsia="Hiragino Sans" w:ascii="Hiragino Sans" w:hAnsi="Hiragino Sans"/>
                <w:b w:val="0"/>
                <w:sz w:val="18"/>
              </w:rPr>
              <w:t>18,900</w:t>
            </w:r>
          </w:p>
        </w:tc>
        <w:tc>
          <w:tcPr>
            <w:tcW w:type="dxa" w:w="1425"/>
          </w:tcPr>
          <w:p>
            <w:r/>
            <w:r>
              <w:rPr>
                <w:rFonts w:eastAsia="Hiragino Sans" w:ascii="Hiragino Sans" w:hAnsi="Hiragino Sans"/>
                <w:b w:val="0"/>
                <w:sz w:val="18"/>
              </w:rPr>
              <w:t>3,100</w:t>
            </w:r>
          </w:p>
        </w:tc>
        <w:tc>
          <w:tcPr>
            <w:tcW w:type="dxa" w:w="1425"/>
          </w:tcPr>
          <w:p>
            <w:r/>
            <w:r>
              <w:rPr>
                <w:rFonts w:eastAsia="Hiragino Sans" w:ascii="Hiragino Sans" w:hAnsi="Hiragino Sans"/>
                <w:b w:val="0"/>
                <w:sz w:val="18"/>
              </w:rPr>
              <w:t>48,800</w:t>
            </w:r>
          </w:p>
        </w:tc>
        <w:tc>
          <w:tcPr>
            <w:tcW w:type="dxa" w:w="1425"/>
          </w:tcPr>
          <w:p>
            <w:r/>
            <w:r>
              <w:rPr>
                <w:rFonts w:eastAsia="Hiragino Sans" w:ascii="Hiragino Sans" w:hAnsi="Hiragino Sans"/>
                <w:b w:val="0"/>
                <w:sz w:val="18"/>
              </w:rPr>
              <w:t>13,600</w:t>
            </w:r>
          </w:p>
        </w:tc>
        <w:tc>
          <w:tcPr>
            <w:tcW w:type="dxa" w:w="1425"/>
          </w:tcPr>
          <w:p>
            <w:r/>
            <w:r>
              <w:rPr>
                <w:rFonts w:eastAsia="Hiragino Sans" w:ascii="Hiragino Sans" w:hAnsi="Hiragino Sans"/>
                <w:b w:val="0"/>
                <w:sz w:val="18"/>
              </w:rPr>
              <w:t>62,400</w:t>
            </w:r>
          </w:p>
        </w:tc>
      </w:tr>
      <w:tr>
        <w:tc>
          <w:tcPr>
            <w:tcW w:type="dxa" w:w="1425"/>
            <w:shd w:val="clear" w:fill="F7F8FA"/>
          </w:tcPr>
          <w:p>
            <w:r/>
            <w:r>
              <w:rPr>
                <w:rFonts w:eastAsia="Hiragino Sans" w:ascii="Hiragino Sans" w:hAnsi="Hiragino Sans"/>
                <w:b w:val="0"/>
                <w:sz w:val="18"/>
              </w:rPr>
              <w:t>減価償却費</w:t>
            </w:r>
          </w:p>
        </w:tc>
        <w:tc>
          <w:tcPr>
            <w:tcW w:type="dxa" w:w="1425"/>
            <w:shd w:val="clear" w:fill="F7F8FA"/>
          </w:tcPr>
          <w:p>
            <w:r/>
            <w:r>
              <w:rPr>
                <w:rFonts w:eastAsia="Hiragino Sans" w:ascii="Hiragino Sans" w:hAnsi="Hiragino Sans"/>
                <w:b w:val="0"/>
                <w:sz w:val="18"/>
              </w:rPr>
              <w:t>1,250</w:t>
            </w:r>
          </w:p>
        </w:tc>
        <w:tc>
          <w:tcPr>
            <w:tcW w:type="dxa" w:w="1425"/>
            <w:shd w:val="clear" w:fill="F7F8FA"/>
          </w:tcPr>
          <w:p>
            <w:r/>
            <w:r>
              <w:rPr>
                <w:rFonts w:eastAsia="Hiragino Sans" w:ascii="Hiragino Sans" w:hAnsi="Hiragino Sans"/>
                <w:b w:val="0"/>
                <w:sz w:val="18"/>
              </w:rPr>
              <w:t>880</w:t>
            </w:r>
          </w:p>
        </w:tc>
        <w:tc>
          <w:tcPr>
            <w:tcW w:type="dxa" w:w="1425"/>
            <w:shd w:val="clear" w:fill="F7F8FA"/>
          </w:tcPr>
          <w:p>
            <w:r/>
            <w:r>
              <w:rPr>
                <w:rFonts w:eastAsia="Hiragino Sans" w:ascii="Hiragino Sans" w:hAnsi="Hiragino Sans"/>
                <w:b w:val="0"/>
                <w:sz w:val="18"/>
              </w:rPr>
              <w:t>120</w:t>
            </w:r>
          </w:p>
        </w:tc>
        <w:tc>
          <w:tcPr>
            <w:tcW w:type="dxa" w:w="1425"/>
            <w:shd w:val="clear" w:fill="F7F8FA"/>
          </w:tcPr>
          <w:p>
            <w:r/>
            <w:r>
              <w:rPr>
                <w:rFonts w:eastAsia="Hiragino Sans" w:ascii="Hiragino Sans" w:hAnsi="Hiragino Sans"/>
                <w:b w:val="0"/>
                <w:sz w:val="18"/>
              </w:rPr>
              <w:t>2,250</w:t>
            </w:r>
          </w:p>
        </w:tc>
        <w:tc>
          <w:tcPr>
            <w:tcW w:type="dxa" w:w="1425"/>
            <w:shd w:val="clear" w:fill="F7F8FA"/>
          </w:tcPr>
          <w:p>
            <w:r/>
            <w:r>
              <w:rPr>
                <w:rFonts w:eastAsia="Hiragino Sans" w:ascii="Hiragino Sans" w:hAnsi="Hiragino Sans"/>
                <w:b w:val="0"/>
                <w:sz w:val="18"/>
              </w:rPr>
              <w:t>100</w:t>
            </w:r>
          </w:p>
        </w:tc>
        <w:tc>
          <w:tcPr>
            <w:tcW w:type="dxa" w:w="1425"/>
            <w:shd w:val="clear" w:fill="F7F8FA"/>
          </w:tcPr>
          <w:p>
            <w:r/>
            <w:r>
              <w:rPr>
                <w:rFonts w:eastAsia="Hiragino Sans" w:ascii="Hiragino Sans" w:hAnsi="Hiragino Sans"/>
                <w:b w:val="0"/>
                <w:sz w:val="18"/>
              </w:rPr>
              <w:t>2,350</w:t>
            </w:r>
          </w:p>
        </w:tc>
      </w:tr>
      <w:tr>
        <w:tc>
          <w:tcPr>
            <w:tcW w:type="dxa" w:w="1425"/>
          </w:tcPr>
          <w:p>
            <w:r/>
            <w:r>
              <w:rPr>
                <w:rFonts w:eastAsia="Hiragino Sans" w:ascii="Hiragino Sans" w:hAnsi="Hiragino Sans"/>
                <w:b w:val="0"/>
                <w:sz w:val="18"/>
              </w:rPr>
              <w:t>有形固定資産及び無形固定資産の増加額</w:t>
            </w:r>
          </w:p>
        </w:tc>
        <w:tc>
          <w:tcPr>
            <w:tcW w:type="dxa" w:w="1425"/>
          </w:tcPr>
          <w:p>
            <w:r/>
            <w:r>
              <w:rPr>
                <w:rFonts w:eastAsia="Hiragino Sans" w:ascii="Hiragino Sans" w:hAnsi="Hiragino Sans"/>
                <w:b w:val="0"/>
                <w:sz w:val="18"/>
              </w:rPr>
              <w:t>1,850</w:t>
            </w:r>
          </w:p>
        </w:tc>
        <w:tc>
          <w:tcPr>
            <w:tcW w:type="dxa" w:w="1425"/>
          </w:tcPr>
          <w:p>
            <w:r/>
            <w:r>
              <w:rPr>
                <w:rFonts w:eastAsia="Hiragino Sans" w:ascii="Hiragino Sans" w:hAnsi="Hiragino Sans"/>
                <w:b w:val="0"/>
                <w:sz w:val="18"/>
              </w:rPr>
              <w:t>950</w:t>
            </w:r>
          </w:p>
        </w:tc>
        <w:tc>
          <w:tcPr>
            <w:tcW w:type="dxa" w:w="1425"/>
          </w:tcPr>
          <w:p>
            <w:r/>
            <w:r>
              <w:rPr>
                <w:rFonts w:eastAsia="Hiragino Sans" w:ascii="Hiragino Sans" w:hAnsi="Hiragino Sans"/>
                <w:b w:val="0"/>
                <w:sz w:val="18"/>
              </w:rPr>
              <w:t>130</w:t>
            </w:r>
          </w:p>
        </w:tc>
        <w:tc>
          <w:tcPr>
            <w:tcW w:type="dxa" w:w="1425"/>
          </w:tcPr>
          <w:p>
            <w:r/>
            <w:r>
              <w:rPr>
                <w:rFonts w:eastAsia="Hiragino Sans" w:ascii="Hiragino Sans" w:hAnsi="Hiragino Sans"/>
                <w:b w:val="0"/>
                <w:sz w:val="18"/>
              </w:rPr>
              <w:t>2,930</w:t>
            </w:r>
          </w:p>
        </w:tc>
        <w:tc>
          <w:tcPr>
            <w:tcW w:type="dxa" w:w="1425"/>
          </w:tcPr>
          <w:p>
            <w:r/>
            <w:r>
              <w:rPr>
                <w:rFonts w:eastAsia="Hiragino Sans" w:ascii="Hiragino Sans" w:hAnsi="Hiragino Sans"/>
                <w:b w:val="0"/>
                <w:sz w:val="18"/>
              </w:rPr>
              <w:t>120</w:t>
            </w:r>
          </w:p>
        </w:tc>
        <w:tc>
          <w:tcPr>
            <w:tcW w:type="dxa" w:w="1425"/>
          </w:tcPr>
          <w:p>
            <w:r/>
            <w:r>
              <w:rPr>
                <w:rFonts w:eastAsia="Hiragino Sans" w:ascii="Hiragino Sans" w:hAnsi="Hiragino Sans"/>
                <w:b w:val="0"/>
                <w:sz w:val="18"/>
              </w:rPr>
              <w:t>3,050</w:t>
            </w:r>
          </w:p>
        </w:tc>
      </w:tr>
    </w:tbl>
    <w:p>
      <w:pPr>
        <w:spacing w:after="40"/>
      </w:pPr>
    </w:p>
    <w:p>
      <w:pPr>
        <w:pStyle w:val="ListBullet"/>
        <w:ind w:left="240"/>
      </w:pPr>
      <w:r>
        <w:rPr>
          <w:rFonts w:eastAsia="Hiragino Sans" w:ascii="Hiragino Sans" w:hAnsi="Hiragino Sans"/>
          <w:b w:val="0"/>
          <w:sz w:val="20"/>
        </w:rPr>
        <w:t>（注）セグメント利益の調整額△650百万円は、各報告セグメントに配分していない全社費用（本社管理部門に係る費用）であります。セグメント資産の調整額13,600百万円は、余資運用資金（現金及び預金）、長期投資資金（投資有価証券）及び管理部門に係る資産であります。セグメント利益は連結損益計算書の営業利益と調整を行っております。</w:t>
      </w:r>
    </w:p>
    <w:p>
      <w:pPr>
        <w:spacing w:after="80"/>
      </w:pPr>
      <w:r>
        <w:rPr>
          <w:rFonts w:eastAsia="Hiragino Sans" w:ascii="Hiragino Sans" w:hAnsi="Hiragino Sans"/>
          <w:b/>
          <w:i w:val="0"/>
        </w:rPr>
        <w:t>3. 関連情報</w:t>
      </w:r>
    </w:p>
    <w:p>
      <w:pPr>
        <w:spacing w:after="80"/>
      </w:pPr>
      <w:r>
        <w:rPr>
          <w:rFonts w:eastAsia="Hiragino Sans" w:ascii="Hiragino Sans" w:hAnsi="Hiragino Sans"/>
          <w:b w:val="0"/>
          <w:i w:val="0"/>
        </w:rPr>
        <w:t>地域ごとの売上高（外部顧客の所在地基準）（単位：百万円）</w:t>
      </w:r>
    </w:p>
    <w:tbl>
      <w:tblPr>
        <w:tblStyle w:val="TableGrid"/>
        <w:tblW w:type="auto" w:w="0"/>
        <w:jc w:val="center"/>
        <w:tblLayout w:type="autofit"/>
        <w:tblLook w:firstColumn="1" w:firstRow="1" w:lastColumn="0" w:lastRow="0" w:noHBand="0" w:noVBand="1" w:val="04A0"/>
      </w:tblPr>
      <w:tblGrid>
        <w:gridCol w:w="1425"/>
        <w:gridCol w:w="1425"/>
        <w:gridCol w:w="1425"/>
        <w:gridCol w:w="1425"/>
        <w:gridCol w:w="1425"/>
        <w:gridCol w:w="1425"/>
        <w:gridCol w:w="1425"/>
      </w:tblGrid>
      <w:tr>
        <w:tc>
          <w:tcPr>
            <w:tcW w:type="dxa" w:w="1425"/>
            <w:shd w:val="clear" w:fill="24406B"/>
          </w:tcPr>
          <w:p>
            <w:r/>
            <w:r>
              <w:rPr>
                <w:rFonts w:eastAsia="Hiragino Sans" w:ascii="Hiragino Sans" w:hAnsi="Hiragino Sans"/>
                <w:b/>
                <w:color w:val="FFFFFF"/>
                <w:sz w:val="18"/>
              </w:rPr>
              <w:t>区分</w:t>
            </w:r>
          </w:p>
        </w:tc>
        <w:tc>
          <w:tcPr>
            <w:tcW w:type="dxa" w:w="1425"/>
            <w:shd w:val="clear" w:fill="24406B"/>
          </w:tcPr>
          <w:p>
            <w:r/>
            <w:r>
              <w:rPr>
                <w:rFonts w:eastAsia="Hiragino Sans" w:ascii="Hiragino Sans" w:hAnsi="Hiragino Sans"/>
                <w:b/>
                <w:color w:val="FFFFFF"/>
                <w:sz w:val="18"/>
              </w:rPr>
              <w:t>日本</w:t>
            </w:r>
          </w:p>
        </w:tc>
        <w:tc>
          <w:tcPr>
            <w:tcW w:type="dxa" w:w="1425"/>
            <w:shd w:val="clear" w:fill="24406B"/>
          </w:tcPr>
          <w:p>
            <w:r/>
            <w:r>
              <w:rPr>
                <w:rFonts w:eastAsia="Hiragino Sans" w:ascii="Hiragino Sans" w:hAnsi="Hiragino Sans"/>
                <w:b/>
                <w:color w:val="FFFFFF"/>
                <w:sz w:val="18"/>
              </w:rPr>
              <w:t>アジア</w:t>
            </w:r>
          </w:p>
        </w:tc>
        <w:tc>
          <w:tcPr>
            <w:tcW w:type="dxa" w:w="1425"/>
            <w:shd w:val="clear" w:fill="24406B"/>
          </w:tcPr>
          <w:p>
            <w:r/>
            <w:r>
              <w:rPr>
                <w:rFonts w:eastAsia="Hiragino Sans" w:ascii="Hiragino Sans" w:hAnsi="Hiragino Sans"/>
                <w:b/>
                <w:color w:val="FFFFFF"/>
                <w:sz w:val="18"/>
              </w:rPr>
              <w:t>（うち中国）</w:t>
            </w:r>
          </w:p>
        </w:tc>
        <w:tc>
          <w:tcPr>
            <w:tcW w:type="dxa" w:w="1425"/>
            <w:shd w:val="clear" w:fill="24406B"/>
          </w:tcPr>
          <w:p>
            <w:r/>
            <w:r>
              <w:rPr>
                <w:rFonts w:eastAsia="Hiragino Sans" w:ascii="Hiragino Sans" w:hAnsi="Hiragino Sans"/>
                <w:b/>
                <w:color w:val="FFFFFF"/>
                <w:sz w:val="18"/>
              </w:rPr>
              <w:t>北米</w:t>
            </w:r>
          </w:p>
        </w:tc>
        <w:tc>
          <w:tcPr>
            <w:tcW w:type="dxa" w:w="1425"/>
            <w:shd w:val="clear" w:fill="24406B"/>
          </w:tcPr>
          <w:p>
            <w:r/>
            <w:r>
              <w:rPr>
                <w:rFonts w:eastAsia="Hiragino Sans" w:ascii="Hiragino Sans" w:hAnsi="Hiragino Sans"/>
                <w:b/>
                <w:color w:val="FFFFFF"/>
                <w:sz w:val="18"/>
              </w:rPr>
              <w:t>欧州</w:t>
            </w:r>
          </w:p>
        </w:tc>
        <w:tc>
          <w:tcPr>
            <w:tcW w:type="dxa" w:w="1425"/>
            <w:shd w:val="clear" w:fill="24406B"/>
          </w:tcPr>
          <w:p>
            <w:r/>
            <w:r>
              <w:rPr>
                <w:rFonts w:eastAsia="Hiragino Sans" w:ascii="Hiragino Sans" w:hAnsi="Hiragino Sans"/>
                <w:b/>
                <w:color w:val="FFFFFF"/>
                <w:sz w:val="18"/>
              </w:rPr>
              <w:t>合計</w:t>
            </w:r>
          </w:p>
        </w:tc>
      </w:tr>
      <w:tr>
        <w:tc>
          <w:tcPr>
            <w:tcW w:type="dxa" w:w="1425"/>
          </w:tcPr>
          <w:p>
            <w:r/>
            <w:r>
              <w:rPr>
                <w:rFonts w:eastAsia="Hiragino Sans" w:ascii="Hiragino Sans" w:hAnsi="Hiragino Sans"/>
                <w:b w:val="0"/>
                <w:sz w:val="18"/>
              </w:rPr>
              <w:t>前連結会計年度</w:t>
            </w:r>
          </w:p>
        </w:tc>
        <w:tc>
          <w:tcPr>
            <w:tcW w:type="dxa" w:w="1425"/>
          </w:tcPr>
          <w:p>
            <w:r/>
            <w:r>
              <w:rPr>
                <w:rFonts w:eastAsia="Hiragino Sans" w:ascii="Hiragino Sans" w:hAnsi="Hiragino Sans"/>
                <w:b w:val="0"/>
                <w:sz w:val="18"/>
              </w:rPr>
              <w:t>23,900</w:t>
            </w:r>
          </w:p>
        </w:tc>
        <w:tc>
          <w:tcPr>
            <w:tcW w:type="dxa" w:w="1425"/>
          </w:tcPr>
          <w:p>
            <w:r/>
            <w:r>
              <w:rPr>
                <w:rFonts w:eastAsia="Hiragino Sans" w:ascii="Hiragino Sans" w:hAnsi="Hiragino Sans"/>
                <w:b w:val="0"/>
                <w:sz w:val="18"/>
              </w:rPr>
              <w:t>12,600</w:t>
            </w:r>
          </w:p>
        </w:tc>
        <w:tc>
          <w:tcPr>
            <w:tcW w:type="dxa" w:w="1425"/>
          </w:tcPr>
          <w:p>
            <w:r/>
            <w:r>
              <w:rPr>
                <w:rFonts w:eastAsia="Hiragino Sans" w:ascii="Hiragino Sans" w:hAnsi="Hiragino Sans"/>
                <w:b w:val="0"/>
                <w:sz w:val="18"/>
              </w:rPr>
              <w:t>(6,950)</w:t>
            </w:r>
          </w:p>
        </w:tc>
        <w:tc>
          <w:tcPr>
            <w:tcW w:type="dxa" w:w="1425"/>
          </w:tcPr>
          <w:p>
            <w:r/>
            <w:r>
              <w:rPr>
                <w:rFonts w:eastAsia="Hiragino Sans" w:ascii="Hiragino Sans" w:hAnsi="Hiragino Sans"/>
                <w:b w:val="0"/>
                <w:sz w:val="18"/>
              </w:rPr>
              <w:t>6,600</w:t>
            </w:r>
          </w:p>
        </w:tc>
        <w:tc>
          <w:tcPr>
            <w:tcW w:type="dxa" w:w="1425"/>
          </w:tcPr>
          <w:p>
            <w:r/>
            <w:r>
              <w:rPr>
                <w:rFonts w:eastAsia="Hiragino Sans" w:ascii="Hiragino Sans" w:hAnsi="Hiragino Sans"/>
                <w:b w:val="0"/>
                <w:sz w:val="18"/>
              </w:rPr>
              <w:t>3,400</w:t>
            </w:r>
          </w:p>
        </w:tc>
        <w:tc>
          <w:tcPr>
            <w:tcW w:type="dxa" w:w="1425"/>
          </w:tcPr>
          <w:p>
            <w:r/>
            <w:r>
              <w:rPr>
                <w:rFonts w:eastAsia="Hiragino Sans" w:ascii="Hiragino Sans" w:hAnsi="Hiragino Sans"/>
                <w:b w:val="0"/>
                <w:sz w:val="18"/>
              </w:rPr>
              <w:t>46,500</w:t>
            </w:r>
          </w:p>
        </w:tc>
      </w:tr>
      <w:tr>
        <w:tc>
          <w:tcPr>
            <w:tcW w:type="dxa" w:w="1425"/>
            <w:shd w:val="clear" w:fill="F7F8FA"/>
          </w:tcPr>
          <w:p>
            <w:r/>
            <w:r>
              <w:rPr>
                <w:rFonts w:eastAsia="Hiragino Sans" w:ascii="Hiragino Sans" w:hAnsi="Hiragino Sans"/>
                <w:b w:val="0"/>
                <w:sz w:val="18"/>
              </w:rPr>
              <w:t>当連結会計年度</w:t>
            </w:r>
          </w:p>
        </w:tc>
        <w:tc>
          <w:tcPr>
            <w:tcW w:type="dxa" w:w="1425"/>
            <w:shd w:val="clear" w:fill="F7F8FA"/>
          </w:tcPr>
          <w:p>
            <w:r/>
            <w:r>
              <w:rPr>
                <w:rFonts w:eastAsia="Hiragino Sans" w:ascii="Hiragino Sans" w:hAnsi="Hiragino Sans"/>
                <w:b w:val="0"/>
                <w:sz w:val="18"/>
              </w:rPr>
              <w:t>24,700</w:t>
            </w:r>
          </w:p>
        </w:tc>
        <w:tc>
          <w:tcPr>
            <w:tcW w:type="dxa" w:w="1425"/>
            <w:shd w:val="clear" w:fill="F7F8FA"/>
          </w:tcPr>
          <w:p>
            <w:r/>
            <w:r>
              <w:rPr>
                <w:rFonts w:eastAsia="Hiragino Sans" w:ascii="Hiragino Sans" w:hAnsi="Hiragino Sans"/>
                <w:b w:val="0"/>
                <w:sz w:val="18"/>
              </w:rPr>
              <w:t>12,900</w:t>
            </w:r>
          </w:p>
        </w:tc>
        <w:tc>
          <w:tcPr>
            <w:tcW w:type="dxa" w:w="1425"/>
            <w:shd w:val="clear" w:fill="F7F8FA"/>
          </w:tcPr>
          <w:p>
            <w:r/>
            <w:r>
              <w:rPr>
                <w:rFonts w:eastAsia="Hiragino Sans" w:ascii="Hiragino Sans" w:hAnsi="Hiragino Sans"/>
                <w:b w:val="0"/>
                <w:sz w:val="18"/>
              </w:rPr>
              <w:t>(6,850)</w:t>
            </w:r>
          </w:p>
        </w:tc>
        <w:tc>
          <w:tcPr>
            <w:tcW w:type="dxa" w:w="1425"/>
            <w:shd w:val="clear" w:fill="F7F8FA"/>
          </w:tcPr>
          <w:p>
            <w:r/>
            <w:r>
              <w:rPr>
                <w:rFonts w:eastAsia="Hiragino Sans" w:ascii="Hiragino Sans" w:hAnsi="Hiragino Sans"/>
                <w:b w:val="0"/>
                <w:sz w:val="18"/>
              </w:rPr>
              <w:t>7,300</w:t>
            </w:r>
          </w:p>
        </w:tc>
        <w:tc>
          <w:tcPr>
            <w:tcW w:type="dxa" w:w="1425"/>
            <w:shd w:val="clear" w:fill="F7F8FA"/>
          </w:tcPr>
          <w:p>
            <w:r/>
            <w:r>
              <w:rPr>
                <w:rFonts w:eastAsia="Hiragino Sans" w:ascii="Hiragino Sans" w:hAnsi="Hiragino Sans"/>
                <w:b w:val="0"/>
                <w:sz w:val="18"/>
              </w:rPr>
              <w:t>3,700</w:t>
            </w:r>
          </w:p>
        </w:tc>
        <w:tc>
          <w:tcPr>
            <w:tcW w:type="dxa" w:w="1425"/>
            <w:shd w:val="clear" w:fill="F7F8FA"/>
          </w:tcPr>
          <w:p>
            <w:r/>
            <w:r>
              <w:rPr>
                <w:rFonts w:eastAsia="Hiragino Sans" w:ascii="Hiragino Sans" w:hAnsi="Hiragino Sans"/>
                <w:b w:val="0"/>
                <w:sz w:val="18"/>
              </w:rPr>
              <w:t>48,600</w:t>
            </w:r>
          </w:p>
        </w:tc>
      </w:tr>
    </w:tbl>
    <w:p>
      <w:pPr>
        <w:spacing w:after="40"/>
      </w:pPr>
    </w:p>
    <w:p>
      <w:pPr>
        <w:spacing w:after="80"/>
      </w:pPr>
      <w:r>
        <w:rPr>
          <w:rFonts w:eastAsia="Hiragino Sans" w:ascii="Hiragino Sans" w:hAnsi="Hiragino Sans"/>
          <w:b w:val="0"/>
          <w:i w:val="0"/>
        </w:rPr>
        <w:t>地域ごとの有形固定資産（単位：百万円）</w:t>
      </w:r>
    </w:p>
    <w:tbl>
      <w:tblPr>
        <w:tblStyle w:val="TableGrid"/>
        <w:tblW w:type="auto" w:w="0"/>
        <w:jc w:val="center"/>
        <w:tblLayout w:type="autofit"/>
        <w:tblLook w:firstColumn="1" w:firstRow="1" w:lastColumn="0" w:lastRow="0" w:noHBand="0" w:noVBand="1" w:val="04A0"/>
      </w:tblPr>
      <w:tblGrid>
        <w:gridCol w:w="1662"/>
        <w:gridCol w:w="1662"/>
        <w:gridCol w:w="1662"/>
        <w:gridCol w:w="1662"/>
        <w:gridCol w:w="1662"/>
        <w:gridCol w:w="1662"/>
      </w:tblGrid>
      <w:tr>
        <w:tc>
          <w:tcPr>
            <w:tcW w:type="dxa" w:w="1662"/>
            <w:shd w:val="clear" w:fill="24406B"/>
          </w:tcPr>
          <w:p>
            <w:r/>
            <w:r>
              <w:rPr>
                <w:rFonts w:eastAsia="Hiragino Sans" w:ascii="Hiragino Sans" w:hAnsi="Hiragino Sans"/>
                <w:b/>
                <w:color w:val="FFFFFF"/>
                <w:sz w:val="18"/>
              </w:rPr>
              <w:t>区分</w:t>
            </w:r>
          </w:p>
        </w:tc>
        <w:tc>
          <w:tcPr>
            <w:tcW w:type="dxa" w:w="1662"/>
            <w:shd w:val="clear" w:fill="24406B"/>
          </w:tcPr>
          <w:p>
            <w:r/>
            <w:r>
              <w:rPr>
                <w:rFonts w:eastAsia="Hiragino Sans" w:ascii="Hiragino Sans" w:hAnsi="Hiragino Sans"/>
                <w:b/>
                <w:color w:val="FFFFFF"/>
                <w:sz w:val="18"/>
              </w:rPr>
              <w:t>日本</w:t>
            </w:r>
          </w:p>
        </w:tc>
        <w:tc>
          <w:tcPr>
            <w:tcW w:type="dxa" w:w="1662"/>
            <w:shd w:val="clear" w:fill="24406B"/>
          </w:tcPr>
          <w:p>
            <w:r/>
            <w:r>
              <w:rPr>
                <w:rFonts w:eastAsia="Hiragino Sans" w:ascii="Hiragino Sans" w:hAnsi="Hiragino Sans"/>
                <w:b/>
                <w:color w:val="FFFFFF"/>
                <w:sz w:val="18"/>
              </w:rPr>
              <w:t>アジア</w:t>
            </w:r>
          </w:p>
        </w:tc>
        <w:tc>
          <w:tcPr>
            <w:tcW w:type="dxa" w:w="1662"/>
            <w:shd w:val="clear" w:fill="24406B"/>
          </w:tcPr>
          <w:p>
            <w:r/>
            <w:r>
              <w:rPr>
                <w:rFonts w:eastAsia="Hiragino Sans" w:ascii="Hiragino Sans" w:hAnsi="Hiragino Sans"/>
                <w:b/>
                <w:color w:val="FFFFFF"/>
                <w:sz w:val="18"/>
              </w:rPr>
              <w:t>北米</w:t>
            </w:r>
          </w:p>
        </w:tc>
        <w:tc>
          <w:tcPr>
            <w:tcW w:type="dxa" w:w="1662"/>
            <w:shd w:val="clear" w:fill="24406B"/>
          </w:tcPr>
          <w:p>
            <w:r/>
            <w:r>
              <w:rPr>
                <w:rFonts w:eastAsia="Hiragino Sans" w:ascii="Hiragino Sans" w:hAnsi="Hiragino Sans"/>
                <w:b/>
                <w:color w:val="FFFFFF"/>
                <w:sz w:val="18"/>
              </w:rPr>
              <w:t>欧州</w:t>
            </w:r>
          </w:p>
        </w:tc>
        <w:tc>
          <w:tcPr>
            <w:tcW w:type="dxa" w:w="1662"/>
            <w:shd w:val="clear" w:fill="24406B"/>
          </w:tcPr>
          <w:p>
            <w:r/>
            <w:r>
              <w:rPr>
                <w:rFonts w:eastAsia="Hiragino Sans" w:ascii="Hiragino Sans" w:hAnsi="Hiragino Sans"/>
                <w:b/>
                <w:color w:val="FFFFFF"/>
                <w:sz w:val="18"/>
              </w:rPr>
              <w:t>合計</w:t>
            </w:r>
          </w:p>
        </w:tc>
      </w:tr>
      <w:tr>
        <w:tc>
          <w:tcPr>
            <w:tcW w:type="dxa" w:w="1662"/>
          </w:tcPr>
          <w:p>
            <w:r/>
            <w:r>
              <w:rPr>
                <w:rFonts w:eastAsia="Hiragino Sans" w:ascii="Hiragino Sans" w:hAnsi="Hiragino Sans"/>
                <w:b w:val="0"/>
                <w:sz w:val="18"/>
              </w:rPr>
              <w:t>前連結会計年度</w:t>
            </w:r>
          </w:p>
        </w:tc>
        <w:tc>
          <w:tcPr>
            <w:tcW w:type="dxa" w:w="1662"/>
          </w:tcPr>
          <w:p>
            <w:r/>
            <w:r>
              <w:rPr>
                <w:rFonts w:eastAsia="Hiragino Sans" w:ascii="Hiragino Sans" w:hAnsi="Hiragino Sans"/>
                <w:b w:val="0"/>
                <w:sz w:val="18"/>
              </w:rPr>
              <w:t>13,500</w:t>
            </w:r>
          </w:p>
        </w:tc>
        <w:tc>
          <w:tcPr>
            <w:tcW w:type="dxa" w:w="1662"/>
          </w:tcPr>
          <w:p>
            <w:r/>
            <w:r>
              <w:rPr>
                <w:rFonts w:eastAsia="Hiragino Sans" w:ascii="Hiragino Sans" w:hAnsi="Hiragino Sans"/>
                <w:b w:val="0"/>
                <w:sz w:val="18"/>
              </w:rPr>
              <w:t>5,700</w:t>
            </w:r>
          </w:p>
        </w:tc>
        <w:tc>
          <w:tcPr>
            <w:tcW w:type="dxa" w:w="1662"/>
          </w:tcPr>
          <w:p>
            <w:r/>
            <w:r>
              <w:rPr>
                <w:rFonts w:eastAsia="Hiragino Sans" w:ascii="Hiragino Sans" w:hAnsi="Hiragino Sans"/>
                <w:b w:val="0"/>
                <w:sz w:val="18"/>
              </w:rPr>
              <w:t>500</w:t>
            </w:r>
          </w:p>
        </w:tc>
        <w:tc>
          <w:tcPr>
            <w:tcW w:type="dxa" w:w="1662"/>
          </w:tcPr>
          <w:p>
            <w:r/>
            <w:r>
              <w:rPr>
                <w:rFonts w:eastAsia="Hiragino Sans" w:ascii="Hiragino Sans" w:hAnsi="Hiragino Sans"/>
                <w:b w:val="0"/>
                <w:sz w:val="18"/>
              </w:rPr>
              <w:t>450</w:t>
            </w:r>
          </w:p>
        </w:tc>
        <w:tc>
          <w:tcPr>
            <w:tcW w:type="dxa" w:w="1662"/>
          </w:tcPr>
          <w:p>
            <w:r/>
            <w:r>
              <w:rPr>
                <w:rFonts w:eastAsia="Hiragino Sans" w:ascii="Hiragino Sans" w:hAnsi="Hiragino Sans"/>
                <w:b w:val="0"/>
                <w:sz w:val="18"/>
              </w:rPr>
              <w:t>20,150</w:t>
            </w:r>
          </w:p>
        </w:tc>
      </w:tr>
      <w:tr>
        <w:tc>
          <w:tcPr>
            <w:tcW w:type="dxa" w:w="1662"/>
            <w:shd w:val="clear" w:fill="F7F8FA"/>
          </w:tcPr>
          <w:p>
            <w:r/>
            <w:r>
              <w:rPr>
                <w:rFonts w:eastAsia="Hiragino Sans" w:ascii="Hiragino Sans" w:hAnsi="Hiragino Sans"/>
                <w:b w:val="0"/>
                <w:sz w:val="18"/>
              </w:rPr>
              <w:t>当連結会計年度</w:t>
            </w:r>
          </w:p>
        </w:tc>
        <w:tc>
          <w:tcPr>
            <w:tcW w:type="dxa" w:w="1662"/>
            <w:shd w:val="clear" w:fill="F7F8FA"/>
          </w:tcPr>
          <w:p>
            <w:r/>
            <w:r>
              <w:rPr>
                <w:rFonts w:eastAsia="Hiragino Sans" w:ascii="Hiragino Sans" w:hAnsi="Hiragino Sans"/>
                <w:b w:val="0"/>
                <w:sz w:val="18"/>
              </w:rPr>
              <w:t>13,850</w:t>
            </w:r>
          </w:p>
        </w:tc>
        <w:tc>
          <w:tcPr>
            <w:tcW w:type="dxa" w:w="1662"/>
            <w:shd w:val="clear" w:fill="F7F8FA"/>
          </w:tcPr>
          <w:p>
            <w:r/>
            <w:r>
              <w:rPr>
                <w:rFonts w:eastAsia="Hiragino Sans" w:ascii="Hiragino Sans" w:hAnsi="Hiragino Sans"/>
                <w:b w:val="0"/>
                <w:sz w:val="18"/>
              </w:rPr>
              <w:t>5,450</w:t>
            </w:r>
          </w:p>
        </w:tc>
        <w:tc>
          <w:tcPr>
            <w:tcW w:type="dxa" w:w="1662"/>
            <w:shd w:val="clear" w:fill="F7F8FA"/>
          </w:tcPr>
          <w:p>
            <w:r/>
            <w:r>
              <w:rPr>
                <w:rFonts w:eastAsia="Hiragino Sans" w:ascii="Hiragino Sans" w:hAnsi="Hiragino Sans"/>
                <w:b w:val="0"/>
                <w:sz w:val="18"/>
              </w:rPr>
              <w:t>550</w:t>
            </w:r>
          </w:p>
        </w:tc>
        <w:tc>
          <w:tcPr>
            <w:tcW w:type="dxa" w:w="1662"/>
            <w:shd w:val="clear" w:fill="F7F8FA"/>
          </w:tcPr>
          <w:p>
            <w:r/>
            <w:r>
              <w:rPr>
                <w:rFonts w:eastAsia="Hiragino Sans" w:ascii="Hiragino Sans" w:hAnsi="Hiragino Sans"/>
                <w:b w:val="0"/>
                <w:sz w:val="18"/>
              </w:rPr>
              <w:t>450</w:t>
            </w:r>
          </w:p>
        </w:tc>
        <w:tc>
          <w:tcPr>
            <w:tcW w:type="dxa" w:w="1662"/>
            <w:shd w:val="clear" w:fill="F7F8FA"/>
          </w:tcPr>
          <w:p>
            <w:r/>
            <w:r>
              <w:rPr>
                <w:rFonts w:eastAsia="Hiragino Sans" w:ascii="Hiragino Sans" w:hAnsi="Hiragino Sans"/>
                <w:b w:val="0"/>
                <w:sz w:val="18"/>
              </w:rPr>
              <w:t>20,300</w:t>
            </w:r>
          </w:p>
        </w:tc>
      </w:tr>
    </w:tbl>
    <w:p>
      <w:pPr>
        <w:spacing w:after="40"/>
      </w:pPr>
    </w:p>
    <w:p>
      <w:pPr>
        <w:spacing w:after="80"/>
      </w:pPr>
      <w:r>
        <w:rPr>
          <w:rFonts w:eastAsia="Hiragino Sans" w:ascii="Hiragino Sans" w:hAnsi="Hiragino Sans"/>
          <w:b w:val="0"/>
          <w:i w:val="0"/>
        </w:rPr>
        <w:t>主要な顧客ごとの情報：東都自動車部品株式会社に対する売上高 5,850百万円（関連するセグメント：精密機器及び電子部品）</w:t>
      </w:r>
    </w:p>
    <w:p>
      <w:pPr>
        <w:spacing w:after="80"/>
      </w:pPr>
      <w:r>
        <w:rPr>
          <w:rFonts w:eastAsia="Hiragino Sans" w:ascii="Hiragino Sans" w:hAnsi="Hiragino Sans"/>
          <w:b/>
          <w:i w:val="0"/>
        </w:rPr>
        <w:t>4. 報告セグメントごとの固定資産の減損損失に関する情報</w:t>
      </w:r>
      <w:r>
        <w:rPr>
          <w:rFonts w:eastAsia="Hiragino Sans" w:ascii="Hiragino Sans" w:hAnsi="Hiragino Sans"/>
          <w:b w:val="0"/>
          <w:i w:val="0"/>
        </w:rPr>
        <w:t>：当連結会計年度において、電子部品セグメントで減損損失180百万円を計上しております。</w:t>
      </w:r>
    </w:p>
    <w:p>
      <w:pPr>
        <w:pStyle w:val="Heading3"/>
      </w:pPr>
      <w:r>
        <w:t>（収益認識関係）</w:t>
      </w:r>
    </w:p>
    <w:p>
      <w:pPr>
        <w:spacing w:after="80"/>
      </w:pPr>
      <w:r>
        <w:rPr>
          <w:rFonts w:eastAsia="Hiragino Sans" w:ascii="Hiragino Sans" w:hAnsi="Hiragino Sans"/>
          <w:b/>
          <w:i w:val="0"/>
        </w:rPr>
        <w:t>1. 顧客との契約から生じる収益を分解した情報</w:t>
      </w:r>
    </w:p>
    <w:p>
      <w:pPr>
        <w:spacing w:after="80"/>
      </w:pPr>
      <w:r>
        <w:rPr>
          <w:rFonts w:eastAsia="Hiragino Sans" w:ascii="Hiragino Sans" w:hAnsi="Hiragino Sans"/>
          <w:b w:val="0"/>
          <w:i w:val="0"/>
        </w:rPr>
        <w:t>当連結会計年度（単位：百万円）</w:t>
      </w:r>
    </w:p>
    <w:tbl>
      <w:tblPr>
        <w:tblStyle w:val="TableGrid"/>
        <w:tblW w:type="auto" w:w="0"/>
        <w:jc w:val="center"/>
        <w:tblLayout w:type="autofit"/>
        <w:tblLook w:firstColumn="1" w:firstRow="1" w:lastColumn="0" w:lastRow="0" w:noHBand="0" w:noVBand="1" w:val="04A0"/>
      </w:tblPr>
      <w:tblGrid>
        <w:gridCol w:w="1994"/>
        <w:gridCol w:w="1994"/>
        <w:gridCol w:w="1994"/>
        <w:gridCol w:w="1994"/>
        <w:gridCol w:w="1994"/>
      </w:tblGrid>
      <w:tr>
        <w:tc>
          <w:tcPr>
            <w:tcW w:type="dxa" w:w="1994"/>
            <w:shd w:val="clear" w:fill="24406B"/>
          </w:tcPr>
          <w:p>
            <w:r/>
            <w:r>
              <w:rPr>
                <w:rFonts w:eastAsia="Hiragino Sans" w:ascii="Hiragino Sans" w:hAnsi="Hiragino Sans"/>
                <w:b/>
                <w:color w:val="FFFFFF"/>
                <w:sz w:val="18"/>
              </w:rPr>
              <w:t>区分</w:t>
            </w:r>
          </w:p>
        </w:tc>
        <w:tc>
          <w:tcPr>
            <w:tcW w:type="dxa" w:w="1994"/>
            <w:shd w:val="clear" w:fill="24406B"/>
          </w:tcPr>
          <w:p>
            <w:r/>
            <w:r>
              <w:rPr>
                <w:rFonts w:eastAsia="Hiragino Sans" w:ascii="Hiragino Sans" w:hAnsi="Hiragino Sans"/>
                <w:b/>
                <w:color w:val="FFFFFF"/>
                <w:sz w:val="18"/>
              </w:rPr>
              <w:t>精密機器</w:t>
            </w:r>
          </w:p>
        </w:tc>
        <w:tc>
          <w:tcPr>
            <w:tcW w:type="dxa" w:w="1994"/>
            <w:shd w:val="clear" w:fill="24406B"/>
          </w:tcPr>
          <w:p>
            <w:r/>
            <w:r>
              <w:rPr>
                <w:rFonts w:eastAsia="Hiragino Sans" w:ascii="Hiragino Sans" w:hAnsi="Hiragino Sans"/>
                <w:b/>
                <w:color w:val="FFFFFF"/>
                <w:sz w:val="18"/>
              </w:rPr>
              <w:t>電子部品</w:t>
            </w:r>
          </w:p>
        </w:tc>
        <w:tc>
          <w:tcPr>
            <w:tcW w:type="dxa" w:w="1994"/>
            <w:shd w:val="clear" w:fill="24406B"/>
          </w:tcPr>
          <w:p>
            <w:r/>
            <w:r>
              <w:rPr>
                <w:rFonts w:eastAsia="Hiragino Sans" w:ascii="Hiragino Sans" w:hAnsi="Hiragino Sans"/>
                <w:b/>
                <w:color w:val="FFFFFF"/>
                <w:sz w:val="18"/>
              </w:rPr>
              <w:t>その他</w:t>
            </w:r>
          </w:p>
        </w:tc>
        <w:tc>
          <w:tcPr>
            <w:tcW w:type="dxa" w:w="1994"/>
            <w:shd w:val="clear" w:fill="24406B"/>
          </w:tcPr>
          <w:p>
            <w:r/>
            <w:r>
              <w:rPr>
                <w:rFonts w:eastAsia="Hiragino Sans" w:ascii="Hiragino Sans" w:hAnsi="Hiragino Sans"/>
                <w:b/>
                <w:color w:val="FFFFFF"/>
                <w:sz w:val="18"/>
              </w:rPr>
              <w:t>合計</w:t>
            </w:r>
          </w:p>
        </w:tc>
      </w:tr>
      <w:tr>
        <w:tc>
          <w:tcPr>
            <w:tcW w:type="dxa" w:w="1994"/>
          </w:tcPr>
          <w:p>
            <w:r/>
            <w:r>
              <w:rPr>
                <w:rFonts w:eastAsia="Hiragino Sans" w:ascii="Hiragino Sans" w:hAnsi="Hiragino Sans"/>
                <w:b w:val="0"/>
                <w:sz w:val="18"/>
              </w:rPr>
              <w:t>日本</w:t>
            </w:r>
          </w:p>
        </w:tc>
        <w:tc>
          <w:tcPr>
            <w:tcW w:type="dxa" w:w="1994"/>
          </w:tcPr>
          <w:p>
            <w:r/>
            <w:r>
              <w:rPr>
                <w:rFonts w:eastAsia="Hiragino Sans" w:ascii="Hiragino Sans" w:hAnsi="Hiragino Sans"/>
                <w:b w:val="0"/>
                <w:sz w:val="18"/>
              </w:rPr>
              <w:t>14,200</w:t>
            </w:r>
          </w:p>
        </w:tc>
        <w:tc>
          <w:tcPr>
            <w:tcW w:type="dxa" w:w="1994"/>
          </w:tcPr>
          <w:p>
            <w:r/>
            <w:r>
              <w:rPr>
                <w:rFonts w:eastAsia="Hiragino Sans" w:ascii="Hiragino Sans" w:hAnsi="Hiragino Sans"/>
                <w:b w:val="0"/>
                <w:sz w:val="18"/>
              </w:rPr>
              <w:t>7,900</w:t>
            </w:r>
          </w:p>
        </w:tc>
        <w:tc>
          <w:tcPr>
            <w:tcW w:type="dxa" w:w="1994"/>
          </w:tcPr>
          <w:p>
            <w:r/>
            <w:r>
              <w:rPr>
                <w:rFonts w:eastAsia="Hiragino Sans" w:ascii="Hiragino Sans" w:hAnsi="Hiragino Sans"/>
                <w:b w:val="0"/>
                <w:sz w:val="18"/>
              </w:rPr>
              <w:t>2,600</w:t>
            </w:r>
          </w:p>
        </w:tc>
        <w:tc>
          <w:tcPr>
            <w:tcW w:type="dxa" w:w="1994"/>
          </w:tcPr>
          <w:p>
            <w:r/>
            <w:r>
              <w:rPr>
                <w:rFonts w:eastAsia="Hiragino Sans" w:ascii="Hiragino Sans" w:hAnsi="Hiragino Sans"/>
                <w:b w:val="0"/>
                <w:sz w:val="18"/>
              </w:rPr>
              <w:t>24,700</w:t>
            </w:r>
          </w:p>
        </w:tc>
      </w:tr>
      <w:tr>
        <w:tc>
          <w:tcPr>
            <w:tcW w:type="dxa" w:w="1994"/>
            <w:shd w:val="clear" w:fill="F7F8FA"/>
          </w:tcPr>
          <w:p>
            <w:r/>
            <w:r>
              <w:rPr>
                <w:rFonts w:eastAsia="Hiragino Sans" w:ascii="Hiragino Sans" w:hAnsi="Hiragino Sans"/>
                <w:b w:val="0"/>
                <w:sz w:val="18"/>
              </w:rPr>
              <w:t>アジア</w:t>
            </w:r>
          </w:p>
        </w:tc>
        <w:tc>
          <w:tcPr>
            <w:tcW w:type="dxa" w:w="1994"/>
            <w:shd w:val="clear" w:fill="F7F8FA"/>
          </w:tcPr>
          <w:p>
            <w:r/>
            <w:r>
              <w:rPr>
                <w:rFonts w:eastAsia="Hiragino Sans" w:ascii="Hiragino Sans" w:hAnsi="Hiragino Sans"/>
                <w:b w:val="0"/>
                <w:sz w:val="18"/>
              </w:rPr>
              <w:t>6,900</w:t>
            </w:r>
          </w:p>
        </w:tc>
        <w:tc>
          <w:tcPr>
            <w:tcW w:type="dxa" w:w="1994"/>
            <w:shd w:val="clear" w:fill="F7F8FA"/>
          </w:tcPr>
          <w:p>
            <w:r/>
            <w:r>
              <w:rPr>
                <w:rFonts w:eastAsia="Hiragino Sans" w:ascii="Hiragino Sans" w:hAnsi="Hiragino Sans"/>
                <w:b w:val="0"/>
                <w:sz w:val="18"/>
              </w:rPr>
              <w:t>5,700</w:t>
            </w:r>
          </w:p>
        </w:tc>
        <w:tc>
          <w:tcPr>
            <w:tcW w:type="dxa" w:w="1994"/>
            <w:shd w:val="clear" w:fill="F7F8FA"/>
          </w:tcPr>
          <w:p>
            <w:r/>
            <w:r>
              <w:rPr>
                <w:rFonts w:eastAsia="Hiragino Sans" w:ascii="Hiragino Sans" w:hAnsi="Hiragino Sans"/>
                <w:b w:val="0"/>
                <w:sz w:val="18"/>
              </w:rPr>
              <w:t>300</w:t>
            </w:r>
          </w:p>
        </w:tc>
        <w:tc>
          <w:tcPr>
            <w:tcW w:type="dxa" w:w="1994"/>
            <w:shd w:val="clear" w:fill="F7F8FA"/>
          </w:tcPr>
          <w:p>
            <w:r/>
            <w:r>
              <w:rPr>
                <w:rFonts w:eastAsia="Hiragino Sans" w:ascii="Hiragino Sans" w:hAnsi="Hiragino Sans"/>
                <w:b w:val="0"/>
                <w:sz w:val="18"/>
              </w:rPr>
              <w:t>12,900</w:t>
            </w:r>
          </w:p>
        </w:tc>
      </w:tr>
      <w:tr>
        <w:tc>
          <w:tcPr>
            <w:tcW w:type="dxa" w:w="1994"/>
          </w:tcPr>
          <w:p>
            <w:r/>
            <w:r>
              <w:rPr>
                <w:rFonts w:eastAsia="Hiragino Sans" w:ascii="Hiragino Sans" w:hAnsi="Hiragino Sans"/>
                <w:b w:val="0"/>
                <w:sz w:val="18"/>
              </w:rPr>
              <w:t>北米</w:t>
            </w:r>
          </w:p>
        </w:tc>
        <w:tc>
          <w:tcPr>
            <w:tcW w:type="dxa" w:w="1994"/>
          </w:tcPr>
          <w:p>
            <w:r/>
            <w:r>
              <w:rPr>
                <w:rFonts w:eastAsia="Hiragino Sans" w:ascii="Hiragino Sans" w:hAnsi="Hiragino Sans"/>
                <w:b w:val="0"/>
                <w:sz w:val="18"/>
              </w:rPr>
              <w:t>4,600</w:t>
            </w:r>
          </w:p>
        </w:tc>
        <w:tc>
          <w:tcPr>
            <w:tcW w:type="dxa" w:w="1994"/>
          </w:tcPr>
          <w:p>
            <w:r/>
            <w:r>
              <w:rPr>
                <w:rFonts w:eastAsia="Hiragino Sans" w:ascii="Hiragino Sans" w:hAnsi="Hiragino Sans"/>
                <w:b w:val="0"/>
                <w:sz w:val="18"/>
              </w:rPr>
              <w:t>2,500</w:t>
            </w:r>
          </w:p>
        </w:tc>
        <w:tc>
          <w:tcPr>
            <w:tcW w:type="dxa" w:w="1994"/>
          </w:tcPr>
          <w:p>
            <w:r/>
            <w:r>
              <w:rPr>
                <w:rFonts w:eastAsia="Hiragino Sans" w:ascii="Hiragino Sans" w:hAnsi="Hiragino Sans"/>
                <w:b w:val="0"/>
                <w:sz w:val="18"/>
              </w:rPr>
              <w:t>200</w:t>
            </w:r>
          </w:p>
        </w:tc>
        <w:tc>
          <w:tcPr>
            <w:tcW w:type="dxa" w:w="1994"/>
          </w:tcPr>
          <w:p>
            <w:r/>
            <w:r>
              <w:rPr>
                <w:rFonts w:eastAsia="Hiragino Sans" w:ascii="Hiragino Sans" w:hAnsi="Hiragino Sans"/>
                <w:b w:val="0"/>
                <w:sz w:val="18"/>
              </w:rPr>
              <w:t>7,300</w:t>
            </w:r>
          </w:p>
        </w:tc>
      </w:tr>
      <w:tr>
        <w:tc>
          <w:tcPr>
            <w:tcW w:type="dxa" w:w="1994"/>
            <w:shd w:val="clear" w:fill="F7F8FA"/>
          </w:tcPr>
          <w:p>
            <w:r/>
            <w:r>
              <w:rPr>
                <w:rFonts w:eastAsia="Hiragino Sans" w:ascii="Hiragino Sans" w:hAnsi="Hiragino Sans"/>
                <w:b w:val="0"/>
                <w:sz w:val="18"/>
              </w:rPr>
              <w:t>欧州</w:t>
            </w:r>
          </w:p>
        </w:tc>
        <w:tc>
          <w:tcPr>
            <w:tcW w:type="dxa" w:w="1994"/>
            <w:shd w:val="clear" w:fill="F7F8FA"/>
          </w:tcPr>
          <w:p>
            <w:r/>
            <w:r>
              <w:rPr>
                <w:rFonts w:eastAsia="Hiragino Sans" w:ascii="Hiragino Sans" w:hAnsi="Hiragino Sans"/>
                <w:b w:val="0"/>
                <w:sz w:val="18"/>
              </w:rPr>
              <w:t>2,200</w:t>
            </w:r>
          </w:p>
        </w:tc>
        <w:tc>
          <w:tcPr>
            <w:tcW w:type="dxa" w:w="1994"/>
            <w:shd w:val="clear" w:fill="F7F8FA"/>
          </w:tcPr>
          <w:p>
            <w:r/>
            <w:r>
              <w:rPr>
                <w:rFonts w:eastAsia="Hiragino Sans" w:ascii="Hiragino Sans" w:hAnsi="Hiragino Sans"/>
                <w:b w:val="0"/>
                <w:sz w:val="18"/>
              </w:rPr>
              <w:t>1,200</w:t>
            </w:r>
          </w:p>
        </w:tc>
        <w:tc>
          <w:tcPr>
            <w:tcW w:type="dxa" w:w="1994"/>
            <w:shd w:val="clear" w:fill="F7F8FA"/>
          </w:tcPr>
          <w:p>
            <w:r/>
            <w:r>
              <w:rPr>
                <w:rFonts w:eastAsia="Hiragino Sans" w:ascii="Hiragino Sans" w:hAnsi="Hiragino Sans"/>
                <w:b w:val="0"/>
                <w:sz w:val="18"/>
              </w:rPr>
              <w:t>300</w:t>
            </w:r>
          </w:p>
        </w:tc>
        <w:tc>
          <w:tcPr>
            <w:tcW w:type="dxa" w:w="1994"/>
            <w:shd w:val="clear" w:fill="F7F8FA"/>
          </w:tcPr>
          <w:p>
            <w:r/>
            <w:r>
              <w:rPr>
                <w:rFonts w:eastAsia="Hiragino Sans" w:ascii="Hiragino Sans" w:hAnsi="Hiragino Sans"/>
                <w:b w:val="0"/>
                <w:sz w:val="18"/>
              </w:rPr>
              <w:t>3,700</w:t>
            </w:r>
          </w:p>
        </w:tc>
      </w:tr>
      <w:tr>
        <w:tc>
          <w:tcPr>
            <w:tcW w:type="dxa" w:w="1994"/>
          </w:tcPr>
          <w:p>
            <w:r/>
            <w:r>
              <w:rPr>
                <w:rFonts w:eastAsia="Hiragino Sans" w:ascii="Hiragino Sans" w:hAnsi="Hiragino Sans"/>
                <w:b w:val="0"/>
                <w:sz w:val="18"/>
              </w:rPr>
              <w:t>合計</w:t>
            </w:r>
          </w:p>
        </w:tc>
        <w:tc>
          <w:tcPr>
            <w:tcW w:type="dxa" w:w="1994"/>
          </w:tcPr>
          <w:p>
            <w:r/>
            <w:r>
              <w:rPr>
                <w:rFonts w:eastAsia="Hiragino Sans" w:ascii="Hiragino Sans" w:hAnsi="Hiragino Sans"/>
                <w:b w:val="0"/>
                <w:sz w:val="18"/>
              </w:rPr>
              <w:t>27,900</w:t>
            </w:r>
          </w:p>
        </w:tc>
        <w:tc>
          <w:tcPr>
            <w:tcW w:type="dxa" w:w="1994"/>
          </w:tcPr>
          <w:p>
            <w:r/>
            <w:r>
              <w:rPr>
                <w:rFonts w:eastAsia="Hiragino Sans" w:ascii="Hiragino Sans" w:hAnsi="Hiragino Sans"/>
                <w:b w:val="0"/>
                <w:sz w:val="18"/>
              </w:rPr>
              <w:t>17,300</w:t>
            </w:r>
          </w:p>
        </w:tc>
        <w:tc>
          <w:tcPr>
            <w:tcW w:type="dxa" w:w="1994"/>
          </w:tcPr>
          <w:p>
            <w:r/>
            <w:r>
              <w:rPr>
                <w:rFonts w:eastAsia="Hiragino Sans" w:ascii="Hiragino Sans" w:hAnsi="Hiragino Sans"/>
                <w:b w:val="0"/>
                <w:sz w:val="18"/>
              </w:rPr>
              <w:t>3,400</w:t>
            </w:r>
          </w:p>
        </w:tc>
        <w:tc>
          <w:tcPr>
            <w:tcW w:type="dxa" w:w="1994"/>
          </w:tcPr>
          <w:p>
            <w:r/>
            <w:r>
              <w:rPr>
                <w:rFonts w:eastAsia="Hiragino Sans" w:ascii="Hiragino Sans" w:hAnsi="Hiragino Sans"/>
                <w:b w:val="0"/>
                <w:sz w:val="18"/>
              </w:rPr>
              <w:t>48,600</w:t>
            </w:r>
          </w:p>
        </w:tc>
      </w:tr>
      <w:tr>
        <w:tc>
          <w:tcPr>
            <w:tcW w:type="dxa" w:w="1994"/>
            <w:shd w:val="clear" w:fill="F7F8FA"/>
          </w:tcPr>
          <w:p>
            <w:r/>
            <w:r>
              <w:rPr>
                <w:rFonts w:eastAsia="Hiragino Sans" w:ascii="Hiragino Sans" w:hAnsi="Hiragino Sans"/>
                <w:b w:val="0"/>
                <w:sz w:val="18"/>
              </w:rPr>
              <w:t>一時点で移転される財</w:t>
            </w:r>
          </w:p>
        </w:tc>
        <w:tc>
          <w:tcPr>
            <w:tcW w:type="dxa" w:w="1994"/>
            <w:shd w:val="clear" w:fill="F7F8FA"/>
          </w:tcPr>
          <w:p>
            <w:r/>
            <w:r>
              <w:rPr>
                <w:rFonts w:eastAsia="Hiragino Sans" w:ascii="Hiragino Sans" w:hAnsi="Hiragino Sans"/>
                <w:b w:val="0"/>
                <w:sz w:val="18"/>
              </w:rPr>
              <w:t>27,500</w:t>
            </w:r>
          </w:p>
        </w:tc>
        <w:tc>
          <w:tcPr>
            <w:tcW w:type="dxa" w:w="1994"/>
            <w:shd w:val="clear" w:fill="F7F8FA"/>
          </w:tcPr>
          <w:p>
            <w:r/>
            <w:r>
              <w:rPr>
                <w:rFonts w:eastAsia="Hiragino Sans" w:ascii="Hiragino Sans" w:hAnsi="Hiragino Sans"/>
                <w:b w:val="0"/>
                <w:sz w:val="18"/>
              </w:rPr>
              <w:t>17,300</w:t>
            </w:r>
          </w:p>
        </w:tc>
        <w:tc>
          <w:tcPr>
            <w:tcW w:type="dxa" w:w="1994"/>
            <w:shd w:val="clear" w:fill="F7F8FA"/>
          </w:tcPr>
          <w:p>
            <w:r/>
            <w:r>
              <w:rPr>
                <w:rFonts w:eastAsia="Hiragino Sans" w:ascii="Hiragino Sans" w:hAnsi="Hiragino Sans"/>
                <w:b w:val="0"/>
                <w:sz w:val="18"/>
              </w:rPr>
              <w:t>3,250</w:t>
            </w:r>
          </w:p>
        </w:tc>
        <w:tc>
          <w:tcPr>
            <w:tcW w:type="dxa" w:w="1994"/>
            <w:shd w:val="clear" w:fill="F7F8FA"/>
          </w:tcPr>
          <w:p>
            <w:r/>
            <w:r>
              <w:rPr>
                <w:rFonts w:eastAsia="Hiragino Sans" w:ascii="Hiragino Sans" w:hAnsi="Hiragino Sans"/>
                <w:b w:val="0"/>
                <w:sz w:val="18"/>
              </w:rPr>
              <w:t>48,050</w:t>
            </w:r>
          </w:p>
        </w:tc>
      </w:tr>
      <w:tr>
        <w:tc>
          <w:tcPr>
            <w:tcW w:type="dxa" w:w="1994"/>
          </w:tcPr>
          <w:p>
            <w:r/>
            <w:r>
              <w:rPr>
                <w:rFonts w:eastAsia="Hiragino Sans" w:ascii="Hiragino Sans" w:hAnsi="Hiragino Sans"/>
                <w:b w:val="0"/>
                <w:sz w:val="18"/>
              </w:rPr>
              <w:t>一定の期間にわたり移転される財又はサービス</w:t>
            </w:r>
          </w:p>
        </w:tc>
        <w:tc>
          <w:tcPr>
            <w:tcW w:type="dxa" w:w="1994"/>
          </w:tcPr>
          <w:p>
            <w:r/>
            <w:r>
              <w:rPr>
                <w:rFonts w:eastAsia="Hiragino Sans" w:ascii="Hiragino Sans" w:hAnsi="Hiragino Sans"/>
                <w:b w:val="0"/>
                <w:sz w:val="18"/>
              </w:rPr>
              <w:t>400</w:t>
            </w:r>
          </w:p>
        </w:tc>
        <w:tc>
          <w:tcPr>
            <w:tcW w:type="dxa" w:w="1994"/>
          </w:tcPr>
          <w:p>
            <w:r/>
            <w:r>
              <w:rPr>
                <w:rFonts w:eastAsia="Hiragino Sans" w:ascii="Hiragino Sans" w:hAnsi="Hiragino Sans"/>
                <w:b w:val="0"/>
                <w:sz w:val="18"/>
              </w:rPr>
              <w:t>—</w:t>
            </w:r>
          </w:p>
        </w:tc>
        <w:tc>
          <w:tcPr>
            <w:tcW w:type="dxa" w:w="1994"/>
          </w:tcPr>
          <w:p>
            <w:r/>
            <w:r>
              <w:rPr>
                <w:rFonts w:eastAsia="Hiragino Sans" w:ascii="Hiragino Sans" w:hAnsi="Hiragino Sans"/>
                <w:b w:val="0"/>
                <w:sz w:val="18"/>
              </w:rPr>
              <w:t>150</w:t>
            </w:r>
          </w:p>
        </w:tc>
        <w:tc>
          <w:tcPr>
            <w:tcW w:type="dxa" w:w="1994"/>
          </w:tcPr>
          <w:p>
            <w:r/>
            <w:r>
              <w:rPr>
                <w:rFonts w:eastAsia="Hiragino Sans" w:ascii="Hiragino Sans" w:hAnsi="Hiragino Sans"/>
                <w:b w:val="0"/>
                <w:sz w:val="18"/>
              </w:rPr>
              <w:t>550</w:t>
            </w:r>
          </w:p>
        </w:tc>
      </w:tr>
    </w:tbl>
    <w:p>
      <w:pPr>
        <w:spacing w:after="40"/>
      </w:pPr>
    </w:p>
    <w:p>
      <w:pPr>
        <w:pStyle w:val="ListBullet"/>
        <w:ind w:left="240"/>
      </w:pPr>
      <w:r>
        <w:rPr>
          <w:rFonts w:eastAsia="Hiragino Sans" w:ascii="Hiragino Sans" w:hAnsi="Hiragino Sans"/>
          <w:b w:val="0"/>
          <w:sz w:val="20"/>
        </w:rPr>
        <w:t>（注）前連結会計年度の分解情報も同一の区分により開示しており、合計46,500百万円（一時点46,020百万円、一定期間480百万円）であります。</w:t>
      </w:r>
    </w:p>
    <w:p>
      <w:pPr>
        <w:spacing w:after="80"/>
      </w:pPr>
      <w:r>
        <w:rPr>
          <w:rFonts w:eastAsia="Hiragino Sans" w:ascii="Hiragino Sans" w:hAnsi="Hiragino Sans"/>
          <w:b/>
          <w:i w:val="0"/>
        </w:rPr>
        <w:t>2. 収益を理解するための基礎となる情報</w:t>
      </w:r>
      <w:r>
        <w:rPr>
          <w:rFonts w:eastAsia="Hiragino Sans" w:ascii="Hiragino Sans" w:hAnsi="Hiragino Sans"/>
          <w:b w:val="0"/>
          <w:i w:val="0"/>
        </w:rPr>
        <w:t>：（重要な会計方針）に記載のとおりであります。</w:t>
      </w:r>
    </w:p>
    <w:p>
      <w:pPr>
        <w:spacing w:after="80"/>
      </w:pPr>
      <w:r>
        <w:rPr>
          <w:rFonts w:eastAsia="Hiragino Sans" w:ascii="Hiragino Sans" w:hAnsi="Hiragino Sans"/>
          <w:b/>
          <w:i w:val="0"/>
        </w:rPr>
        <w:t>3. 契約残高</w:t>
      </w:r>
      <w:r>
        <w:rPr>
          <w:rFonts w:eastAsia="Hiragino Sans" w:ascii="Hiragino Sans" w:hAnsi="Hiragino Sans"/>
          <w:b w:val="0"/>
          <w:i w:val="0"/>
        </w:rPr>
        <w:t>：顧客との契約から生じた債権（受取手形、電子記録債権及び売掛金）期首残高11,620百万円・期末残高12,100百万円、契約負債（前受金）期首残高240百万円・期末残高310百万円。期首の契約負債残高は概ね当連結会計年度の収益に振り替えられております。残存履行義務に配分した取引価格については、当初の予想契約期間が1年以内であるため、実務上の便法を適用し記載を省略しております。</w:t>
      </w:r>
    </w:p>
    <w:p>
      <w:pPr>
        <w:pStyle w:val="Heading3"/>
      </w:pPr>
      <w:r>
        <w:t>（金融商品関係）</w:t>
      </w:r>
    </w:p>
    <w:p>
      <w:pPr>
        <w:spacing w:after="80"/>
      </w:pPr>
      <w:r>
        <w:rPr>
          <w:rFonts w:eastAsia="Hiragino Sans" w:ascii="Hiragino Sans" w:hAnsi="Hiragino Sans"/>
          <w:b/>
          <w:i w:val="0"/>
        </w:rPr>
        <w:t>1. 金融商品の状況に関する事項</w:t>
      </w:r>
      <w:r>
        <w:rPr>
          <w:rFonts w:eastAsia="Hiragino Sans" w:ascii="Hiragino Sans" w:hAnsi="Hiragino Sans"/>
          <w:b w:val="0"/>
          <w:i w:val="0"/>
        </w:rPr>
        <w:t>：当社グループは、資金運用を短期的な預金等に限定し、運転資金・設備資金を銀行借入により調達しております。受取手形・売掛金等の営業債権に係る顧客信用リスクは、与信管理規程に基づき取引先ごとの残高管理・信用状況の定期確認により低減しております。外貨建営業債権に係る為替変動リスクに対しては、輸出取引の概ね5割の範囲で為替予約を利用しております。デリバティブ取引は実需の範囲に限定し、投機目的の取引は行っておりません。借入金に係る金利変動リスクは、主として固定金利による調達で管理しております。</w:t>
      </w:r>
    </w:p>
    <w:p>
      <w:pPr>
        <w:spacing w:after="80"/>
      </w:pPr>
      <w:r>
        <w:rPr>
          <w:rFonts w:eastAsia="Hiragino Sans" w:ascii="Hiragino Sans" w:hAnsi="Hiragino Sans"/>
          <w:b/>
          <w:i w:val="0"/>
        </w:rPr>
        <w:t>2. 金融商品の時価等及びレベル別内訳</w:t>
      </w:r>
      <w:r>
        <w:rPr>
          <w:rFonts w:eastAsia="Hiragino Sans" w:ascii="Hiragino Sans" w:hAnsi="Hiragino Sans"/>
          <w:b w:val="0"/>
          <w:i w:val="0"/>
        </w:rPr>
        <w:t>（当連結会計年度末、単位：百万円）</w:t>
      </w:r>
    </w:p>
    <w:tbl>
      <w:tblPr>
        <w:tblStyle w:val="TableGrid"/>
        <w:tblW w:type="auto" w:w="0"/>
        <w:jc w:val="center"/>
        <w:tblLayout w:type="autofit"/>
        <w:tblLook w:firstColumn="1" w:firstRow="1" w:lastColumn="0" w:lastRow="0" w:noHBand="0" w:noVBand="1" w:val="04A0"/>
      </w:tblPr>
      <w:tblGrid>
        <w:gridCol w:w="1994"/>
        <w:gridCol w:w="1994"/>
        <w:gridCol w:w="1994"/>
        <w:gridCol w:w="1994"/>
        <w:gridCol w:w="1994"/>
      </w:tblGrid>
      <w:tr>
        <w:tc>
          <w:tcPr>
            <w:tcW w:type="dxa" w:w="1994"/>
            <w:shd w:val="clear" w:fill="24406B"/>
          </w:tcPr>
          <w:p>
            <w:r/>
            <w:r>
              <w:rPr>
                <w:rFonts w:eastAsia="Hiragino Sans" w:ascii="Hiragino Sans" w:hAnsi="Hiragino Sans"/>
                <w:b/>
                <w:color w:val="FFFFFF"/>
                <w:sz w:val="18"/>
              </w:rPr>
              <w:t>区分</w:t>
            </w:r>
          </w:p>
        </w:tc>
        <w:tc>
          <w:tcPr>
            <w:tcW w:type="dxa" w:w="1994"/>
            <w:shd w:val="clear" w:fill="24406B"/>
          </w:tcPr>
          <w:p>
            <w:r/>
            <w:r>
              <w:rPr>
                <w:rFonts w:eastAsia="Hiragino Sans" w:ascii="Hiragino Sans" w:hAnsi="Hiragino Sans"/>
                <w:b/>
                <w:color w:val="FFFFFF"/>
                <w:sz w:val="18"/>
              </w:rPr>
              <w:t>連結貸借対照表計上額</w:t>
            </w:r>
          </w:p>
        </w:tc>
        <w:tc>
          <w:tcPr>
            <w:tcW w:type="dxa" w:w="1994"/>
            <w:shd w:val="clear" w:fill="24406B"/>
          </w:tcPr>
          <w:p>
            <w:r/>
            <w:r>
              <w:rPr>
                <w:rFonts w:eastAsia="Hiragino Sans" w:ascii="Hiragino Sans" w:hAnsi="Hiragino Sans"/>
                <w:b/>
                <w:color w:val="FFFFFF"/>
                <w:sz w:val="18"/>
              </w:rPr>
              <w:t>時価</w:t>
            </w:r>
          </w:p>
        </w:tc>
        <w:tc>
          <w:tcPr>
            <w:tcW w:type="dxa" w:w="1994"/>
            <w:shd w:val="clear" w:fill="24406B"/>
          </w:tcPr>
          <w:p>
            <w:r/>
            <w:r>
              <w:rPr>
                <w:rFonts w:eastAsia="Hiragino Sans" w:ascii="Hiragino Sans" w:hAnsi="Hiragino Sans"/>
                <w:b/>
                <w:color w:val="FFFFFF"/>
                <w:sz w:val="18"/>
              </w:rPr>
              <w:t>差額</w:t>
            </w:r>
          </w:p>
        </w:tc>
        <w:tc>
          <w:tcPr>
            <w:tcW w:type="dxa" w:w="1994"/>
            <w:shd w:val="clear" w:fill="24406B"/>
          </w:tcPr>
          <w:p>
            <w:r/>
            <w:r>
              <w:rPr>
                <w:rFonts w:eastAsia="Hiragino Sans" w:ascii="Hiragino Sans" w:hAnsi="Hiragino Sans"/>
                <w:b/>
                <w:color w:val="FFFFFF"/>
                <w:sz w:val="18"/>
              </w:rPr>
              <w:t>時価のレベル</w:t>
            </w:r>
          </w:p>
        </w:tc>
      </w:tr>
      <w:tr>
        <w:tc>
          <w:tcPr>
            <w:tcW w:type="dxa" w:w="1994"/>
          </w:tcPr>
          <w:p>
            <w:r/>
            <w:r>
              <w:rPr>
                <w:rFonts w:eastAsia="Hiragino Sans" w:ascii="Hiragino Sans" w:hAnsi="Hiragino Sans"/>
                <w:b w:val="0"/>
                <w:sz w:val="18"/>
              </w:rPr>
              <w:t>投資有価証券（その他有価証券・上場株式）</w:t>
            </w:r>
          </w:p>
        </w:tc>
        <w:tc>
          <w:tcPr>
            <w:tcW w:type="dxa" w:w="1994"/>
          </w:tcPr>
          <w:p>
            <w:r/>
            <w:r>
              <w:rPr>
                <w:rFonts w:eastAsia="Hiragino Sans" w:ascii="Hiragino Sans" w:hAnsi="Hiragino Sans"/>
                <w:b w:val="0"/>
                <w:sz w:val="18"/>
              </w:rPr>
              <w:t>1,610</w:t>
            </w:r>
          </w:p>
        </w:tc>
        <w:tc>
          <w:tcPr>
            <w:tcW w:type="dxa" w:w="1994"/>
          </w:tcPr>
          <w:p>
            <w:r/>
            <w:r>
              <w:rPr>
                <w:rFonts w:eastAsia="Hiragino Sans" w:ascii="Hiragino Sans" w:hAnsi="Hiragino Sans"/>
                <w:b w:val="0"/>
                <w:sz w:val="18"/>
              </w:rPr>
              <w:t>1,610</w:t>
            </w:r>
          </w:p>
        </w:tc>
        <w:tc>
          <w:tcPr>
            <w:tcW w:type="dxa" w:w="1994"/>
          </w:tcPr>
          <w:p>
            <w:r/>
            <w:r>
              <w:rPr>
                <w:rFonts w:eastAsia="Hiragino Sans" w:ascii="Hiragino Sans" w:hAnsi="Hiragino Sans"/>
                <w:b w:val="0"/>
                <w:sz w:val="18"/>
              </w:rPr>
              <w:t>—</w:t>
            </w:r>
          </w:p>
        </w:tc>
        <w:tc>
          <w:tcPr>
            <w:tcW w:type="dxa" w:w="1994"/>
          </w:tcPr>
          <w:p>
            <w:r/>
            <w:r>
              <w:rPr>
                <w:rFonts w:eastAsia="Hiragino Sans" w:ascii="Hiragino Sans" w:hAnsi="Hiragino Sans"/>
                <w:b w:val="0"/>
                <w:sz w:val="18"/>
              </w:rPr>
              <w:t>レベル1</w:t>
            </w:r>
          </w:p>
        </w:tc>
      </w:tr>
      <w:tr>
        <w:tc>
          <w:tcPr>
            <w:tcW w:type="dxa" w:w="1994"/>
            <w:shd w:val="clear" w:fill="F7F8FA"/>
          </w:tcPr>
          <w:p>
            <w:r/>
            <w:r>
              <w:rPr>
                <w:rFonts w:eastAsia="Hiragino Sans" w:ascii="Hiragino Sans" w:hAnsi="Hiragino Sans"/>
                <w:b w:val="0"/>
                <w:sz w:val="18"/>
              </w:rPr>
              <w:t>長期借入金（1年内返済予定を含む）</w:t>
            </w:r>
          </w:p>
        </w:tc>
        <w:tc>
          <w:tcPr>
            <w:tcW w:type="dxa" w:w="1994"/>
            <w:shd w:val="clear" w:fill="F7F8FA"/>
          </w:tcPr>
          <w:p>
            <w:r/>
            <w:r>
              <w:rPr>
                <w:rFonts w:eastAsia="Hiragino Sans" w:ascii="Hiragino Sans" w:hAnsi="Hiragino Sans"/>
                <w:b w:val="0"/>
                <w:sz w:val="18"/>
              </w:rPr>
              <w:t>4,500</w:t>
            </w:r>
          </w:p>
        </w:tc>
        <w:tc>
          <w:tcPr>
            <w:tcW w:type="dxa" w:w="1994"/>
            <w:shd w:val="clear" w:fill="F7F8FA"/>
          </w:tcPr>
          <w:p>
            <w:r/>
            <w:r>
              <w:rPr>
                <w:rFonts w:eastAsia="Hiragino Sans" w:ascii="Hiragino Sans" w:hAnsi="Hiragino Sans"/>
                <w:b w:val="0"/>
                <w:sz w:val="18"/>
              </w:rPr>
              <w:t>4,483</w:t>
            </w:r>
          </w:p>
        </w:tc>
        <w:tc>
          <w:tcPr>
            <w:tcW w:type="dxa" w:w="1994"/>
            <w:shd w:val="clear" w:fill="F7F8FA"/>
          </w:tcPr>
          <w:p>
            <w:r/>
            <w:r>
              <w:rPr>
                <w:rFonts w:eastAsia="Hiragino Sans" w:ascii="Hiragino Sans" w:hAnsi="Hiragino Sans"/>
                <w:b w:val="0"/>
                <w:sz w:val="18"/>
              </w:rPr>
              <w:t>△17</w:t>
            </w:r>
          </w:p>
        </w:tc>
        <w:tc>
          <w:tcPr>
            <w:tcW w:type="dxa" w:w="1994"/>
            <w:shd w:val="clear" w:fill="F7F8FA"/>
          </w:tcPr>
          <w:p>
            <w:r/>
            <w:r>
              <w:rPr>
                <w:rFonts w:eastAsia="Hiragino Sans" w:ascii="Hiragino Sans" w:hAnsi="Hiragino Sans"/>
                <w:b w:val="0"/>
                <w:sz w:val="18"/>
              </w:rPr>
              <w:t>レベル2</w:t>
            </w:r>
          </w:p>
        </w:tc>
      </w:tr>
      <w:tr>
        <w:tc>
          <w:tcPr>
            <w:tcW w:type="dxa" w:w="1994"/>
          </w:tcPr>
          <w:p>
            <w:r/>
            <w:r>
              <w:rPr>
                <w:rFonts w:eastAsia="Hiragino Sans" w:ascii="Hiragino Sans" w:hAnsi="Hiragino Sans"/>
                <w:b w:val="0"/>
                <w:sz w:val="18"/>
              </w:rPr>
              <w:t>リース債務</w:t>
            </w:r>
          </w:p>
        </w:tc>
        <w:tc>
          <w:tcPr>
            <w:tcW w:type="dxa" w:w="1994"/>
          </w:tcPr>
          <w:p>
            <w:r/>
            <w:r>
              <w:rPr>
                <w:rFonts w:eastAsia="Hiragino Sans" w:ascii="Hiragino Sans" w:hAnsi="Hiragino Sans"/>
                <w:b w:val="0"/>
                <w:sz w:val="18"/>
              </w:rPr>
              <w:t>900</w:t>
            </w:r>
          </w:p>
        </w:tc>
        <w:tc>
          <w:tcPr>
            <w:tcW w:type="dxa" w:w="1994"/>
          </w:tcPr>
          <w:p>
            <w:r/>
            <w:r>
              <w:rPr>
                <w:rFonts w:eastAsia="Hiragino Sans" w:ascii="Hiragino Sans" w:hAnsi="Hiragino Sans"/>
                <w:b w:val="0"/>
                <w:sz w:val="18"/>
              </w:rPr>
              <w:t>895</w:t>
            </w:r>
          </w:p>
        </w:tc>
        <w:tc>
          <w:tcPr>
            <w:tcW w:type="dxa" w:w="1994"/>
          </w:tcPr>
          <w:p>
            <w:r/>
            <w:r>
              <w:rPr>
                <w:rFonts w:eastAsia="Hiragino Sans" w:ascii="Hiragino Sans" w:hAnsi="Hiragino Sans"/>
                <w:b w:val="0"/>
                <w:sz w:val="18"/>
              </w:rPr>
              <w:t>△5</w:t>
            </w:r>
          </w:p>
        </w:tc>
        <w:tc>
          <w:tcPr>
            <w:tcW w:type="dxa" w:w="1994"/>
          </w:tcPr>
          <w:p>
            <w:r/>
            <w:r>
              <w:rPr>
                <w:rFonts w:eastAsia="Hiragino Sans" w:ascii="Hiragino Sans" w:hAnsi="Hiragino Sans"/>
                <w:b w:val="0"/>
                <w:sz w:val="18"/>
              </w:rPr>
              <w:t>レベル2</w:t>
            </w:r>
          </w:p>
        </w:tc>
      </w:tr>
      <w:tr>
        <w:tc>
          <w:tcPr>
            <w:tcW w:type="dxa" w:w="1994"/>
            <w:shd w:val="clear" w:fill="F7F8FA"/>
          </w:tcPr>
          <w:p>
            <w:r/>
            <w:r>
              <w:rPr>
                <w:rFonts w:eastAsia="Hiragino Sans" w:ascii="Hiragino Sans" w:hAnsi="Hiragino Sans"/>
                <w:b w:val="0"/>
                <w:sz w:val="18"/>
              </w:rPr>
              <w:t>デリバティブ取引（為替予約・繰延ヘッジ）</w:t>
            </w:r>
          </w:p>
        </w:tc>
        <w:tc>
          <w:tcPr>
            <w:tcW w:type="dxa" w:w="1994"/>
            <w:shd w:val="clear" w:fill="F7F8FA"/>
          </w:tcPr>
          <w:p>
            <w:r/>
            <w:r>
              <w:rPr>
                <w:rFonts w:eastAsia="Hiragino Sans" w:ascii="Hiragino Sans" w:hAnsi="Hiragino Sans"/>
                <w:b w:val="0"/>
                <w:sz w:val="18"/>
              </w:rPr>
              <w:t>△28</w:t>
            </w:r>
          </w:p>
        </w:tc>
        <w:tc>
          <w:tcPr>
            <w:tcW w:type="dxa" w:w="1994"/>
            <w:shd w:val="clear" w:fill="F7F8FA"/>
          </w:tcPr>
          <w:p>
            <w:r/>
            <w:r>
              <w:rPr>
                <w:rFonts w:eastAsia="Hiragino Sans" w:ascii="Hiragino Sans" w:hAnsi="Hiragino Sans"/>
                <w:b w:val="0"/>
                <w:sz w:val="18"/>
              </w:rPr>
              <w:t>△28</w:t>
            </w:r>
          </w:p>
        </w:tc>
        <w:tc>
          <w:tcPr>
            <w:tcW w:type="dxa" w:w="1994"/>
            <w:shd w:val="clear" w:fill="F7F8FA"/>
          </w:tcPr>
          <w:p>
            <w:r/>
            <w:r>
              <w:rPr>
                <w:rFonts w:eastAsia="Hiragino Sans" w:ascii="Hiragino Sans" w:hAnsi="Hiragino Sans"/>
                <w:b w:val="0"/>
                <w:sz w:val="18"/>
              </w:rPr>
              <w:t>—</w:t>
            </w:r>
          </w:p>
        </w:tc>
        <w:tc>
          <w:tcPr>
            <w:tcW w:type="dxa" w:w="1994"/>
            <w:shd w:val="clear" w:fill="F7F8FA"/>
          </w:tcPr>
          <w:p>
            <w:r/>
            <w:r>
              <w:rPr>
                <w:rFonts w:eastAsia="Hiragino Sans" w:ascii="Hiragino Sans" w:hAnsi="Hiragino Sans"/>
                <w:b w:val="0"/>
                <w:sz w:val="18"/>
              </w:rPr>
              <w:t>レベル2</w:t>
            </w:r>
          </w:p>
        </w:tc>
      </w:tr>
    </w:tbl>
    <w:p>
      <w:pPr>
        <w:spacing w:after="40"/>
      </w:pPr>
    </w:p>
    <w:p>
      <w:pPr>
        <w:pStyle w:val="ListBullet"/>
        <w:ind w:left="240"/>
      </w:pPr>
      <w:r>
        <w:rPr>
          <w:rFonts w:eastAsia="Hiragino Sans" w:ascii="Hiragino Sans" w:hAnsi="Hiragino Sans"/>
          <w:b w:val="0"/>
          <w:sz w:val="20"/>
        </w:rPr>
        <w:t>（注）1. 現金及び預金、受取手形、電子記録債権、売掛金、支払手形及び買掛金、電子記録債務、短期借入金及び未払法人税等は、短期間で決済されるため時価が帳簿価額に近似することから記載を省略しております。</w:t>
      </w:r>
    </w:p>
    <w:p>
      <w:pPr>
        <w:pStyle w:val="ListBullet"/>
        <w:ind w:left="240"/>
      </w:pPr>
      <w:r>
        <w:rPr>
          <w:rFonts w:eastAsia="Hiragino Sans" w:ascii="Hiragino Sans" w:hAnsi="Hiragino Sans"/>
          <w:b w:val="0"/>
          <w:sz w:val="20"/>
        </w:rPr>
        <w:t>（注）2. 市場価格のない株式等（非上場株式240百万円）及び関連会社株式は上表に含めておりません。</w:t>
      </w:r>
    </w:p>
    <w:p>
      <w:pPr>
        <w:pStyle w:val="ListBullet"/>
        <w:ind w:left="240"/>
      </w:pPr>
      <w:r>
        <w:rPr>
          <w:rFonts w:eastAsia="Hiragino Sans" w:ascii="Hiragino Sans" w:hAnsi="Hiragino Sans"/>
          <w:b w:val="0"/>
          <w:sz w:val="20"/>
        </w:rPr>
        <w:t>（注）3. 長期借入金及びリース債務の時価は、元利金の合計額を新規に同様の調達を行った場合に想定される利率で割り引いた現在価値により算定しております（レベル2）。為替予約の時価は取引金融機関から提示された価格（先物為替相場に基づく割引現在価値）によっております。為替予約の契約額は1,850百万円であります。</w:t>
      </w:r>
    </w:p>
    <w:p>
      <w:pPr>
        <w:spacing w:after="80"/>
      </w:pPr>
      <w:r>
        <w:rPr>
          <w:rFonts w:eastAsia="Hiragino Sans" w:ascii="Hiragino Sans" w:hAnsi="Hiragino Sans"/>
          <w:b/>
          <w:i w:val="0"/>
        </w:rPr>
        <w:t>3. 金銭債権の連結決算日後の償還予定額</w:t>
      </w:r>
      <w:r>
        <w:rPr>
          <w:rFonts w:eastAsia="Hiragino Sans" w:ascii="Hiragino Sans" w:hAnsi="Hiragino Sans"/>
          <w:b w:val="0"/>
          <w:i w:val="0"/>
        </w:rPr>
        <w:t>（当連結会計年度末、単位：百万円）</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区分</w:t>
            </w:r>
          </w:p>
        </w:tc>
        <w:tc>
          <w:tcPr>
            <w:tcW w:type="dxa" w:w="3324"/>
            <w:shd w:val="clear" w:fill="24406B"/>
          </w:tcPr>
          <w:p>
            <w:r/>
            <w:r>
              <w:rPr>
                <w:rFonts w:eastAsia="Hiragino Sans" w:ascii="Hiragino Sans" w:hAnsi="Hiragino Sans"/>
                <w:b/>
                <w:color w:val="FFFFFF"/>
                <w:sz w:val="18"/>
              </w:rPr>
              <w:t>1年以内</w:t>
            </w:r>
          </w:p>
        </w:tc>
        <w:tc>
          <w:tcPr>
            <w:tcW w:type="dxa" w:w="3324"/>
            <w:shd w:val="clear" w:fill="24406B"/>
          </w:tcPr>
          <w:p>
            <w:r/>
            <w:r>
              <w:rPr>
                <w:rFonts w:eastAsia="Hiragino Sans" w:ascii="Hiragino Sans" w:hAnsi="Hiragino Sans"/>
                <w:b/>
                <w:color w:val="FFFFFF"/>
                <w:sz w:val="18"/>
              </w:rPr>
              <w:t>1年超</w:t>
            </w:r>
          </w:p>
        </w:tc>
      </w:tr>
      <w:tr>
        <w:tc>
          <w:tcPr>
            <w:tcW w:type="dxa" w:w="3324"/>
          </w:tcPr>
          <w:p>
            <w:r/>
            <w:r>
              <w:rPr>
                <w:rFonts w:eastAsia="Hiragino Sans" w:ascii="Hiragino Sans" w:hAnsi="Hiragino Sans"/>
                <w:b w:val="0"/>
                <w:sz w:val="18"/>
              </w:rPr>
              <w:t>現金及び預金</w:t>
            </w:r>
          </w:p>
        </w:tc>
        <w:tc>
          <w:tcPr>
            <w:tcW w:type="dxa" w:w="3324"/>
          </w:tcPr>
          <w:p>
            <w:r/>
            <w:r>
              <w:rPr>
                <w:rFonts w:eastAsia="Hiragino Sans" w:ascii="Hiragino Sans" w:hAnsi="Hiragino Sans"/>
                <w:b w:val="0"/>
                <w:sz w:val="18"/>
              </w:rPr>
              <w:t>10,160</w:t>
            </w:r>
          </w:p>
        </w:tc>
        <w:tc>
          <w:tcPr>
            <w:tcW w:type="dxa" w:w="3324"/>
          </w:tcPr>
          <w:p>
            <w:r/>
            <w:r>
              <w:rPr>
                <w:rFonts w:eastAsia="Hiragino Sans" w:ascii="Hiragino Sans" w:hAnsi="Hiragino Sans"/>
                <w:b w:val="0"/>
                <w:sz w:val="18"/>
              </w:rPr>
              <w:t>—</w:t>
            </w:r>
          </w:p>
        </w:tc>
      </w:tr>
      <w:tr>
        <w:tc>
          <w:tcPr>
            <w:tcW w:type="dxa" w:w="3324"/>
            <w:shd w:val="clear" w:fill="F7F8FA"/>
          </w:tcPr>
          <w:p>
            <w:r/>
            <w:r>
              <w:rPr>
                <w:rFonts w:eastAsia="Hiragino Sans" w:ascii="Hiragino Sans" w:hAnsi="Hiragino Sans"/>
                <w:b w:val="0"/>
                <w:sz w:val="18"/>
              </w:rPr>
              <w:t>受取手形</w:t>
            </w:r>
          </w:p>
        </w:tc>
        <w:tc>
          <w:tcPr>
            <w:tcW w:type="dxa" w:w="3324"/>
            <w:shd w:val="clear" w:fill="F7F8FA"/>
          </w:tcPr>
          <w:p>
            <w:r/>
            <w:r>
              <w:rPr>
                <w:rFonts w:eastAsia="Hiragino Sans" w:ascii="Hiragino Sans" w:hAnsi="Hiragino Sans"/>
                <w:b w:val="0"/>
                <w:sz w:val="18"/>
              </w:rPr>
              <w:t>1,050</w:t>
            </w:r>
          </w:p>
        </w:tc>
        <w:tc>
          <w:tcPr>
            <w:tcW w:type="dxa" w:w="3324"/>
            <w:shd w:val="clear" w:fill="F7F8FA"/>
          </w:tcPr>
          <w:p>
            <w:r/>
            <w:r>
              <w:rPr>
                <w:rFonts w:eastAsia="Hiragino Sans" w:ascii="Hiragino Sans" w:hAnsi="Hiragino Sans"/>
                <w:b w:val="0"/>
                <w:sz w:val="18"/>
              </w:rPr>
              <w:t>—</w:t>
            </w:r>
          </w:p>
        </w:tc>
      </w:tr>
      <w:tr>
        <w:tc>
          <w:tcPr>
            <w:tcW w:type="dxa" w:w="3324"/>
          </w:tcPr>
          <w:p>
            <w:r/>
            <w:r>
              <w:rPr>
                <w:rFonts w:eastAsia="Hiragino Sans" w:ascii="Hiragino Sans" w:hAnsi="Hiragino Sans"/>
                <w:b w:val="0"/>
                <w:sz w:val="18"/>
              </w:rPr>
              <w:t>電子記録債権</w:t>
            </w:r>
          </w:p>
        </w:tc>
        <w:tc>
          <w:tcPr>
            <w:tcW w:type="dxa" w:w="3324"/>
          </w:tcPr>
          <w:p>
            <w:r/>
            <w:r>
              <w:rPr>
                <w:rFonts w:eastAsia="Hiragino Sans" w:ascii="Hiragino Sans" w:hAnsi="Hiragino Sans"/>
                <w:b w:val="0"/>
                <w:sz w:val="18"/>
              </w:rPr>
              <w:t>1,450</w:t>
            </w:r>
          </w:p>
        </w:tc>
        <w:tc>
          <w:tcPr>
            <w:tcW w:type="dxa" w:w="3324"/>
          </w:tcPr>
          <w:p>
            <w:r/>
            <w:r>
              <w:rPr>
                <w:rFonts w:eastAsia="Hiragino Sans" w:ascii="Hiragino Sans" w:hAnsi="Hiragino Sans"/>
                <w:b w:val="0"/>
                <w:sz w:val="18"/>
              </w:rPr>
              <w:t>—</w:t>
            </w:r>
          </w:p>
        </w:tc>
      </w:tr>
      <w:tr>
        <w:tc>
          <w:tcPr>
            <w:tcW w:type="dxa" w:w="3324"/>
            <w:shd w:val="clear" w:fill="F7F8FA"/>
          </w:tcPr>
          <w:p>
            <w:r/>
            <w:r>
              <w:rPr>
                <w:rFonts w:eastAsia="Hiragino Sans" w:ascii="Hiragino Sans" w:hAnsi="Hiragino Sans"/>
                <w:b w:val="0"/>
                <w:sz w:val="18"/>
              </w:rPr>
              <w:t>売掛金</w:t>
            </w:r>
          </w:p>
        </w:tc>
        <w:tc>
          <w:tcPr>
            <w:tcW w:type="dxa" w:w="3324"/>
            <w:shd w:val="clear" w:fill="F7F8FA"/>
          </w:tcPr>
          <w:p>
            <w:r/>
            <w:r>
              <w:rPr>
                <w:rFonts w:eastAsia="Hiragino Sans" w:ascii="Hiragino Sans" w:hAnsi="Hiragino Sans"/>
                <w:b w:val="0"/>
                <w:sz w:val="18"/>
              </w:rPr>
              <w:t>9,600</w:t>
            </w:r>
          </w:p>
        </w:tc>
        <w:tc>
          <w:tcPr>
            <w:tcW w:type="dxa" w:w="3324"/>
            <w:shd w:val="clear" w:fill="F7F8FA"/>
          </w:tcPr>
          <w:p>
            <w:r/>
            <w:r>
              <w:rPr>
                <w:rFonts w:eastAsia="Hiragino Sans" w:ascii="Hiragino Sans" w:hAnsi="Hiragino Sans"/>
                <w:b w:val="0"/>
                <w:sz w:val="18"/>
              </w:rPr>
              <w:t>—</w:t>
            </w:r>
          </w:p>
        </w:tc>
      </w:tr>
      <w:tr>
        <w:tc>
          <w:tcPr>
            <w:tcW w:type="dxa" w:w="3324"/>
          </w:tcPr>
          <w:p>
            <w:r/>
            <w:r>
              <w:rPr>
                <w:rFonts w:eastAsia="Hiragino Sans" w:ascii="Hiragino Sans" w:hAnsi="Hiragino Sans"/>
                <w:b w:val="0"/>
                <w:sz w:val="18"/>
              </w:rPr>
              <w:t>合計</w:t>
            </w:r>
          </w:p>
        </w:tc>
        <w:tc>
          <w:tcPr>
            <w:tcW w:type="dxa" w:w="3324"/>
          </w:tcPr>
          <w:p>
            <w:r/>
            <w:r>
              <w:rPr>
                <w:rFonts w:eastAsia="Hiragino Sans" w:ascii="Hiragino Sans" w:hAnsi="Hiragino Sans"/>
                <w:b w:val="0"/>
                <w:sz w:val="18"/>
              </w:rPr>
              <w:t>22,260</w:t>
            </w:r>
          </w:p>
        </w:tc>
        <w:tc>
          <w:tcPr>
            <w:tcW w:type="dxa" w:w="3324"/>
          </w:tcPr>
          <w:p>
            <w:r/>
            <w:r>
              <w:rPr>
                <w:rFonts w:eastAsia="Hiragino Sans" w:ascii="Hiragino Sans" w:hAnsi="Hiragino Sans"/>
                <w:b w:val="0"/>
                <w:sz w:val="18"/>
              </w:rPr>
              <w:t>—</w:t>
            </w:r>
          </w:p>
        </w:tc>
      </w:tr>
    </w:tbl>
    <w:p>
      <w:pPr>
        <w:spacing w:after="40"/>
      </w:pPr>
    </w:p>
    <w:p>
      <w:pPr>
        <w:spacing w:after="80"/>
      </w:pPr>
      <w:r>
        <w:rPr>
          <w:rFonts w:eastAsia="Hiragino Sans" w:ascii="Hiragino Sans" w:hAnsi="Hiragino Sans"/>
          <w:b/>
          <w:i w:val="0"/>
        </w:rPr>
        <w:t>4. 借入金及びリース債務の連結決算日後の返済予定額</w:t>
      </w:r>
      <w:r>
        <w:rPr>
          <w:rFonts w:eastAsia="Hiragino Sans" w:ascii="Hiragino Sans" w:hAnsi="Hiragino Sans"/>
          <w:b w:val="0"/>
          <w:i w:val="0"/>
        </w:rPr>
        <w:t>：短期借入金1,800百万円、1年以内に返済予定の長期借入金900百万円及びリース債務280百万円は1年以内に返済予定であります。長期借入金3,600百万円及びリース債務620百万円（いずれも1年超）の年度別返済予定額は、連結附属明細表「借入金等明細表」に記載のとおりであります。</w:t>
      </w:r>
    </w:p>
    <w:p>
      <w:pPr>
        <w:pStyle w:val="Heading3"/>
      </w:pPr>
      <w:r>
        <w:t>（有価証券関係）</w:t>
      </w:r>
    </w:p>
    <w:p>
      <w:pPr>
        <w:spacing w:after="80"/>
      </w:pPr>
      <w:r>
        <w:rPr>
          <w:rFonts w:eastAsia="Hiragino Sans" w:ascii="Hiragino Sans" w:hAnsi="Hiragino Sans"/>
          <w:b w:val="0"/>
          <w:i w:val="0"/>
        </w:rPr>
        <w:t>その他有価証券（当連結会計年度末、単位：百万円）</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区分</w:t>
            </w:r>
          </w:p>
        </w:tc>
        <w:tc>
          <w:tcPr>
            <w:tcW w:type="dxa" w:w="2493"/>
            <w:shd w:val="clear" w:fill="24406B"/>
          </w:tcPr>
          <w:p>
            <w:r/>
            <w:r>
              <w:rPr>
                <w:rFonts w:eastAsia="Hiragino Sans" w:ascii="Hiragino Sans" w:hAnsi="Hiragino Sans"/>
                <w:b/>
                <w:color w:val="FFFFFF"/>
                <w:sz w:val="18"/>
              </w:rPr>
              <w:t>取得原価</w:t>
            </w:r>
          </w:p>
        </w:tc>
        <w:tc>
          <w:tcPr>
            <w:tcW w:type="dxa" w:w="2493"/>
            <w:shd w:val="clear" w:fill="24406B"/>
          </w:tcPr>
          <w:p>
            <w:r/>
            <w:r>
              <w:rPr>
                <w:rFonts w:eastAsia="Hiragino Sans" w:ascii="Hiragino Sans" w:hAnsi="Hiragino Sans"/>
                <w:b/>
                <w:color w:val="FFFFFF"/>
                <w:sz w:val="18"/>
              </w:rPr>
              <w:t>連結貸借対照表計上額</w:t>
            </w:r>
          </w:p>
        </w:tc>
        <w:tc>
          <w:tcPr>
            <w:tcW w:type="dxa" w:w="2493"/>
            <w:shd w:val="clear" w:fill="24406B"/>
          </w:tcPr>
          <w:p>
            <w:r/>
            <w:r>
              <w:rPr>
                <w:rFonts w:eastAsia="Hiragino Sans" w:ascii="Hiragino Sans" w:hAnsi="Hiragino Sans"/>
                <w:b/>
                <w:color w:val="FFFFFF"/>
                <w:sz w:val="18"/>
              </w:rPr>
              <w:t>差額</w:t>
            </w:r>
          </w:p>
        </w:tc>
      </w:tr>
      <w:tr>
        <w:tc>
          <w:tcPr>
            <w:tcW w:type="dxa" w:w="2493"/>
          </w:tcPr>
          <w:p>
            <w:r/>
            <w:r>
              <w:rPr>
                <w:rFonts w:eastAsia="Hiragino Sans" w:ascii="Hiragino Sans" w:hAnsi="Hiragino Sans"/>
                <w:b w:val="0"/>
                <w:sz w:val="18"/>
              </w:rPr>
              <w:t>連結貸借対照表計上額が取得原価を超えるもの（株式）</w:t>
            </w:r>
          </w:p>
        </w:tc>
        <w:tc>
          <w:tcPr>
            <w:tcW w:type="dxa" w:w="2493"/>
          </w:tcPr>
          <w:p>
            <w:r/>
            <w:r>
              <w:rPr>
                <w:rFonts w:eastAsia="Hiragino Sans" w:ascii="Hiragino Sans" w:hAnsi="Hiragino Sans"/>
                <w:b w:val="0"/>
                <w:sz w:val="18"/>
              </w:rPr>
              <w:t>655</w:t>
            </w:r>
          </w:p>
        </w:tc>
        <w:tc>
          <w:tcPr>
            <w:tcW w:type="dxa" w:w="2493"/>
          </w:tcPr>
          <w:p>
            <w:r/>
            <w:r>
              <w:rPr>
                <w:rFonts w:eastAsia="Hiragino Sans" w:ascii="Hiragino Sans" w:hAnsi="Hiragino Sans"/>
                <w:b w:val="0"/>
                <w:sz w:val="18"/>
              </w:rPr>
              <w:t>1,565</w:t>
            </w:r>
          </w:p>
        </w:tc>
        <w:tc>
          <w:tcPr>
            <w:tcW w:type="dxa" w:w="2493"/>
          </w:tcPr>
          <w:p>
            <w:r/>
            <w:r>
              <w:rPr>
                <w:rFonts w:eastAsia="Hiragino Sans" w:ascii="Hiragino Sans" w:hAnsi="Hiragino Sans"/>
                <w:b w:val="0"/>
                <w:sz w:val="18"/>
              </w:rPr>
              <w:t>910</w:t>
            </w:r>
          </w:p>
        </w:tc>
      </w:tr>
      <w:tr>
        <w:tc>
          <w:tcPr>
            <w:tcW w:type="dxa" w:w="2493"/>
            <w:shd w:val="clear" w:fill="F7F8FA"/>
          </w:tcPr>
          <w:p>
            <w:r/>
            <w:r>
              <w:rPr>
                <w:rFonts w:eastAsia="Hiragino Sans" w:ascii="Hiragino Sans" w:hAnsi="Hiragino Sans"/>
                <w:b w:val="0"/>
                <w:sz w:val="18"/>
              </w:rPr>
              <w:t>連結貸借対照表計上額が取得原価を超えないもの（株式）</w:t>
            </w:r>
          </w:p>
        </w:tc>
        <w:tc>
          <w:tcPr>
            <w:tcW w:type="dxa" w:w="2493"/>
            <w:shd w:val="clear" w:fill="F7F8FA"/>
          </w:tcPr>
          <w:p>
            <w:r/>
            <w:r>
              <w:rPr>
                <w:rFonts w:eastAsia="Hiragino Sans" w:ascii="Hiragino Sans" w:hAnsi="Hiragino Sans"/>
                <w:b w:val="0"/>
                <w:sz w:val="18"/>
              </w:rPr>
              <w:t>62</w:t>
            </w:r>
          </w:p>
        </w:tc>
        <w:tc>
          <w:tcPr>
            <w:tcW w:type="dxa" w:w="2493"/>
            <w:shd w:val="clear" w:fill="F7F8FA"/>
          </w:tcPr>
          <w:p>
            <w:r/>
            <w:r>
              <w:rPr>
                <w:rFonts w:eastAsia="Hiragino Sans" w:ascii="Hiragino Sans" w:hAnsi="Hiragino Sans"/>
                <w:b w:val="0"/>
                <w:sz w:val="18"/>
              </w:rPr>
              <w:t>45</w:t>
            </w:r>
          </w:p>
        </w:tc>
        <w:tc>
          <w:tcPr>
            <w:tcW w:type="dxa" w:w="2493"/>
            <w:shd w:val="clear" w:fill="F7F8FA"/>
          </w:tcPr>
          <w:p>
            <w:r/>
            <w:r>
              <w:rPr>
                <w:rFonts w:eastAsia="Hiragino Sans" w:ascii="Hiragino Sans" w:hAnsi="Hiragino Sans"/>
                <w:b w:val="0"/>
                <w:sz w:val="18"/>
              </w:rPr>
              <w:t>△17</w:t>
            </w:r>
          </w:p>
        </w:tc>
      </w:tr>
      <w:tr>
        <w:tc>
          <w:tcPr>
            <w:tcW w:type="dxa" w:w="2493"/>
          </w:tcPr>
          <w:p>
            <w:r/>
            <w:r>
              <w:rPr>
                <w:rFonts w:eastAsia="Hiragino Sans" w:ascii="Hiragino Sans" w:hAnsi="Hiragino Sans"/>
                <w:b w:val="0"/>
                <w:sz w:val="18"/>
              </w:rPr>
              <w:t>合計</w:t>
            </w:r>
          </w:p>
        </w:tc>
        <w:tc>
          <w:tcPr>
            <w:tcW w:type="dxa" w:w="2493"/>
          </w:tcPr>
          <w:p>
            <w:r/>
            <w:r>
              <w:rPr>
                <w:rFonts w:eastAsia="Hiragino Sans" w:ascii="Hiragino Sans" w:hAnsi="Hiragino Sans"/>
                <w:b w:val="0"/>
                <w:sz w:val="18"/>
              </w:rPr>
              <w:t>717</w:t>
            </w:r>
          </w:p>
        </w:tc>
        <w:tc>
          <w:tcPr>
            <w:tcW w:type="dxa" w:w="2493"/>
          </w:tcPr>
          <w:p>
            <w:r/>
            <w:r>
              <w:rPr>
                <w:rFonts w:eastAsia="Hiragino Sans" w:ascii="Hiragino Sans" w:hAnsi="Hiragino Sans"/>
                <w:b w:val="0"/>
                <w:sz w:val="18"/>
              </w:rPr>
              <w:t>1,610</w:t>
            </w:r>
          </w:p>
        </w:tc>
        <w:tc>
          <w:tcPr>
            <w:tcW w:type="dxa" w:w="2493"/>
          </w:tcPr>
          <w:p>
            <w:r/>
            <w:r>
              <w:rPr>
                <w:rFonts w:eastAsia="Hiragino Sans" w:ascii="Hiragino Sans" w:hAnsi="Hiragino Sans"/>
                <w:b w:val="0"/>
                <w:sz w:val="18"/>
              </w:rPr>
              <w:t>893</w:t>
            </w:r>
          </w:p>
        </w:tc>
      </w:tr>
    </w:tbl>
    <w:p>
      <w:pPr>
        <w:spacing w:after="40"/>
      </w:pPr>
    </w:p>
    <w:p>
      <w:pPr>
        <w:pStyle w:val="ListBullet"/>
        <w:ind w:left="240"/>
      </w:pPr>
      <w:r>
        <w:rPr>
          <w:rFonts w:eastAsia="Hiragino Sans" w:ascii="Hiragino Sans" w:hAnsi="Hiragino Sans"/>
          <w:b w:val="0"/>
          <w:sz w:val="20"/>
        </w:rPr>
        <w:t>（注）市場価格のない株式等（連結貸借対照表計上額240百万円）は上表に含めておりません。当連結会計年度中に売却したその他有価証券の売却額は210百万円、売却益の合計額は45百万円であります。</w:t>
      </w:r>
    </w:p>
    <w:p>
      <w:pPr>
        <w:pStyle w:val="Heading3"/>
      </w:pPr>
      <w:r>
        <w:t>（退職給付関係）</w:t>
      </w:r>
    </w:p>
    <w:p>
      <w:pPr>
        <w:spacing w:after="80"/>
      </w:pPr>
      <w:r>
        <w:rPr>
          <w:rFonts w:eastAsia="Hiragino Sans" w:ascii="Hiragino Sans" w:hAnsi="Hiragino Sans"/>
          <w:b w:val="0"/>
          <w:i w:val="0"/>
        </w:rPr>
        <w:t>当社及び国内連結子会社は確定給付企業年金制度及び退職一時金制度を、一部の会社は確定拠出制度を採用しております。</w:t>
      </w:r>
    </w:p>
    <w:p>
      <w:pPr>
        <w:spacing w:after="80"/>
      </w:pPr>
      <w:r>
        <w:rPr>
          <w:rFonts w:eastAsia="Hiragino Sans" w:ascii="Hiragino Sans" w:hAnsi="Hiragino Sans"/>
          <w:b/>
          <w:i w:val="0"/>
        </w:rPr>
        <w:t>退職給付債務・年金資産の調整表</w:t>
      </w:r>
      <w:r>
        <w:rPr>
          <w:rFonts w:eastAsia="Hiragino Sans" w:ascii="Hiragino Sans" w:hAnsi="Hiragino Sans"/>
          <w:b w:val="0"/>
          <w:i w:val="0"/>
        </w:rPr>
        <w:t>（当連結会計年度、単位：百万円）</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項目</w:t>
            </w:r>
          </w:p>
        </w:tc>
        <w:tc>
          <w:tcPr>
            <w:tcW w:type="dxa" w:w="4986"/>
            <w:shd w:val="clear" w:fill="24406B"/>
          </w:tcPr>
          <w:p>
            <w:r/>
            <w:r>
              <w:rPr>
                <w:rFonts w:eastAsia="Hiragino Sans" w:ascii="Hiragino Sans" w:hAnsi="Hiragino Sans"/>
                <w:b/>
                <w:color w:val="FFFFFF"/>
                <w:sz w:val="18"/>
              </w:rPr>
              <w:t>金額</w:t>
            </w:r>
          </w:p>
        </w:tc>
      </w:tr>
      <w:tr>
        <w:tc>
          <w:tcPr>
            <w:tcW w:type="dxa" w:w="4986"/>
          </w:tcPr>
          <w:p>
            <w:r/>
            <w:r>
              <w:rPr>
                <w:rFonts w:eastAsia="Hiragino Sans" w:ascii="Hiragino Sans" w:hAnsi="Hiragino Sans"/>
                <w:b w:val="0"/>
                <w:sz w:val="18"/>
              </w:rPr>
              <w:t>退職給付債務の期首残高</w:t>
            </w:r>
          </w:p>
        </w:tc>
        <w:tc>
          <w:tcPr>
            <w:tcW w:type="dxa" w:w="4986"/>
          </w:tcPr>
          <w:p>
            <w:r/>
            <w:r>
              <w:rPr>
                <w:rFonts w:eastAsia="Hiragino Sans" w:ascii="Hiragino Sans" w:hAnsi="Hiragino Sans"/>
                <w:b w:val="0"/>
                <w:sz w:val="18"/>
              </w:rPr>
              <w:t>7,850</w:t>
            </w:r>
          </w:p>
        </w:tc>
      </w:tr>
      <w:tr>
        <w:tc>
          <w:tcPr>
            <w:tcW w:type="dxa" w:w="4986"/>
            <w:shd w:val="clear" w:fill="F7F8FA"/>
          </w:tcPr>
          <w:p>
            <w:r/>
            <w:r>
              <w:rPr>
                <w:rFonts w:eastAsia="Hiragino Sans" w:ascii="Hiragino Sans" w:hAnsi="Hiragino Sans"/>
                <w:b w:val="0"/>
                <w:sz w:val="18"/>
              </w:rPr>
              <w:t>勤務費用</w:t>
            </w:r>
          </w:p>
        </w:tc>
        <w:tc>
          <w:tcPr>
            <w:tcW w:type="dxa" w:w="4986"/>
            <w:shd w:val="clear" w:fill="F7F8FA"/>
          </w:tcPr>
          <w:p>
            <w:r/>
            <w:r>
              <w:rPr>
                <w:rFonts w:eastAsia="Hiragino Sans" w:ascii="Hiragino Sans" w:hAnsi="Hiragino Sans"/>
                <w:b w:val="0"/>
                <w:sz w:val="18"/>
              </w:rPr>
              <w:t>385</w:t>
            </w:r>
          </w:p>
        </w:tc>
      </w:tr>
      <w:tr>
        <w:tc>
          <w:tcPr>
            <w:tcW w:type="dxa" w:w="4986"/>
          </w:tcPr>
          <w:p>
            <w:r/>
            <w:r>
              <w:rPr>
                <w:rFonts w:eastAsia="Hiragino Sans" w:ascii="Hiragino Sans" w:hAnsi="Hiragino Sans"/>
                <w:b w:val="0"/>
                <w:sz w:val="18"/>
              </w:rPr>
              <w:t>利息費用</w:t>
            </w:r>
          </w:p>
        </w:tc>
        <w:tc>
          <w:tcPr>
            <w:tcW w:type="dxa" w:w="4986"/>
          </w:tcPr>
          <w:p>
            <w:r/>
            <w:r>
              <w:rPr>
                <w:rFonts w:eastAsia="Hiragino Sans" w:ascii="Hiragino Sans" w:hAnsi="Hiragino Sans"/>
                <w:b w:val="0"/>
                <w:sz w:val="18"/>
              </w:rPr>
              <w:t>95</w:t>
            </w:r>
          </w:p>
        </w:tc>
      </w:tr>
      <w:tr>
        <w:tc>
          <w:tcPr>
            <w:tcW w:type="dxa" w:w="4986"/>
            <w:shd w:val="clear" w:fill="F7F8FA"/>
          </w:tcPr>
          <w:p>
            <w:r/>
            <w:r>
              <w:rPr>
                <w:rFonts w:eastAsia="Hiragino Sans" w:ascii="Hiragino Sans" w:hAnsi="Hiragino Sans"/>
                <w:b w:val="0"/>
                <w:sz w:val="18"/>
              </w:rPr>
              <w:t>数理計算上の差異の発生額</w:t>
            </w:r>
          </w:p>
        </w:tc>
        <w:tc>
          <w:tcPr>
            <w:tcW w:type="dxa" w:w="4986"/>
            <w:shd w:val="clear" w:fill="F7F8FA"/>
          </w:tcPr>
          <w:p>
            <w:r/>
            <w:r>
              <w:rPr>
                <w:rFonts w:eastAsia="Hiragino Sans" w:ascii="Hiragino Sans" w:hAnsi="Hiragino Sans"/>
                <w:b w:val="0"/>
                <w:sz w:val="18"/>
              </w:rPr>
              <w:t>39</w:t>
            </w:r>
          </w:p>
        </w:tc>
      </w:tr>
      <w:tr>
        <w:tc>
          <w:tcPr>
            <w:tcW w:type="dxa" w:w="4986"/>
          </w:tcPr>
          <w:p>
            <w:r/>
            <w:r>
              <w:rPr>
                <w:rFonts w:eastAsia="Hiragino Sans" w:ascii="Hiragino Sans" w:hAnsi="Hiragino Sans"/>
                <w:b w:val="0"/>
                <w:sz w:val="18"/>
              </w:rPr>
              <w:t>退職給付の支払額</w:t>
            </w:r>
          </w:p>
        </w:tc>
        <w:tc>
          <w:tcPr>
            <w:tcW w:type="dxa" w:w="4986"/>
          </w:tcPr>
          <w:p>
            <w:r/>
            <w:r>
              <w:rPr>
                <w:rFonts w:eastAsia="Hiragino Sans" w:ascii="Hiragino Sans" w:hAnsi="Hiragino Sans"/>
                <w:b w:val="0"/>
                <w:sz w:val="18"/>
              </w:rPr>
              <w:t>△349</w:t>
            </w:r>
          </w:p>
        </w:tc>
      </w:tr>
      <w:tr>
        <w:tc>
          <w:tcPr>
            <w:tcW w:type="dxa" w:w="4986"/>
            <w:shd w:val="clear" w:fill="F7F8FA"/>
          </w:tcPr>
          <w:p>
            <w:r/>
            <w:r>
              <w:rPr>
                <w:rFonts w:eastAsia="Hiragino Sans" w:ascii="Hiragino Sans" w:hAnsi="Hiragino Sans"/>
                <w:b w:val="0"/>
                <w:sz w:val="18"/>
              </w:rPr>
              <w:t>退職給付債務の期末残高</w:t>
            </w:r>
          </w:p>
        </w:tc>
        <w:tc>
          <w:tcPr>
            <w:tcW w:type="dxa" w:w="4986"/>
            <w:shd w:val="clear" w:fill="F7F8FA"/>
          </w:tcPr>
          <w:p>
            <w:r/>
            <w:r>
              <w:rPr>
                <w:rFonts w:eastAsia="Hiragino Sans" w:ascii="Hiragino Sans" w:hAnsi="Hiragino Sans"/>
                <w:b w:val="0"/>
                <w:sz w:val="18"/>
              </w:rPr>
              <w:t>8,020</w:t>
            </w:r>
          </w:p>
        </w:tc>
      </w:tr>
      <w:tr>
        <w:tc>
          <w:tcPr>
            <w:tcW w:type="dxa" w:w="4986"/>
          </w:tcPr>
          <w:p>
            <w:r/>
            <w:r>
              <w:rPr>
                <w:rFonts w:eastAsia="Hiragino Sans" w:ascii="Hiragino Sans" w:hAnsi="Hiragino Sans"/>
                <w:b w:val="0"/>
                <w:sz w:val="18"/>
              </w:rPr>
              <w:t>年金資産の期首残高</w:t>
            </w:r>
          </w:p>
        </w:tc>
        <w:tc>
          <w:tcPr>
            <w:tcW w:type="dxa" w:w="4986"/>
          </w:tcPr>
          <w:p>
            <w:r/>
            <w:r>
              <w:rPr>
                <w:rFonts w:eastAsia="Hiragino Sans" w:ascii="Hiragino Sans" w:hAnsi="Hiragino Sans"/>
                <w:b w:val="0"/>
                <w:sz w:val="18"/>
              </w:rPr>
              <w:t>5,320</w:t>
            </w:r>
          </w:p>
        </w:tc>
      </w:tr>
      <w:tr>
        <w:tc>
          <w:tcPr>
            <w:tcW w:type="dxa" w:w="4986"/>
            <w:shd w:val="clear" w:fill="F7F8FA"/>
          </w:tcPr>
          <w:p>
            <w:r/>
            <w:r>
              <w:rPr>
                <w:rFonts w:eastAsia="Hiragino Sans" w:ascii="Hiragino Sans" w:hAnsi="Hiragino Sans"/>
                <w:b w:val="0"/>
                <w:sz w:val="18"/>
              </w:rPr>
              <w:t>期待運用収益</w:t>
            </w:r>
          </w:p>
        </w:tc>
        <w:tc>
          <w:tcPr>
            <w:tcW w:type="dxa" w:w="4986"/>
            <w:shd w:val="clear" w:fill="F7F8FA"/>
          </w:tcPr>
          <w:p>
            <w:r/>
            <w:r>
              <w:rPr>
                <w:rFonts w:eastAsia="Hiragino Sans" w:ascii="Hiragino Sans" w:hAnsi="Hiragino Sans"/>
                <w:b w:val="0"/>
                <w:sz w:val="18"/>
              </w:rPr>
              <w:t>105</w:t>
            </w:r>
          </w:p>
        </w:tc>
      </w:tr>
      <w:tr>
        <w:tc>
          <w:tcPr>
            <w:tcW w:type="dxa" w:w="4986"/>
          </w:tcPr>
          <w:p>
            <w:r/>
            <w:r>
              <w:rPr>
                <w:rFonts w:eastAsia="Hiragino Sans" w:ascii="Hiragino Sans" w:hAnsi="Hiragino Sans"/>
                <w:b w:val="0"/>
                <w:sz w:val="18"/>
              </w:rPr>
              <w:t>数理計算上の差異の発生額</w:t>
            </w:r>
          </w:p>
        </w:tc>
        <w:tc>
          <w:tcPr>
            <w:tcW w:type="dxa" w:w="4986"/>
          </w:tcPr>
          <w:p>
            <w:r/>
            <w:r>
              <w:rPr>
                <w:rFonts w:eastAsia="Hiragino Sans" w:ascii="Hiragino Sans" w:hAnsi="Hiragino Sans"/>
                <w:b w:val="0"/>
                <w:sz w:val="18"/>
              </w:rPr>
              <w:t>12</w:t>
            </w:r>
          </w:p>
        </w:tc>
      </w:tr>
      <w:tr>
        <w:tc>
          <w:tcPr>
            <w:tcW w:type="dxa" w:w="4986"/>
            <w:shd w:val="clear" w:fill="F7F8FA"/>
          </w:tcPr>
          <w:p>
            <w:r/>
            <w:r>
              <w:rPr>
                <w:rFonts w:eastAsia="Hiragino Sans" w:ascii="Hiragino Sans" w:hAnsi="Hiragino Sans"/>
                <w:b w:val="0"/>
                <w:sz w:val="18"/>
              </w:rPr>
              <w:t>事業主からの拠出額</w:t>
            </w:r>
          </w:p>
        </w:tc>
        <w:tc>
          <w:tcPr>
            <w:tcW w:type="dxa" w:w="4986"/>
            <w:shd w:val="clear" w:fill="F7F8FA"/>
          </w:tcPr>
          <w:p>
            <w:r/>
            <w:r>
              <w:rPr>
                <w:rFonts w:eastAsia="Hiragino Sans" w:ascii="Hiragino Sans" w:hAnsi="Hiragino Sans"/>
                <w:b w:val="0"/>
                <w:sz w:val="18"/>
              </w:rPr>
              <w:t>402</w:t>
            </w:r>
          </w:p>
        </w:tc>
      </w:tr>
      <w:tr>
        <w:tc>
          <w:tcPr>
            <w:tcW w:type="dxa" w:w="4986"/>
          </w:tcPr>
          <w:p>
            <w:r/>
            <w:r>
              <w:rPr>
                <w:rFonts w:eastAsia="Hiragino Sans" w:ascii="Hiragino Sans" w:hAnsi="Hiragino Sans"/>
                <w:b w:val="0"/>
                <w:sz w:val="18"/>
              </w:rPr>
              <w:t>退職給付の支払額</w:t>
            </w:r>
          </w:p>
        </w:tc>
        <w:tc>
          <w:tcPr>
            <w:tcW w:type="dxa" w:w="4986"/>
          </w:tcPr>
          <w:p>
            <w:r/>
            <w:r>
              <w:rPr>
                <w:rFonts w:eastAsia="Hiragino Sans" w:ascii="Hiragino Sans" w:hAnsi="Hiragino Sans"/>
                <w:b w:val="0"/>
                <w:sz w:val="18"/>
              </w:rPr>
              <w:t>△349</w:t>
            </w:r>
          </w:p>
        </w:tc>
      </w:tr>
      <w:tr>
        <w:tc>
          <w:tcPr>
            <w:tcW w:type="dxa" w:w="4986"/>
            <w:shd w:val="clear" w:fill="F7F8FA"/>
          </w:tcPr>
          <w:p>
            <w:r/>
            <w:r>
              <w:rPr>
                <w:rFonts w:eastAsia="Hiragino Sans" w:ascii="Hiragino Sans" w:hAnsi="Hiragino Sans"/>
                <w:b w:val="0"/>
                <w:sz w:val="18"/>
              </w:rPr>
              <w:t>年金資産の期末残高</w:t>
            </w:r>
          </w:p>
        </w:tc>
        <w:tc>
          <w:tcPr>
            <w:tcW w:type="dxa" w:w="4986"/>
            <w:shd w:val="clear" w:fill="F7F8FA"/>
          </w:tcPr>
          <w:p>
            <w:r/>
            <w:r>
              <w:rPr>
                <w:rFonts w:eastAsia="Hiragino Sans" w:ascii="Hiragino Sans" w:hAnsi="Hiragino Sans"/>
                <w:b w:val="0"/>
                <w:sz w:val="18"/>
              </w:rPr>
              <w:t>5,490</w:t>
            </w:r>
          </w:p>
        </w:tc>
      </w:tr>
    </w:tbl>
    <w:p>
      <w:pPr>
        <w:spacing w:after="40"/>
      </w:pPr>
    </w:p>
    <w:p>
      <w:pPr>
        <w:spacing w:after="80"/>
      </w:pPr>
      <w:r>
        <w:rPr>
          <w:rFonts w:eastAsia="Hiragino Sans" w:ascii="Hiragino Sans" w:hAnsi="Hiragino Sans"/>
          <w:b w:val="0"/>
          <w:i w:val="0"/>
        </w:rPr>
        <w:t>連結貸借対照表に計上された退職給付に係る負債2,850百万円及び退職給付に係る資産320百万円（純額2,530百万円）と調整表の純額（8,020−5,490=2,530百万円）は一致しております。</w:t>
      </w:r>
    </w:p>
    <w:p>
      <w:pPr>
        <w:spacing w:after="80"/>
      </w:pPr>
      <w:r>
        <w:rPr>
          <w:rFonts w:eastAsia="Hiragino Sans" w:ascii="Hiragino Sans" w:hAnsi="Hiragino Sans"/>
          <w:b/>
          <w:i w:val="0"/>
        </w:rPr>
        <w:t>退職給付費用の内訳</w:t>
      </w:r>
      <w:r>
        <w:rPr>
          <w:rFonts w:eastAsia="Hiragino Sans" w:ascii="Hiragino Sans" w:hAnsi="Hiragino Sans"/>
          <w:b w:val="0"/>
          <w:i w:val="0"/>
        </w:rPr>
        <w:t>：勤務費用385、利息費用95、期待運用収益△105、数理計算上の差異の費用処理額42、過去勤務費用の費用処理額△8、合計409百万円。このほか確定拠出制度への掛金支払額215百万円であります。</w:t>
      </w:r>
    </w:p>
    <w:p>
      <w:pPr>
        <w:spacing w:after="80"/>
      </w:pPr>
      <w:r>
        <w:rPr>
          <w:rFonts w:eastAsia="Hiragino Sans" w:ascii="Hiragino Sans" w:hAnsi="Hiragino Sans"/>
          <w:b/>
          <w:i w:val="0"/>
        </w:rPr>
        <w:t>その他の注記</w:t>
      </w:r>
      <w:r>
        <w:rPr>
          <w:rFonts w:eastAsia="Hiragino Sans" w:ascii="Hiragino Sans" w:hAnsi="Hiragino Sans"/>
          <w:b w:val="0"/>
          <w:i w:val="0"/>
        </w:rPr>
        <w:t>：退職給付に係る調整額（税効果控除前）は15百万円（数理計算上の差異）、退職給付に係る調整累計額は未認識数理計算上の差異213百万円であります。年金資産の主な内訳は、株式35%、債券45%、生命保険一般勘定15%、その他5%であります。数理計算上の計算基礎は、割引率1.2%、長期期待運用収益率2.0%であります。</w:t>
      </w:r>
    </w:p>
    <w:p>
      <w:pPr>
        <w:pStyle w:val="Heading3"/>
      </w:pPr>
      <w:r>
        <w:t>（税効果会計関係）</w:t>
      </w:r>
    </w:p>
    <w:p>
      <w:pPr>
        <w:spacing w:after="80"/>
      </w:pPr>
      <w:r>
        <w:rPr>
          <w:rFonts w:eastAsia="Hiragino Sans" w:ascii="Hiragino Sans" w:hAnsi="Hiragino Sans"/>
          <w:b/>
          <w:i w:val="0"/>
        </w:rPr>
        <w:t>1. 繰延税金資産及び繰延税金負債の発生の主な原因別の内訳</w:t>
      </w:r>
      <w:r>
        <w:rPr>
          <w:rFonts w:eastAsia="Hiragino Sans" w:ascii="Hiragino Sans" w:hAnsi="Hiragino Sans"/>
          <w:b w:val="0"/>
          <w:i w:val="0"/>
        </w:rPr>
        <w:t>（当連結会計年度末、単位：百万円）</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項目</w:t>
            </w:r>
          </w:p>
        </w:tc>
        <w:tc>
          <w:tcPr>
            <w:tcW w:type="dxa" w:w="4986"/>
            <w:shd w:val="clear" w:fill="24406B"/>
          </w:tcPr>
          <w:p>
            <w:r/>
            <w:r>
              <w:rPr>
                <w:rFonts w:eastAsia="Hiragino Sans" w:ascii="Hiragino Sans" w:hAnsi="Hiragino Sans"/>
                <w:b/>
                <w:color w:val="FFFFFF"/>
                <w:sz w:val="18"/>
              </w:rPr>
              <w:t>金額</w:t>
            </w:r>
          </w:p>
        </w:tc>
      </w:tr>
      <w:tr>
        <w:tc>
          <w:tcPr>
            <w:tcW w:type="dxa" w:w="4986"/>
          </w:tcPr>
          <w:p>
            <w:r/>
            <w:r>
              <w:rPr>
                <w:rFonts w:eastAsia="Hiragino Sans" w:ascii="Hiragino Sans" w:hAnsi="Hiragino Sans"/>
                <w:b w:val="0"/>
                <w:sz w:val="18"/>
              </w:rPr>
              <w:t>賞与引当金</w:t>
            </w:r>
          </w:p>
        </w:tc>
        <w:tc>
          <w:tcPr>
            <w:tcW w:type="dxa" w:w="4986"/>
          </w:tcPr>
          <w:p>
            <w:r/>
            <w:r>
              <w:rPr>
                <w:rFonts w:eastAsia="Hiragino Sans" w:ascii="Hiragino Sans" w:hAnsi="Hiragino Sans"/>
                <w:b w:val="0"/>
                <w:sz w:val="18"/>
              </w:rPr>
              <w:t>352</w:t>
            </w:r>
          </w:p>
        </w:tc>
      </w:tr>
      <w:tr>
        <w:tc>
          <w:tcPr>
            <w:tcW w:type="dxa" w:w="4986"/>
            <w:shd w:val="clear" w:fill="F7F8FA"/>
          </w:tcPr>
          <w:p>
            <w:r/>
            <w:r>
              <w:rPr>
                <w:rFonts w:eastAsia="Hiragino Sans" w:ascii="Hiragino Sans" w:hAnsi="Hiragino Sans"/>
                <w:b w:val="0"/>
                <w:sz w:val="18"/>
              </w:rPr>
              <w:t>退職給付に係る負債</w:t>
            </w:r>
          </w:p>
        </w:tc>
        <w:tc>
          <w:tcPr>
            <w:tcW w:type="dxa" w:w="4986"/>
            <w:shd w:val="clear" w:fill="F7F8FA"/>
          </w:tcPr>
          <w:p>
            <w:r/>
            <w:r>
              <w:rPr>
                <w:rFonts w:eastAsia="Hiragino Sans" w:ascii="Hiragino Sans" w:hAnsi="Hiragino Sans"/>
                <w:b w:val="0"/>
                <w:sz w:val="18"/>
              </w:rPr>
              <w:t>872</w:t>
            </w:r>
          </w:p>
        </w:tc>
      </w:tr>
      <w:tr>
        <w:tc>
          <w:tcPr>
            <w:tcW w:type="dxa" w:w="4986"/>
          </w:tcPr>
          <w:p>
            <w:r/>
            <w:r>
              <w:rPr>
                <w:rFonts w:eastAsia="Hiragino Sans" w:ascii="Hiragino Sans" w:hAnsi="Hiragino Sans"/>
                <w:b w:val="0"/>
                <w:sz w:val="18"/>
              </w:rPr>
              <w:t>減損損失</w:t>
            </w:r>
          </w:p>
        </w:tc>
        <w:tc>
          <w:tcPr>
            <w:tcW w:type="dxa" w:w="4986"/>
          </w:tcPr>
          <w:p>
            <w:r/>
            <w:r>
              <w:rPr>
                <w:rFonts w:eastAsia="Hiragino Sans" w:ascii="Hiragino Sans" w:hAnsi="Hiragino Sans"/>
                <w:b w:val="0"/>
                <w:sz w:val="18"/>
              </w:rPr>
              <w:t>145</w:t>
            </w:r>
          </w:p>
        </w:tc>
      </w:tr>
      <w:tr>
        <w:tc>
          <w:tcPr>
            <w:tcW w:type="dxa" w:w="4986"/>
            <w:shd w:val="clear" w:fill="F7F8FA"/>
          </w:tcPr>
          <w:p>
            <w:r/>
            <w:r>
              <w:rPr>
                <w:rFonts w:eastAsia="Hiragino Sans" w:ascii="Hiragino Sans" w:hAnsi="Hiragino Sans"/>
                <w:b w:val="0"/>
                <w:sz w:val="18"/>
              </w:rPr>
              <w:t>棚卸資産評価損</w:t>
            </w:r>
          </w:p>
        </w:tc>
        <w:tc>
          <w:tcPr>
            <w:tcW w:type="dxa" w:w="4986"/>
            <w:shd w:val="clear" w:fill="F7F8FA"/>
          </w:tcPr>
          <w:p>
            <w:r/>
            <w:r>
              <w:rPr>
                <w:rFonts w:eastAsia="Hiragino Sans" w:ascii="Hiragino Sans" w:hAnsi="Hiragino Sans"/>
                <w:b w:val="0"/>
                <w:sz w:val="18"/>
              </w:rPr>
              <w:t>118</w:t>
            </w:r>
          </w:p>
        </w:tc>
      </w:tr>
      <w:tr>
        <w:tc>
          <w:tcPr>
            <w:tcW w:type="dxa" w:w="4986"/>
          </w:tcPr>
          <w:p>
            <w:r/>
            <w:r>
              <w:rPr>
                <w:rFonts w:eastAsia="Hiragino Sans" w:ascii="Hiragino Sans" w:hAnsi="Hiragino Sans"/>
                <w:b w:val="0"/>
                <w:sz w:val="18"/>
              </w:rPr>
              <w:t>未払事業税</w:t>
            </w:r>
          </w:p>
        </w:tc>
        <w:tc>
          <w:tcPr>
            <w:tcW w:type="dxa" w:w="4986"/>
          </w:tcPr>
          <w:p>
            <w:r/>
            <w:r>
              <w:rPr>
                <w:rFonts w:eastAsia="Hiragino Sans" w:ascii="Hiragino Sans" w:hAnsi="Hiragino Sans"/>
                <w:b w:val="0"/>
                <w:sz w:val="18"/>
              </w:rPr>
              <w:t>58</w:t>
            </w:r>
          </w:p>
        </w:tc>
      </w:tr>
      <w:tr>
        <w:tc>
          <w:tcPr>
            <w:tcW w:type="dxa" w:w="4986"/>
            <w:shd w:val="clear" w:fill="F7F8FA"/>
          </w:tcPr>
          <w:p>
            <w:r/>
            <w:r>
              <w:rPr>
                <w:rFonts w:eastAsia="Hiragino Sans" w:ascii="Hiragino Sans" w:hAnsi="Hiragino Sans"/>
                <w:b w:val="0"/>
                <w:sz w:val="18"/>
              </w:rPr>
              <w:t>税務上の繰越欠損金</w:t>
            </w:r>
          </w:p>
        </w:tc>
        <w:tc>
          <w:tcPr>
            <w:tcW w:type="dxa" w:w="4986"/>
            <w:shd w:val="clear" w:fill="F7F8FA"/>
          </w:tcPr>
          <w:p>
            <w:r/>
            <w:r>
              <w:rPr>
                <w:rFonts w:eastAsia="Hiragino Sans" w:ascii="Hiragino Sans" w:hAnsi="Hiragino Sans"/>
                <w:b w:val="0"/>
                <w:sz w:val="18"/>
              </w:rPr>
              <w:t>95</w:t>
            </w:r>
          </w:p>
        </w:tc>
      </w:tr>
      <w:tr>
        <w:tc>
          <w:tcPr>
            <w:tcW w:type="dxa" w:w="4986"/>
          </w:tcPr>
          <w:p>
            <w:r/>
            <w:r>
              <w:rPr>
                <w:rFonts w:eastAsia="Hiragino Sans" w:ascii="Hiragino Sans" w:hAnsi="Hiragino Sans"/>
                <w:b w:val="0"/>
                <w:sz w:val="18"/>
              </w:rPr>
              <w:t>その他</w:t>
            </w:r>
          </w:p>
        </w:tc>
        <w:tc>
          <w:tcPr>
            <w:tcW w:type="dxa" w:w="4986"/>
          </w:tcPr>
          <w:p>
            <w:r/>
            <w:r>
              <w:rPr>
                <w:rFonts w:eastAsia="Hiragino Sans" w:ascii="Hiragino Sans" w:hAnsi="Hiragino Sans"/>
                <w:b w:val="0"/>
                <w:sz w:val="18"/>
              </w:rPr>
              <w:t>210</w:t>
            </w:r>
          </w:p>
        </w:tc>
      </w:tr>
      <w:tr>
        <w:tc>
          <w:tcPr>
            <w:tcW w:type="dxa" w:w="4986"/>
            <w:shd w:val="clear" w:fill="F7F8FA"/>
          </w:tcPr>
          <w:p>
            <w:r/>
            <w:r>
              <w:rPr>
                <w:rFonts w:eastAsia="Hiragino Sans" w:ascii="Hiragino Sans" w:hAnsi="Hiragino Sans"/>
                <w:b w:val="0"/>
                <w:sz w:val="18"/>
              </w:rPr>
              <w:t>繰延税金資産小計</w:t>
            </w:r>
          </w:p>
        </w:tc>
        <w:tc>
          <w:tcPr>
            <w:tcW w:type="dxa" w:w="4986"/>
            <w:shd w:val="clear" w:fill="F7F8FA"/>
          </w:tcPr>
          <w:p>
            <w:r/>
            <w:r>
              <w:rPr>
                <w:rFonts w:eastAsia="Hiragino Sans" w:ascii="Hiragino Sans" w:hAnsi="Hiragino Sans"/>
                <w:b w:val="0"/>
                <w:sz w:val="18"/>
              </w:rPr>
              <w:t>1,850</w:t>
            </w:r>
          </w:p>
        </w:tc>
      </w:tr>
      <w:tr>
        <w:tc>
          <w:tcPr>
            <w:tcW w:type="dxa" w:w="4986"/>
          </w:tcPr>
          <w:p>
            <w:r/>
            <w:r>
              <w:rPr>
                <w:rFonts w:eastAsia="Hiragino Sans" w:ascii="Hiragino Sans" w:hAnsi="Hiragino Sans"/>
                <w:b w:val="0"/>
                <w:sz w:val="18"/>
              </w:rPr>
              <w:t>評価性引当額</w:t>
            </w:r>
          </w:p>
        </w:tc>
        <w:tc>
          <w:tcPr>
            <w:tcW w:type="dxa" w:w="4986"/>
          </w:tcPr>
          <w:p>
            <w:r/>
            <w:r>
              <w:rPr>
                <w:rFonts w:eastAsia="Hiragino Sans" w:ascii="Hiragino Sans" w:hAnsi="Hiragino Sans"/>
                <w:b w:val="0"/>
                <w:sz w:val="18"/>
              </w:rPr>
              <w:t>△310</w:t>
            </w:r>
          </w:p>
        </w:tc>
      </w:tr>
      <w:tr>
        <w:tc>
          <w:tcPr>
            <w:tcW w:type="dxa" w:w="4986"/>
            <w:shd w:val="clear" w:fill="F7F8FA"/>
          </w:tcPr>
          <w:p>
            <w:r/>
            <w:r>
              <w:rPr>
                <w:rFonts w:eastAsia="Hiragino Sans" w:ascii="Hiragino Sans" w:hAnsi="Hiragino Sans"/>
                <w:b w:val="0"/>
                <w:sz w:val="18"/>
              </w:rPr>
              <w:t>繰延税金資産合計</w:t>
            </w:r>
          </w:p>
        </w:tc>
        <w:tc>
          <w:tcPr>
            <w:tcW w:type="dxa" w:w="4986"/>
            <w:shd w:val="clear" w:fill="F7F8FA"/>
          </w:tcPr>
          <w:p>
            <w:r/>
            <w:r>
              <w:rPr>
                <w:rFonts w:eastAsia="Hiragino Sans" w:ascii="Hiragino Sans" w:hAnsi="Hiragino Sans"/>
                <w:b w:val="0"/>
                <w:sz w:val="18"/>
              </w:rPr>
              <w:t>1,540</w:t>
            </w:r>
          </w:p>
        </w:tc>
      </w:tr>
      <w:tr>
        <w:tc>
          <w:tcPr>
            <w:tcW w:type="dxa" w:w="4986"/>
          </w:tcPr>
          <w:p>
            <w:r/>
            <w:r>
              <w:rPr>
                <w:rFonts w:eastAsia="Hiragino Sans" w:ascii="Hiragino Sans" w:hAnsi="Hiragino Sans"/>
                <w:b w:val="0"/>
                <w:sz w:val="18"/>
              </w:rPr>
              <w:t>その他有価証券評価差額金</w:t>
            </w:r>
          </w:p>
        </w:tc>
        <w:tc>
          <w:tcPr>
            <w:tcW w:type="dxa" w:w="4986"/>
          </w:tcPr>
          <w:p>
            <w:r/>
            <w:r>
              <w:rPr>
                <w:rFonts w:eastAsia="Hiragino Sans" w:ascii="Hiragino Sans" w:hAnsi="Hiragino Sans"/>
                <w:b w:val="0"/>
                <w:sz w:val="18"/>
              </w:rPr>
              <w:t>△273</w:t>
            </w:r>
          </w:p>
        </w:tc>
      </w:tr>
      <w:tr>
        <w:tc>
          <w:tcPr>
            <w:tcW w:type="dxa" w:w="4986"/>
            <w:shd w:val="clear" w:fill="F7F8FA"/>
          </w:tcPr>
          <w:p>
            <w:r/>
            <w:r>
              <w:rPr>
                <w:rFonts w:eastAsia="Hiragino Sans" w:ascii="Hiragino Sans" w:hAnsi="Hiragino Sans"/>
                <w:b w:val="0"/>
                <w:sz w:val="18"/>
              </w:rPr>
              <w:t>退職給付に係る資産</w:t>
            </w:r>
          </w:p>
        </w:tc>
        <w:tc>
          <w:tcPr>
            <w:tcW w:type="dxa" w:w="4986"/>
            <w:shd w:val="clear" w:fill="F7F8FA"/>
          </w:tcPr>
          <w:p>
            <w:r/>
            <w:r>
              <w:rPr>
                <w:rFonts w:eastAsia="Hiragino Sans" w:ascii="Hiragino Sans" w:hAnsi="Hiragino Sans"/>
                <w:b w:val="0"/>
                <w:sz w:val="18"/>
              </w:rPr>
              <w:t>△98</w:t>
            </w:r>
          </w:p>
        </w:tc>
      </w:tr>
      <w:tr>
        <w:tc>
          <w:tcPr>
            <w:tcW w:type="dxa" w:w="4986"/>
          </w:tcPr>
          <w:p>
            <w:r/>
            <w:r>
              <w:rPr>
                <w:rFonts w:eastAsia="Hiragino Sans" w:ascii="Hiragino Sans" w:hAnsi="Hiragino Sans"/>
                <w:b w:val="0"/>
                <w:sz w:val="18"/>
              </w:rPr>
              <w:t>在外子会社の留保利益</w:t>
            </w:r>
          </w:p>
        </w:tc>
        <w:tc>
          <w:tcPr>
            <w:tcW w:type="dxa" w:w="4986"/>
          </w:tcPr>
          <w:p>
            <w:r/>
            <w:r>
              <w:rPr>
                <w:rFonts w:eastAsia="Hiragino Sans" w:ascii="Hiragino Sans" w:hAnsi="Hiragino Sans"/>
                <w:b w:val="0"/>
                <w:sz w:val="18"/>
              </w:rPr>
              <w:t>△220</w:t>
            </w:r>
          </w:p>
        </w:tc>
      </w:tr>
      <w:tr>
        <w:tc>
          <w:tcPr>
            <w:tcW w:type="dxa" w:w="4986"/>
            <w:shd w:val="clear" w:fill="F7F8FA"/>
          </w:tcPr>
          <w:p>
            <w:r/>
            <w:r>
              <w:rPr>
                <w:rFonts w:eastAsia="Hiragino Sans" w:ascii="Hiragino Sans" w:hAnsi="Hiragino Sans"/>
                <w:b w:val="0"/>
                <w:sz w:val="18"/>
              </w:rPr>
              <w:t>その他</w:t>
            </w:r>
          </w:p>
        </w:tc>
        <w:tc>
          <w:tcPr>
            <w:tcW w:type="dxa" w:w="4986"/>
            <w:shd w:val="clear" w:fill="F7F8FA"/>
          </w:tcPr>
          <w:p>
            <w:r/>
            <w:r>
              <w:rPr>
                <w:rFonts w:eastAsia="Hiragino Sans" w:ascii="Hiragino Sans" w:hAnsi="Hiragino Sans"/>
                <w:b w:val="0"/>
                <w:sz w:val="18"/>
              </w:rPr>
              <w:t>△79</w:t>
            </w:r>
          </w:p>
        </w:tc>
      </w:tr>
      <w:tr>
        <w:tc>
          <w:tcPr>
            <w:tcW w:type="dxa" w:w="4986"/>
          </w:tcPr>
          <w:p>
            <w:r/>
            <w:r>
              <w:rPr>
                <w:rFonts w:eastAsia="Hiragino Sans" w:ascii="Hiragino Sans" w:hAnsi="Hiragino Sans"/>
                <w:b w:val="0"/>
                <w:sz w:val="18"/>
              </w:rPr>
              <w:t>繰延税金負債合計</w:t>
            </w:r>
          </w:p>
        </w:tc>
        <w:tc>
          <w:tcPr>
            <w:tcW w:type="dxa" w:w="4986"/>
          </w:tcPr>
          <w:p>
            <w:r/>
            <w:r>
              <w:rPr>
                <w:rFonts w:eastAsia="Hiragino Sans" w:ascii="Hiragino Sans" w:hAnsi="Hiragino Sans"/>
                <w:b w:val="0"/>
                <w:sz w:val="18"/>
              </w:rPr>
              <w:t>△670</w:t>
            </w:r>
          </w:p>
        </w:tc>
      </w:tr>
      <w:tr>
        <w:tc>
          <w:tcPr>
            <w:tcW w:type="dxa" w:w="4986"/>
            <w:shd w:val="clear" w:fill="F7F8FA"/>
          </w:tcPr>
          <w:p>
            <w:r/>
            <w:r>
              <w:rPr>
                <w:rFonts w:eastAsia="Hiragino Sans" w:ascii="Hiragino Sans" w:hAnsi="Hiragino Sans"/>
                <w:b w:val="0"/>
                <w:sz w:val="18"/>
              </w:rPr>
              <w:t>繰延税金資産の純額</w:t>
            </w:r>
          </w:p>
        </w:tc>
        <w:tc>
          <w:tcPr>
            <w:tcW w:type="dxa" w:w="4986"/>
            <w:shd w:val="clear" w:fill="F7F8FA"/>
          </w:tcPr>
          <w:p>
            <w:r/>
            <w:r>
              <w:rPr>
                <w:rFonts w:eastAsia="Hiragino Sans" w:ascii="Hiragino Sans" w:hAnsi="Hiragino Sans"/>
                <w:b w:val="0"/>
                <w:sz w:val="18"/>
              </w:rPr>
              <w:t>870</w:t>
            </w:r>
          </w:p>
        </w:tc>
      </w:tr>
    </w:tbl>
    <w:p>
      <w:pPr>
        <w:spacing w:after="40"/>
      </w:pPr>
    </w:p>
    <w:p>
      <w:pPr>
        <w:spacing w:after="80"/>
      </w:pPr>
      <w:r>
        <w:rPr>
          <w:rFonts w:eastAsia="Hiragino Sans" w:ascii="Hiragino Sans" w:hAnsi="Hiragino Sans"/>
          <w:b/>
          <w:i w:val="0"/>
        </w:rPr>
        <w:t>2. 法定実効税率と税効果会計適用後の法人税等の負担率との差異の主な項目別の内訳</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項目</w:t>
            </w:r>
          </w:p>
        </w:tc>
        <w:tc>
          <w:tcPr>
            <w:tcW w:type="dxa" w:w="4986"/>
            <w:shd w:val="clear" w:fill="24406B"/>
          </w:tcPr>
          <w:p>
            <w:r/>
            <w:r>
              <w:rPr>
                <w:rFonts w:eastAsia="Hiragino Sans" w:ascii="Hiragino Sans" w:hAnsi="Hiragino Sans"/>
                <w:b/>
                <w:color w:val="FFFFFF"/>
                <w:sz w:val="18"/>
              </w:rPr>
              <w:t>割合(%)</w:t>
            </w:r>
          </w:p>
        </w:tc>
      </w:tr>
      <w:tr>
        <w:tc>
          <w:tcPr>
            <w:tcW w:type="dxa" w:w="4986"/>
          </w:tcPr>
          <w:p>
            <w:r/>
            <w:r>
              <w:rPr>
                <w:rFonts w:eastAsia="Hiragino Sans" w:ascii="Hiragino Sans" w:hAnsi="Hiragino Sans"/>
                <w:b w:val="0"/>
                <w:sz w:val="18"/>
              </w:rPr>
              <w:t>法定実効税率</w:t>
            </w:r>
          </w:p>
        </w:tc>
        <w:tc>
          <w:tcPr>
            <w:tcW w:type="dxa" w:w="4986"/>
          </w:tcPr>
          <w:p>
            <w:r/>
            <w:r>
              <w:rPr>
                <w:rFonts w:eastAsia="Hiragino Sans" w:ascii="Hiragino Sans" w:hAnsi="Hiragino Sans"/>
                <w:b w:val="0"/>
                <w:sz w:val="18"/>
              </w:rPr>
              <w:t>30.6</w:t>
            </w:r>
          </w:p>
        </w:tc>
      </w:tr>
      <w:tr>
        <w:tc>
          <w:tcPr>
            <w:tcW w:type="dxa" w:w="4986"/>
            <w:shd w:val="clear" w:fill="F7F8FA"/>
          </w:tcPr>
          <w:p>
            <w:r/>
            <w:r>
              <w:rPr>
                <w:rFonts w:eastAsia="Hiragino Sans" w:ascii="Hiragino Sans" w:hAnsi="Hiragino Sans"/>
                <w:b w:val="0"/>
                <w:sz w:val="18"/>
              </w:rPr>
              <w:t>交際費等永久に損金に算入されない項目</w:t>
            </w:r>
          </w:p>
        </w:tc>
        <w:tc>
          <w:tcPr>
            <w:tcW w:type="dxa" w:w="4986"/>
            <w:shd w:val="clear" w:fill="F7F8FA"/>
          </w:tcPr>
          <w:p>
            <w:r/>
            <w:r>
              <w:rPr>
                <w:rFonts w:eastAsia="Hiragino Sans" w:ascii="Hiragino Sans" w:hAnsi="Hiragino Sans"/>
                <w:b w:val="0"/>
                <w:sz w:val="18"/>
              </w:rPr>
              <w:t>0.5</w:t>
            </w:r>
          </w:p>
        </w:tc>
      </w:tr>
      <w:tr>
        <w:tc>
          <w:tcPr>
            <w:tcW w:type="dxa" w:w="4986"/>
          </w:tcPr>
          <w:p>
            <w:r/>
            <w:r>
              <w:rPr>
                <w:rFonts w:eastAsia="Hiragino Sans" w:ascii="Hiragino Sans" w:hAnsi="Hiragino Sans"/>
                <w:b w:val="0"/>
                <w:sz w:val="18"/>
              </w:rPr>
              <w:t>住民税均等割</w:t>
            </w:r>
          </w:p>
        </w:tc>
        <w:tc>
          <w:tcPr>
            <w:tcW w:type="dxa" w:w="4986"/>
          </w:tcPr>
          <w:p>
            <w:r/>
            <w:r>
              <w:rPr>
                <w:rFonts w:eastAsia="Hiragino Sans" w:ascii="Hiragino Sans" w:hAnsi="Hiragino Sans"/>
                <w:b w:val="0"/>
                <w:sz w:val="18"/>
              </w:rPr>
              <w:t>0.3</w:t>
            </w:r>
          </w:p>
        </w:tc>
      </w:tr>
      <w:tr>
        <w:tc>
          <w:tcPr>
            <w:tcW w:type="dxa" w:w="4986"/>
            <w:shd w:val="clear" w:fill="F7F8FA"/>
          </w:tcPr>
          <w:p>
            <w:r/>
            <w:r>
              <w:rPr>
                <w:rFonts w:eastAsia="Hiragino Sans" w:ascii="Hiragino Sans" w:hAnsi="Hiragino Sans"/>
                <w:b w:val="0"/>
                <w:sz w:val="18"/>
              </w:rPr>
              <w:t>評価性引当額の増減</w:t>
            </w:r>
          </w:p>
        </w:tc>
        <w:tc>
          <w:tcPr>
            <w:tcW w:type="dxa" w:w="4986"/>
            <w:shd w:val="clear" w:fill="F7F8FA"/>
          </w:tcPr>
          <w:p>
            <w:r/>
            <w:r>
              <w:rPr>
                <w:rFonts w:eastAsia="Hiragino Sans" w:ascii="Hiragino Sans" w:hAnsi="Hiragino Sans"/>
                <w:b w:val="0"/>
                <w:sz w:val="18"/>
              </w:rPr>
              <w:t>1.3</w:t>
            </w:r>
          </w:p>
        </w:tc>
      </w:tr>
      <w:tr>
        <w:tc>
          <w:tcPr>
            <w:tcW w:type="dxa" w:w="4986"/>
          </w:tcPr>
          <w:p>
            <w:r/>
            <w:r>
              <w:rPr>
                <w:rFonts w:eastAsia="Hiragino Sans" w:ascii="Hiragino Sans" w:hAnsi="Hiragino Sans"/>
                <w:b w:val="0"/>
                <w:sz w:val="18"/>
              </w:rPr>
              <w:t>試験研究費等の税額控除</w:t>
            </w:r>
          </w:p>
        </w:tc>
        <w:tc>
          <w:tcPr>
            <w:tcW w:type="dxa" w:w="4986"/>
          </w:tcPr>
          <w:p>
            <w:r/>
            <w:r>
              <w:rPr>
                <w:rFonts w:eastAsia="Hiragino Sans" w:ascii="Hiragino Sans" w:hAnsi="Hiragino Sans"/>
                <w:b w:val="0"/>
                <w:sz w:val="18"/>
              </w:rPr>
              <w:t>△1.4</w:t>
            </w:r>
          </w:p>
        </w:tc>
      </w:tr>
      <w:tr>
        <w:tc>
          <w:tcPr>
            <w:tcW w:type="dxa" w:w="4986"/>
            <w:shd w:val="clear" w:fill="F7F8FA"/>
          </w:tcPr>
          <w:p>
            <w:r/>
            <w:r>
              <w:rPr>
                <w:rFonts w:eastAsia="Hiragino Sans" w:ascii="Hiragino Sans" w:hAnsi="Hiragino Sans"/>
                <w:b w:val="0"/>
                <w:sz w:val="18"/>
              </w:rPr>
              <w:t>持分法による投資利益</w:t>
            </w:r>
          </w:p>
        </w:tc>
        <w:tc>
          <w:tcPr>
            <w:tcW w:type="dxa" w:w="4986"/>
            <w:shd w:val="clear" w:fill="F7F8FA"/>
          </w:tcPr>
          <w:p>
            <w:r/>
            <w:r>
              <w:rPr>
                <w:rFonts w:eastAsia="Hiragino Sans" w:ascii="Hiragino Sans" w:hAnsi="Hiragino Sans"/>
                <w:b w:val="0"/>
                <w:sz w:val="18"/>
              </w:rPr>
              <w:t>△1.7</w:t>
            </w:r>
          </w:p>
        </w:tc>
      </w:tr>
      <w:tr>
        <w:tc>
          <w:tcPr>
            <w:tcW w:type="dxa" w:w="4986"/>
          </w:tcPr>
          <w:p>
            <w:r/>
            <w:r>
              <w:rPr>
                <w:rFonts w:eastAsia="Hiragino Sans" w:ascii="Hiragino Sans" w:hAnsi="Hiragino Sans"/>
                <w:b w:val="0"/>
                <w:sz w:val="18"/>
              </w:rPr>
              <w:t>在外子会社の税率差異</w:t>
            </w:r>
          </w:p>
        </w:tc>
        <w:tc>
          <w:tcPr>
            <w:tcW w:type="dxa" w:w="4986"/>
          </w:tcPr>
          <w:p>
            <w:r/>
            <w:r>
              <w:rPr>
                <w:rFonts w:eastAsia="Hiragino Sans" w:ascii="Hiragino Sans" w:hAnsi="Hiragino Sans"/>
                <w:b w:val="0"/>
                <w:sz w:val="18"/>
              </w:rPr>
              <w:t>△0.9</w:t>
            </w:r>
          </w:p>
        </w:tc>
      </w:tr>
      <w:tr>
        <w:tc>
          <w:tcPr>
            <w:tcW w:type="dxa" w:w="4986"/>
            <w:shd w:val="clear" w:fill="F7F8FA"/>
          </w:tcPr>
          <w:p>
            <w:r/>
            <w:r>
              <w:rPr>
                <w:rFonts w:eastAsia="Hiragino Sans" w:ascii="Hiragino Sans" w:hAnsi="Hiragino Sans"/>
                <w:b w:val="0"/>
                <w:sz w:val="18"/>
              </w:rPr>
              <w:t>在外子会社の留保利益</w:t>
            </w:r>
          </w:p>
        </w:tc>
        <w:tc>
          <w:tcPr>
            <w:tcW w:type="dxa" w:w="4986"/>
            <w:shd w:val="clear" w:fill="F7F8FA"/>
          </w:tcPr>
          <w:p>
            <w:r/>
            <w:r>
              <w:rPr>
                <w:rFonts w:eastAsia="Hiragino Sans" w:ascii="Hiragino Sans" w:hAnsi="Hiragino Sans"/>
                <w:b w:val="0"/>
                <w:sz w:val="18"/>
              </w:rPr>
              <w:t>1.2</w:t>
            </w:r>
          </w:p>
        </w:tc>
      </w:tr>
      <w:tr>
        <w:tc>
          <w:tcPr>
            <w:tcW w:type="dxa" w:w="4986"/>
          </w:tcPr>
          <w:p>
            <w:r/>
            <w:r>
              <w:rPr>
                <w:rFonts w:eastAsia="Hiragino Sans" w:ascii="Hiragino Sans" w:hAnsi="Hiragino Sans"/>
                <w:b w:val="0"/>
                <w:sz w:val="18"/>
              </w:rPr>
              <w:t>その他</w:t>
            </w:r>
          </w:p>
        </w:tc>
        <w:tc>
          <w:tcPr>
            <w:tcW w:type="dxa" w:w="4986"/>
          </w:tcPr>
          <w:p>
            <w:r/>
            <w:r>
              <w:rPr>
                <w:rFonts w:eastAsia="Hiragino Sans" w:ascii="Hiragino Sans" w:hAnsi="Hiragino Sans"/>
                <w:b w:val="0"/>
                <w:sz w:val="18"/>
              </w:rPr>
              <w:t>△0.1</w:t>
            </w:r>
          </w:p>
        </w:tc>
      </w:tr>
      <w:tr>
        <w:tc>
          <w:tcPr>
            <w:tcW w:type="dxa" w:w="4986"/>
            <w:shd w:val="clear" w:fill="F7F8FA"/>
          </w:tcPr>
          <w:p>
            <w:r/>
            <w:r>
              <w:rPr>
                <w:rFonts w:eastAsia="Hiragino Sans" w:ascii="Hiragino Sans" w:hAnsi="Hiragino Sans"/>
                <w:b w:val="0"/>
                <w:sz w:val="18"/>
              </w:rPr>
              <w:t>税効果会計適用後の法人税等の負担率</w:t>
            </w:r>
          </w:p>
        </w:tc>
        <w:tc>
          <w:tcPr>
            <w:tcW w:type="dxa" w:w="4986"/>
            <w:shd w:val="clear" w:fill="F7F8FA"/>
          </w:tcPr>
          <w:p>
            <w:r/>
            <w:r>
              <w:rPr>
                <w:rFonts w:eastAsia="Hiragino Sans" w:ascii="Hiragino Sans" w:hAnsi="Hiragino Sans"/>
                <w:b w:val="0"/>
                <w:sz w:val="18"/>
              </w:rPr>
              <w:t>29.8</w:t>
            </w:r>
          </w:p>
        </w:tc>
      </w:tr>
    </w:tbl>
    <w:p>
      <w:pPr>
        <w:spacing w:after="40"/>
      </w:pPr>
    </w:p>
    <w:p>
      <w:pPr>
        <w:pStyle w:val="Heading3"/>
      </w:pPr>
      <w:r>
        <w:t>（リース取引関係）</w:t>
      </w:r>
    </w:p>
    <w:p>
      <w:pPr>
        <w:spacing w:after="80"/>
      </w:pPr>
      <w:r>
        <w:rPr>
          <w:rFonts w:eastAsia="Hiragino Sans" w:ascii="Hiragino Sans" w:hAnsi="Hiragino Sans"/>
          <w:b w:val="0"/>
          <w:i w:val="0"/>
        </w:rPr>
        <w:t>借手としてのリース取引について、「リースに関する会計基準」（企業会計基準第34号）を当連結会計年度の期首から早期適用しております。</w:t>
      </w:r>
    </w:p>
    <w:p>
      <w:pPr>
        <w:pStyle w:val="ListBullet"/>
        <w:ind w:left="240"/>
      </w:pPr>
      <w:r>
        <w:rPr>
          <w:rFonts w:eastAsia="Hiragino Sans" w:ascii="Hiragino Sans" w:hAnsi="Hiragino Sans"/>
          <w:b w:val="0"/>
          <w:sz w:val="20"/>
        </w:rPr>
        <w:t>使用権資産の内訳：土地・建物 620百万円、機械装置・車両運搬具 230百万円（合計850百万円）</w:t>
      </w:r>
    </w:p>
    <w:p>
      <w:pPr>
        <w:pStyle w:val="ListBullet"/>
        <w:ind w:left="240"/>
      </w:pPr>
      <w:r>
        <w:rPr>
          <w:rFonts w:eastAsia="Hiragino Sans" w:ascii="Hiragino Sans" w:hAnsi="Hiragino Sans"/>
          <w:b w:val="0"/>
          <w:sz w:val="20"/>
        </w:rPr>
        <w:t>リース負債の満期分析：1年以内 280百万円、1年超5年以内 480百万円、5年超 140百万円（合計900百万円）</w:t>
      </w:r>
    </w:p>
    <w:p>
      <w:pPr>
        <w:pStyle w:val="ListBullet"/>
        <w:ind w:left="240"/>
      </w:pPr>
      <w:r>
        <w:rPr>
          <w:rFonts w:eastAsia="Hiragino Sans" w:ascii="Hiragino Sans" w:hAnsi="Hiragino Sans"/>
          <w:b w:val="0"/>
          <w:sz w:val="20"/>
        </w:rPr>
        <w:t>損益に計上された金額：使用権資産の減価償却費 295百万円、リース負債に係る利息費用 12百万円、短期リース及び少額リースに係る費用 48百万円</w:t>
      </w:r>
    </w:p>
    <w:p>
      <w:pPr>
        <w:pStyle w:val="ListBullet"/>
        <w:ind w:left="240"/>
      </w:pPr>
      <w:r>
        <w:rPr>
          <w:rFonts w:eastAsia="Hiragino Sans" w:ascii="Hiragino Sans" w:hAnsi="Hiragino Sans"/>
          <w:b w:val="0"/>
          <w:sz w:val="20"/>
        </w:rPr>
        <w:t>リースに係るキャッシュ・アウトフローの合計額：302百万円</w:t>
      </w:r>
    </w:p>
    <w:p>
      <w:pPr>
        <w:pStyle w:val="Heading3"/>
      </w:pPr>
      <w:r>
        <w:t>（1株当たり情報）</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項目</w:t>
            </w:r>
          </w:p>
        </w:tc>
        <w:tc>
          <w:tcPr>
            <w:tcW w:type="dxa" w:w="3324"/>
            <w:shd w:val="clear" w:fill="24406B"/>
          </w:tcPr>
          <w:p>
            <w:r/>
            <w:r>
              <w:rPr>
                <w:rFonts w:eastAsia="Hiragino Sans" w:ascii="Hiragino Sans" w:hAnsi="Hiragino Sans"/>
                <w:b/>
                <w:color w:val="FFFFFF"/>
                <w:sz w:val="18"/>
              </w:rPr>
              <w:t>前連結会計年度</w:t>
            </w:r>
          </w:p>
        </w:tc>
        <w:tc>
          <w:tcPr>
            <w:tcW w:type="dxa" w:w="3324"/>
            <w:shd w:val="clear" w:fill="24406B"/>
          </w:tcPr>
          <w:p>
            <w:r/>
            <w:r>
              <w:rPr>
                <w:rFonts w:eastAsia="Hiragino Sans" w:ascii="Hiragino Sans" w:hAnsi="Hiragino Sans"/>
                <w:b/>
                <w:color w:val="FFFFFF"/>
                <w:sz w:val="18"/>
              </w:rPr>
              <w:t>当連結会計年度</w:t>
            </w:r>
          </w:p>
        </w:tc>
      </w:tr>
      <w:tr>
        <w:tc>
          <w:tcPr>
            <w:tcW w:type="dxa" w:w="3324"/>
          </w:tcPr>
          <w:p>
            <w:r/>
            <w:r>
              <w:rPr>
                <w:rFonts w:eastAsia="Hiragino Sans" w:ascii="Hiragino Sans" w:hAnsi="Hiragino Sans"/>
                <w:b w:val="0"/>
                <w:sz w:val="18"/>
              </w:rPr>
              <w:t>1株当たり純資産額</w:t>
            </w:r>
          </w:p>
        </w:tc>
        <w:tc>
          <w:tcPr>
            <w:tcW w:type="dxa" w:w="3324"/>
          </w:tcPr>
          <w:p>
            <w:r/>
            <w:r>
              <w:rPr>
                <w:rFonts w:eastAsia="Hiragino Sans" w:ascii="Hiragino Sans" w:hAnsi="Hiragino Sans"/>
                <w:b w:val="0"/>
                <w:sz w:val="18"/>
              </w:rPr>
              <w:t>1,468.39円</w:t>
            </w:r>
          </w:p>
        </w:tc>
        <w:tc>
          <w:tcPr>
            <w:tcW w:type="dxa" w:w="3324"/>
          </w:tcPr>
          <w:p>
            <w:r/>
            <w:r>
              <w:rPr>
                <w:rFonts w:eastAsia="Hiragino Sans" w:ascii="Hiragino Sans" w:hAnsi="Hiragino Sans"/>
                <w:b w:val="0"/>
                <w:sz w:val="18"/>
              </w:rPr>
              <w:t>1,489.06円</w:t>
            </w:r>
          </w:p>
        </w:tc>
      </w:tr>
      <w:tr>
        <w:tc>
          <w:tcPr>
            <w:tcW w:type="dxa" w:w="3324"/>
            <w:shd w:val="clear" w:fill="F7F8FA"/>
          </w:tcPr>
          <w:p>
            <w:r/>
            <w:r>
              <w:rPr>
                <w:rFonts w:eastAsia="Hiragino Sans" w:ascii="Hiragino Sans" w:hAnsi="Hiragino Sans"/>
                <w:b w:val="0"/>
                <w:sz w:val="18"/>
              </w:rPr>
              <w:t>1株当たり当期純利益</w:t>
            </w:r>
          </w:p>
        </w:tc>
        <w:tc>
          <w:tcPr>
            <w:tcW w:type="dxa" w:w="3324"/>
            <w:shd w:val="clear" w:fill="F7F8FA"/>
          </w:tcPr>
          <w:p>
            <w:r/>
            <w:r>
              <w:rPr>
                <w:rFonts w:eastAsia="Hiragino Sans" w:ascii="Hiragino Sans" w:hAnsi="Hiragino Sans"/>
                <w:b w:val="0"/>
                <w:sz w:val="18"/>
              </w:rPr>
              <w:t>99.52円</w:t>
            </w:r>
          </w:p>
        </w:tc>
        <w:tc>
          <w:tcPr>
            <w:tcW w:type="dxa" w:w="3324"/>
            <w:shd w:val="clear" w:fill="F7F8FA"/>
          </w:tcPr>
          <w:p>
            <w:r/>
            <w:r>
              <w:rPr>
                <w:rFonts w:eastAsia="Hiragino Sans" w:ascii="Hiragino Sans" w:hAnsi="Hiragino Sans"/>
                <w:b w:val="0"/>
                <w:sz w:val="18"/>
              </w:rPr>
              <w:t>108.00円</w:t>
            </w:r>
          </w:p>
        </w:tc>
      </w:tr>
      <w:tr>
        <w:tc>
          <w:tcPr>
            <w:tcW w:type="dxa" w:w="3324"/>
          </w:tcPr>
          <w:p>
            <w:r/>
            <w:r>
              <w:rPr>
                <w:rFonts w:eastAsia="Hiragino Sans" w:ascii="Hiragino Sans" w:hAnsi="Hiragino Sans"/>
                <w:b w:val="0"/>
                <w:sz w:val="18"/>
              </w:rPr>
              <w:t>潜在株式調整後1株当たり当期純利益</w:t>
            </w:r>
          </w:p>
        </w:tc>
        <w:tc>
          <w:tcPr>
            <w:tcW w:type="dxa" w:w="3324"/>
          </w:tcPr>
          <w:p>
            <w:r/>
            <w:r>
              <w:rPr>
                <w:rFonts w:eastAsia="Hiragino Sans" w:ascii="Hiragino Sans" w:hAnsi="Hiragino Sans"/>
                <w:b w:val="0"/>
                <w:sz w:val="18"/>
              </w:rPr>
              <w:t>99.43円</w:t>
            </w:r>
          </w:p>
        </w:tc>
        <w:tc>
          <w:tcPr>
            <w:tcW w:type="dxa" w:w="3324"/>
          </w:tcPr>
          <w:p>
            <w:r/>
            <w:r>
              <w:rPr>
                <w:rFonts w:eastAsia="Hiragino Sans" w:ascii="Hiragino Sans" w:hAnsi="Hiragino Sans"/>
                <w:b w:val="0"/>
                <w:sz w:val="18"/>
              </w:rPr>
              <w:t>107.87円</w:t>
            </w:r>
          </w:p>
        </w:tc>
      </w:tr>
    </w:tbl>
    <w:p>
      <w:pPr>
        <w:spacing w:after="40"/>
      </w:pPr>
    </w:p>
    <w:p>
      <w:pPr>
        <w:pStyle w:val="ListBullet"/>
        <w:ind w:left="240"/>
      </w:pPr>
      <w:r>
        <w:rPr>
          <w:rFonts w:eastAsia="Hiragino Sans" w:ascii="Hiragino Sans" w:hAnsi="Hiragino Sans"/>
          <w:b w:val="0"/>
          <w:sz w:val="20"/>
        </w:rPr>
        <w:t>（注）当期の算定上の基礎：親会社株主に帰属する当期純利益2,720百万円、普通株式の期中平均株式数25,185千株。潜在株式は第3回新株予約権（普通株式120千株・行使価額1,150円）のみであり、自己株式方式（期中平均株価1,550円）による普通株式増加数は31千株であります（前連結会計年度：期中平均株価1,420円・増加数23千株）。</w:t>
      </w:r>
    </w:p>
    <w:p>
      <w:pPr>
        <w:pStyle w:val="Heading3"/>
      </w:pPr>
      <w:r>
        <w:t>（重要な後発事象）</w:t>
      </w:r>
    </w:p>
    <w:p>
      <w:pPr>
        <w:spacing w:after="80"/>
      </w:pPr>
      <w:r>
        <w:rPr>
          <w:rFonts w:eastAsia="Hiragino Sans" w:ascii="Hiragino Sans" w:hAnsi="Hiragino Sans"/>
          <w:b w:val="0"/>
          <w:i w:val="0"/>
        </w:rPr>
        <w:t>当社は、2026年5月13日開催の取締役会において、会社法第165条第3項の規定により読み替えて適用される同法第156条の規定に基づき、資本効率の向上と株主還元の充実を目的として、自己株式取得（取得し得る株式の総数300,000株（上限）、取得価額の総額500百万円（上限）、取得期間2026年5月14日から2026年9月30日まで、市場買付）を決議いたしました。</w:t>
      </w:r>
    </w:p>
    <w:p>
      <w:pPr>
        <w:ind w:left="120"/>
        <w:shd w:val="clear" w:fill="F3F4F6"/>
        <w:pBdr>
          <w:left w:val="single" w:sz="18" w:space="6" w:color="24406B"/>
        </w:pBdr>
      </w:pPr>
      <w:r>
        <w:rPr>
          <w:rFonts w:eastAsia="Hiragino Sans" w:ascii="Hiragino Sans" w:hAnsi="Hiragino Sans"/>
          <w:b w:val="0"/>
          <w:i/>
          <w:color w:val="444444"/>
          <w:sz w:val="18"/>
        </w:rPr>
        <w:t>チェック観点: 注記相互の数値整合（セグメント資産合計＝B/S総資産、退職給付純額＝B/S計上額、税効果の負担率＝P/L実効税率）。収益認識の分解区分がセグメント・地域別売上と一致しているか。</w:t>
      </w:r>
    </w:p>
    <w:p>
      <w:pPr>
        <w:ind w:left="120"/>
        <w:shd w:val="clear" w:fill="F3F4F6"/>
        <w:pBdr>
          <w:left w:val="single" w:sz="18" w:space="6" w:color="24406B"/>
        </w:pBdr>
      </w:pPr>
      <w:r>
        <w:rPr>
          <w:rFonts w:eastAsia="Hiragino Sans" w:ascii="Hiragino Sans" w:hAnsi="Hiragino Sans"/>
          <w:b w:val="0"/>
          <w:i/>
          <w:color w:val="444444"/>
          <w:sz w:val="18"/>
        </w:rPr>
        <w:t>XBRL: 注記はテキストブロックと詳細タグ付け（DEI・個別勘定）の二重対応。セグメント表は jpcrp における OperatingSegmentsAxis のメンバー定義を確認。</w:t>
      </w:r>
    </w:p>
    <w:p>
      <w:pPr>
        <w:pStyle w:val="Heading3"/>
      </w:pPr>
      <w:r>
        <w:t>(6) 連結附属明細表</w:t>
      </w:r>
    </w:p>
    <w:p>
      <w:pPr>
        <w:spacing w:after="80"/>
      </w:pPr>
      <w:r>
        <w:rPr>
          <w:rFonts w:eastAsia="Hiragino Sans" w:ascii="Hiragino Sans" w:hAnsi="Hiragino Sans"/>
          <w:b/>
          <w:i w:val="0"/>
        </w:rPr>
        <w:t>社債明細表</w:t>
      </w:r>
      <w:r>
        <w:rPr>
          <w:rFonts w:eastAsia="Hiragino Sans" w:ascii="Hiragino Sans" w:hAnsi="Hiragino Sans"/>
          <w:b w:val="0"/>
          <w:i w:val="0"/>
        </w:rPr>
        <w:t>：該当事項はありません。</w:t>
      </w:r>
    </w:p>
    <w:p>
      <w:pPr>
        <w:spacing w:after="80"/>
      </w:pPr>
      <w:r>
        <w:rPr>
          <w:rFonts w:eastAsia="Hiragino Sans" w:ascii="Hiragino Sans" w:hAnsi="Hiragino Sans"/>
          <w:b/>
          <w:i w:val="0"/>
        </w:rPr>
        <w:t>借入金等明細表</w:t>
      </w:r>
      <w:r>
        <w:rPr>
          <w:rFonts w:eastAsia="Hiragino Sans" w:ascii="Hiragino Sans" w:hAnsi="Hiragino Sans"/>
          <w:b w:val="0"/>
          <w:i w:val="0"/>
        </w:rPr>
        <w:t>（単位：百万円）</w:t>
      </w:r>
    </w:p>
    <w:tbl>
      <w:tblPr>
        <w:tblStyle w:val="TableGrid"/>
        <w:tblW w:type="auto" w:w="0"/>
        <w:jc w:val="center"/>
        <w:tblLayout w:type="autofit"/>
        <w:tblLook w:firstColumn="1" w:firstRow="1" w:lastColumn="0" w:lastRow="0" w:noHBand="0" w:noVBand="1" w:val="04A0"/>
      </w:tblPr>
      <w:tblGrid>
        <w:gridCol w:w="1994"/>
        <w:gridCol w:w="1994"/>
        <w:gridCol w:w="1994"/>
        <w:gridCol w:w="1994"/>
        <w:gridCol w:w="1994"/>
      </w:tblGrid>
      <w:tr>
        <w:tc>
          <w:tcPr>
            <w:tcW w:type="dxa" w:w="1994"/>
            <w:shd w:val="clear" w:fill="24406B"/>
          </w:tcPr>
          <w:p>
            <w:r/>
            <w:r>
              <w:rPr>
                <w:rFonts w:eastAsia="Hiragino Sans" w:ascii="Hiragino Sans" w:hAnsi="Hiragino Sans"/>
                <w:b/>
                <w:color w:val="FFFFFF"/>
                <w:sz w:val="18"/>
              </w:rPr>
              <w:t>区分</w:t>
            </w:r>
          </w:p>
        </w:tc>
        <w:tc>
          <w:tcPr>
            <w:tcW w:type="dxa" w:w="1994"/>
            <w:shd w:val="clear" w:fill="24406B"/>
          </w:tcPr>
          <w:p>
            <w:r/>
            <w:r>
              <w:rPr>
                <w:rFonts w:eastAsia="Hiragino Sans" w:ascii="Hiragino Sans" w:hAnsi="Hiragino Sans"/>
                <w:b/>
                <w:color w:val="FFFFFF"/>
                <w:sz w:val="18"/>
              </w:rPr>
              <w:t>当期首残高</w:t>
            </w:r>
          </w:p>
        </w:tc>
        <w:tc>
          <w:tcPr>
            <w:tcW w:type="dxa" w:w="1994"/>
            <w:shd w:val="clear" w:fill="24406B"/>
          </w:tcPr>
          <w:p>
            <w:r/>
            <w:r>
              <w:rPr>
                <w:rFonts w:eastAsia="Hiragino Sans" w:ascii="Hiragino Sans" w:hAnsi="Hiragino Sans"/>
                <w:b/>
                <w:color w:val="FFFFFF"/>
                <w:sz w:val="18"/>
              </w:rPr>
              <w:t>当期末残高</w:t>
            </w:r>
          </w:p>
        </w:tc>
        <w:tc>
          <w:tcPr>
            <w:tcW w:type="dxa" w:w="1994"/>
            <w:shd w:val="clear" w:fill="24406B"/>
          </w:tcPr>
          <w:p>
            <w:r/>
            <w:r>
              <w:rPr>
                <w:rFonts w:eastAsia="Hiragino Sans" w:ascii="Hiragino Sans" w:hAnsi="Hiragino Sans"/>
                <w:b/>
                <w:color w:val="FFFFFF"/>
                <w:sz w:val="18"/>
              </w:rPr>
              <w:t>平均利率(%)</w:t>
            </w:r>
          </w:p>
        </w:tc>
        <w:tc>
          <w:tcPr>
            <w:tcW w:type="dxa" w:w="1994"/>
            <w:shd w:val="clear" w:fill="24406B"/>
          </w:tcPr>
          <w:p>
            <w:r/>
            <w:r>
              <w:rPr>
                <w:rFonts w:eastAsia="Hiragino Sans" w:ascii="Hiragino Sans" w:hAnsi="Hiragino Sans"/>
                <w:b/>
                <w:color w:val="FFFFFF"/>
                <w:sz w:val="18"/>
              </w:rPr>
              <w:t>返済期限</w:t>
            </w:r>
          </w:p>
        </w:tc>
      </w:tr>
      <w:tr>
        <w:tc>
          <w:tcPr>
            <w:tcW w:type="dxa" w:w="1994"/>
          </w:tcPr>
          <w:p>
            <w:r/>
            <w:r>
              <w:rPr>
                <w:rFonts w:eastAsia="Hiragino Sans" w:ascii="Hiragino Sans" w:hAnsi="Hiragino Sans"/>
                <w:b w:val="0"/>
                <w:sz w:val="18"/>
              </w:rPr>
              <w:t>短期借入金</w:t>
            </w:r>
          </w:p>
        </w:tc>
        <w:tc>
          <w:tcPr>
            <w:tcW w:type="dxa" w:w="1994"/>
          </w:tcPr>
          <w:p>
            <w:r/>
            <w:r>
              <w:rPr>
                <w:rFonts w:eastAsia="Hiragino Sans" w:ascii="Hiragino Sans" w:hAnsi="Hiragino Sans"/>
                <w:b w:val="0"/>
                <w:sz w:val="18"/>
              </w:rPr>
              <w:t>2,000</w:t>
            </w:r>
          </w:p>
        </w:tc>
        <w:tc>
          <w:tcPr>
            <w:tcW w:type="dxa" w:w="1994"/>
          </w:tcPr>
          <w:p>
            <w:r/>
            <w:r>
              <w:rPr>
                <w:rFonts w:eastAsia="Hiragino Sans" w:ascii="Hiragino Sans" w:hAnsi="Hiragino Sans"/>
                <w:b w:val="0"/>
                <w:sz w:val="18"/>
              </w:rPr>
              <w:t>1,800</w:t>
            </w:r>
          </w:p>
        </w:tc>
        <w:tc>
          <w:tcPr>
            <w:tcW w:type="dxa" w:w="1994"/>
          </w:tcPr>
          <w:p>
            <w:r/>
            <w:r>
              <w:rPr>
                <w:rFonts w:eastAsia="Hiragino Sans" w:ascii="Hiragino Sans" w:hAnsi="Hiragino Sans"/>
                <w:b w:val="0"/>
                <w:sz w:val="18"/>
              </w:rPr>
              <w:t>0.82</w:t>
            </w:r>
          </w:p>
        </w:tc>
        <w:tc>
          <w:tcPr>
            <w:tcW w:type="dxa" w:w="1994"/>
          </w:tcPr>
          <w:p>
            <w:r/>
            <w:r>
              <w:rPr>
                <w:rFonts w:eastAsia="Hiragino Sans" w:ascii="Hiragino Sans" w:hAnsi="Hiragino Sans"/>
                <w:b w:val="0"/>
                <w:sz w:val="18"/>
              </w:rPr>
              <w:t>—</w:t>
            </w:r>
          </w:p>
        </w:tc>
      </w:tr>
      <w:tr>
        <w:tc>
          <w:tcPr>
            <w:tcW w:type="dxa" w:w="1994"/>
            <w:shd w:val="clear" w:fill="F7F8FA"/>
          </w:tcPr>
          <w:p>
            <w:r/>
            <w:r>
              <w:rPr>
                <w:rFonts w:eastAsia="Hiragino Sans" w:ascii="Hiragino Sans" w:hAnsi="Hiragino Sans"/>
                <w:b w:val="0"/>
                <w:sz w:val="18"/>
              </w:rPr>
              <w:t>1年以内に返済予定の長期借入金</w:t>
            </w:r>
          </w:p>
        </w:tc>
        <w:tc>
          <w:tcPr>
            <w:tcW w:type="dxa" w:w="1994"/>
            <w:shd w:val="clear" w:fill="F7F8FA"/>
          </w:tcPr>
          <w:p>
            <w:r/>
            <w:r>
              <w:rPr>
                <w:rFonts w:eastAsia="Hiragino Sans" w:ascii="Hiragino Sans" w:hAnsi="Hiragino Sans"/>
                <w:b w:val="0"/>
                <w:sz w:val="18"/>
              </w:rPr>
              <w:t>920</w:t>
            </w:r>
          </w:p>
        </w:tc>
        <w:tc>
          <w:tcPr>
            <w:tcW w:type="dxa" w:w="1994"/>
            <w:shd w:val="clear" w:fill="F7F8FA"/>
          </w:tcPr>
          <w:p>
            <w:r/>
            <w:r>
              <w:rPr>
                <w:rFonts w:eastAsia="Hiragino Sans" w:ascii="Hiragino Sans" w:hAnsi="Hiragino Sans"/>
                <w:b w:val="0"/>
                <w:sz w:val="18"/>
              </w:rPr>
              <w:t>900</w:t>
            </w:r>
          </w:p>
        </w:tc>
        <w:tc>
          <w:tcPr>
            <w:tcW w:type="dxa" w:w="1994"/>
            <w:shd w:val="clear" w:fill="F7F8FA"/>
          </w:tcPr>
          <w:p>
            <w:r/>
            <w:r>
              <w:rPr>
                <w:rFonts w:eastAsia="Hiragino Sans" w:ascii="Hiragino Sans" w:hAnsi="Hiragino Sans"/>
                <w:b w:val="0"/>
                <w:sz w:val="18"/>
              </w:rPr>
              <w:t>0.65</w:t>
            </w:r>
          </w:p>
        </w:tc>
        <w:tc>
          <w:tcPr>
            <w:tcW w:type="dxa" w:w="1994"/>
            <w:shd w:val="clear" w:fill="F7F8FA"/>
          </w:tcPr>
          <w:p>
            <w:r/>
            <w:r>
              <w:rPr>
                <w:rFonts w:eastAsia="Hiragino Sans" w:ascii="Hiragino Sans" w:hAnsi="Hiragino Sans"/>
                <w:b w:val="0"/>
                <w:sz w:val="18"/>
              </w:rPr>
              <w:t>—</w:t>
            </w:r>
          </w:p>
        </w:tc>
      </w:tr>
      <w:tr>
        <w:tc>
          <w:tcPr>
            <w:tcW w:type="dxa" w:w="1994"/>
          </w:tcPr>
          <w:p>
            <w:r/>
            <w:r>
              <w:rPr>
                <w:rFonts w:eastAsia="Hiragino Sans" w:ascii="Hiragino Sans" w:hAnsi="Hiragino Sans"/>
                <w:b w:val="0"/>
                <w:sz w:val="18"/>
              </w:rPr>
              <w:t>1年以内に返済予定のリース債務</w:t>
            </w:r>
          </w:p>
        </w:tc>
        <w:tc>
          <w:tcPr>
            <w:tcW w:type="dxa" w:w="1994"/>
          </w:tcPr>
          <w:p>
            <w:r/>
            <w:r>
              <w:rPr>
                <w:rFonts w:eastAsia="Hiragino Sans" w:ascii="Hiragino Sans" w:hAnsi="Hiragino Sans"/>
                <w:b w:val="0"/>
                <w:sz w:val="18"/>
              </w:rPr>
              <w:t>90</w:t>
            </w:r>
          </w:p>
        </w:tc>
        <w:tc>
          <w:tcPr>
            <w:tcW w:type="dxa" w:w="1994"/>
          </w:tcPr>
          <w:p>
            <w:r/>
            <w:r>
              <w:rPr>
                <w:rFonts w:eastAsia="Hiragino Sans" w:ascii="Hiragino Sans" w:hAnsi="Hiragino Sans"/>
                <w:b w:val="0"/>
                <w:sz w:val="18"/>
              </w:rPr>
              <w:t>280</w:t>
            </w:r>
          </w:p>
        </w:tc>
        <w:tc>
          <w:tcPr>
            <w:tcW w:type="dxa" w:w="1994"/>
          </w:tcPr>
          <w:p>
            <w:r/>
            <w:r>
              <w:rPr>
                <w:rFonts w:eastAsia="Hiragino Sans" w:ascii="Hiragino Sans" w:hAnsi="Hiragino Sans"/>
                <w:b w:val="0"/>
                <w:sz w:val="18"/>
              </w:rPr>
              <w:t>1.10</w:t>
            </w:r>
          </w:p>
        </w:tc>
        <w:tc>
          <w:tcPr>
            <w:tcW w:type="dxa" w:w="1994"/>
          </w:tcPr>
          <w:p>
            <w:r/>
            <w:r>
              <w:rPr>
                <w:rFonts w:eastAsia="Hiragino Sans" w:ascii="Hiragino Sans" w:hAnsi="Hiragino Sans"/>
                <w:b w:val="0"/>
                <w:sz w:val="18"/>
              </w:rPr>
              <w:t>—</w:t>
            </w:r>
          </w:p>
        </w:tc>
      </w:tr>
      <w:tr>
        <w:tc>
          <w:tcPr>
            <w:tcW w:type="dxa" w:w="1994"/>
            <w:shd w:val="clear" w:fill="F7F8FA"/>
          </w:tcPr>
          <w:p>
            <w:r/>
            <w:r>
              <w:rPr>
                <w:rFonts w:eastAsia="Hiragino Sans" w:ascii="Hiragino Sans" w:hAnsi="Hiragino Sans"/>
                <w:b w:val="0"/>
                <w:sz w:val="18"/>
              </w:rPr>
              <w:t>長期借入金（1年以内に返済予定のものを除く）</w:t>
            </w:r>
          </w:p>
        </w:tc>
        <w:tc>
          <w:tcPr>
            <w:tcW w:type="dxa" w:w="1994"/>
            <w:shd w:val="clear" w:fill="F7F8FA"/>
          </w:tcPr>
          <w:p>
            <w:r/>
            <w:r>
              <w:rPr>
                <w:rFonts w:eastAsia="Hiragino Sans" w:ascii="Hiragino Sans" w:hAnsi="Hiragino Sans"/>
                <w:b w:val="0"/>
                <w:sz w:val="18"/>
              </w:rPr>
              <w:t>3,720</w:t>
            </w:r>
          </w:p>
        </w:tc>
        <w:tc>
          <w:tcPr>
            <w:tcW w:type="dxa" w:w="1994"/>
            <w:shd w:val="clear" w:fill="F7F8FA"/>
          </w:tcPr>
          <w:p>
            <w:r/>
            <w:r>
              <w:rPr>
                <w:rFonts w:eastAsia="Hiragino Sans" w:ascii="Hiragino Sans" w:hAnsi="Hiragino Sans"/>
                <w:b w:val="0"/>
                <w:sz w:val="18"/>
              </w:rPr>
              <w:t>3,600</w:t>
            </w:r>
          </w:p>
        </w:tc>
        <w:tc>
          <w:tcPr>
            <w:tcW w:type="dxa" w:w="1994"/>
            <w:shd w:val="clear" w:fill="F7F8FA"/>
          </w:tcPr>
          <w:p>
            <w:r/>
            <w:r>
              <w:rPr>
                <w:rFonts w:eastAsia="Hiragino Sans" w:ascii="Hiragino Sans" w:hAnsi="Hiragino Sans"/>
                <w:b w:val="0"/>
                <w:sz w:val="18"/>
              </w:rPr>
              <w:t>0.68</w:t>
            </w:r>
          </w:p>
        </w:tc>
        <w:tc>
          <w:tcPr>
            <w:tcW w:type="dxa" w:w="1994"/>
            <w:shd w:val="clear" w:fill="F7F8FA"/>
          </w:tcPr>
          <w:p>
            <w:r/>
            <w:r>
              <w:rPr>
                <w:rFonts w:eastAsia="Hiragino Sans" w:ascii="Hiragino Sans" w:hAnsi="Hiragino Sans"/>
                <w:b w:val="0"/>
                <w:sz w:val="18"/>
              </w:rPr>
              <w:t>2027年4月〜2032年3月</w:t>
            </w:r>
          </w:p>
        </w:tc>
      </w:tr>
      <w:tr>
        <w:tc>
          <w:tcPr>
            <w:tcW w:type="dxa" w:w="1994"/>
          </w:tcPr>
          <w:p>
            <w:r/>
            <w:r>
              <w:rPr>
                <w:rFonts w:eastAsia="Hiragino Sans" w:ascii="Hiragino Sans" w:hAnsi="Hiragino Sans"/>
                <w:b w:val="0"/>
                <w:sz w:val="18"/>
              </w:rPr>
              <w:t>リース債務（1年以内に返済予定のものを除く）</w:t>
            </w:r>
          </w:p>
        </w:tc>
        <w:tc>
          <w:tcPr>
            <w:tcW w:type="dxa" w:w="1994"/>
          </w:tcPr>
          <w:p>
            <w:r/>
            <w:r>
              <w:rPr>
                <w:rFonts w:eastAsia="Hiragino Sans" w:ascii="Hiragino Sans" w:hAnsi="Hiragino Sans"/>
                <w:b w:val="0"/>
                <w:sz w:val="18"/>
              </w:rPr>
              <w:t>230</w:t>
            </w:r>
          </w:p>
        </w:tc>
        <w:tc>
          <w:tcPr>
            <w:tcW w:type="dxa" w:w="1994"/>
          </w:tcPr>
          <w:p>
            <w:r/>
            <w:r>
              <w:rPr>
                <w:rFonts w:eastAsia="Hiragino Sans" w:ascii="Hiragino Sans" w:hAnsi="Hiragino Sans"/>
                <w:b w:val="0"/>
                <w:sz w:val="18"/>
              </w:rPr>
              <w:t>620</w:t>
            </w:r>
          </w:p>
        </w:tc>
        <w:tc>
          <w:tcPr>
            <w:tcW w:type="dxa" w:w="1994"/>
          </w:tcPr>
          <w:p>
            <w:r/>
            <w:r>
              <w:rPr>
                <w:rFonts w:eastAsia="Hiragino Sans" w:ascii="Hiragino Sans" w:hAnsi="Hiragino Sans"/>
                <w:b w:val="0"/>
                <w:sz w:val="18"/>
              </w:rPr>
              <w:t>1.10</w:t>
            </w:r>
          </w:p>
        </w:tc>
        <w:tc>
          <w:tcPr>
            <w:tcW w:type="dxa" w:w="1994"/>
          </w:tcPr>
          <w:p>
            <w:r/>
            <w:r>
              <w:rPr>
                <w:rFonts w:eastAsia="Hiragino Sans" w:ascii="Hiragino Sans" w:hAnsi="Hiragino Sans"/>
                <w:b w:val="0"/>
                <w:sz w:val="18"/>
              </w:rPr>
              <w:t>2027年4月〜2034年3月</w:t>
            </w:r>
          </w:p>
        </w:tc>
      </w:tr>
      <w:tr>
        <w:tc>
          <w:tcPr>
            <w:tcW w:type="dxa" w:w="1994"/>
            <w:shd w:val="clear" w:fill="F7F8FA"/>
          </w:tcPr>
          <w:p>
            <w:r/>
            <w:r>
              <w:rPr>
                <w:rFonts w:eastAsia="Hiragino Sans" w:ascii="Hiragino Sans" w:hAnsi="Hiragino Sans"/>
                <w:b w:val="0"/>
                <w:sz w:val="18"/>
              </w:rPr>
              <w:t>合計</w:t>
            </w:r>
          </w:p>
        </w:tc>
        <w:tc>
          <w:tcPr>
            <w:tcW w:type="dxa" w:w="1994"/>
            <w:shd w:val="clear" w:fill="F7F8FA"/>
          </w:tcPr>
          <w:p>
            <w:r/>
            <w:r>
              <w:rPr>
                <w:rFonts w:eastAsia="Hiragino Sans" w:ascii="Hiragino Sans" w:hAnsi="Hiragino Sans"/>
                <w:b w:val="0"/>
                <w:sz w:val="18"/>
              </w:rPr>
              <w:t>6,960</w:t>
            </w:r>
          </w:p>
        </w:tc>
        <w:tc>
          <w:tcPr>
            <w:tcW w:type="dxa" w:w="1994"/>
            <w:shd w:val="clear" w:fill="F7F8FA"/>
          </w:tcPr>
          <w:p>
            <w:r/>
            <w:r>
              <w:rPr>
                <w:rFonts w:eastAsia="Hiragino Sans" w:ascii="Hiragino Sans" w:hAnsi="Hiragino Sans"/>
                <w:b w:val="0"/>
                <w:sz w:val="18"/>
              </w:rPr>
              <w:t>7,200</w:t>
            </w:r>
          </w:p>
        </w:tc>
        <w:tc>
          <w:tcPr>
            <w:tcW w:type="dxa" w:w="1994"/>
            <w:shd w:val="clear" w:fill="F7F8FA"/>
          </w:tcPr>
          <w:p>
            <w:r/>
            <w:r>
              <w:rPr>
                <w:rFonts w:eastAsia="Hiragino Sans" w:ascii="Hiragino Sans" w:hAnsi="Hiragino Sans"/>
                <w:b w:val="0"/>
                <w:sz w:val="18"/>
              </w:rPr>
              <w:t>—</w:t>
            </w:r>
          </w:p>
        </w:tc>
        <w:tc>
          <w:tcPr>
            <w:tcW w:type="dxa" w:w="1994"/>
            <w:shd w:val="clear" w:fill="F7F8FA"/>
          </w:tcPr>
          <w:p>
            <w:r/>
            <w:r>
              <w:rPr>
                <w:rFonts w:eastAsia="Hiragino Sans" w:ascii="Hiragino Sans" w:hAnsi="Hiragino Sans"/>
                <w:b w:val="0"/>
                <w:sz w:val="18"/>
              </w:rPr>
              <w:t>—</w:t>
            </w:r>
          </w:p>
        </w:tc>
      </w:tr>
    </w:tbl>
    <w:p>
      <w:pPr>
        <w:spacing w:after="40"/>
      </w:pPr>
    </w:p>
    <w:p>
      <w:pPr>
        <w:pStyle w:val="ListBullet"/>
        <w:ind w:left="240"/>
      </w:pPr>
      <w:r>
        <w:rPr>
          <w:rFonts w:eastAsia="Hiragino Sans" w:ascii="Hiragino Sans" w:hAnsi="Hiragino Sans"/>
          <w:b w:val="0"/>
          <w:sz w:val="20"/>
        </w:rPr>
        <w:t>（注）1. 平均利率は期末残高に対する加重平均利率であります。リース債務の平均利率は、リース負債の測定に用いた割引率の加重平均であります。</w:t>
      </w:r>
    </w:p>
    <w:p>
      <w:pPr>
        <w:pStyle w:val="ListBullet"/>
        <w:ind w:left="240"/>
      </w:pPr>
      <w:r>
        <w:rPr>
          <w:rFonts w:eastAsia="Hiragino Sans" w:ascii="Hiragino Sans" w:hAnsi="Hiragino Sans"/>
          <w:b w:val="0"/>
          <w:sz w:val="20"/>
        </w:rPr>
        <w:t>（注）2. 長期借入金及びリース債務（1年以内に返済予定のものを除く）の連結決算日後5年間の返済予定額は次のとおりであります。</w:t>
      </w:r>
    </w:p>
    <w:tbl>
      <w:tblPr>
        <w:tblStyle w:val="TableGrid"/>
        <w:tblW w:type="auto" w:w="0"/>
        <w:jc w:val="center"/>
        <w:tblLayout w:type="autofit"/>
        <w:tblLook w:firstColumn="1" w:firstRow="1" w:lastColumn="0" w:lastRow="0" w:noHBand="0" w:noVBand="1" w:val="04A0"/>
      </w:tblPr>
      <w:tblGrid>
        <w:gridCol w:w="1662"/>
        <w:gridCol w:w="1662"/>
        <w:gridCol w:w="1662"/>
        <w:gridCol w:w="1662"/>
        <w:gridCol w:w="1662"/>
        <w:gridCol w:w="1662"/>
      </w:tblGrid>
      <w:tr>
        <w:tc>
          <w:tcPr>
            <w:tcW w:type="dxa" w:w="1662"/>
            <w:shd w:val="clear" w:fill="24406B"/>
          </w:tcPr>
          <w:p>
            <w:r/>
            <w:r>
              <w:rPr>
                <w:rFonts w:eastAsia="Hiragino Sans" w:ascii="Hiragino Sans" w:hAnsi="Hiragino Sans"/>
                <w:b/>
                <w:color w:val="FFFFFF"/>
                <w:sz w:val="18"/>
              </w:rPr>
              <w:t>区分</w:t>
            </w:r>
          </w:p>
        </w:tc>
        <w:tc>
          <w:tcPr>
            <w:tcW w:type="dxa" w:w="1662"/>
            <w:shd w:val="clear" w:fill="24406B"/>
          </w:tcPr>
          <w:p>
            <w:r/>
            <w:r>
              <w:rPr>
                <w:rFonts w:eastAsia="Hiragino Sans" w:ascii="Hiragino Sans" w:hAnsi="Hiragino Sans"/>
                <w:b/>
                <w:color w:val="FFFFFF"/>
                <w:sz w:val="18"/>
              </w:rPr>
              <w:t>1年超2年以内</w:t>
            </w:r>
          </w:p>
        </w:tc>
        <w:tc>
          <w:tcPr>
            <w:tcW w:type="dxa" w:w="1662"/>
            <w:shd w:val="clear" w:fill="24406B"/>
          </w:tcPr>
          <w:p>
            <w:r/>
            <w:r>
              <w:rPr>
                <w:rFonts w:eastAsia="Hiragino Sans" w:ascii="Hiragino Sans" w:hAnsi="Hiragino Sans"/>
                <w:b/>
                <w:color w:val="FFFFFF"/>
                <w:sz w:val="18"/>
              </w:rPr>
              <w:t>2年超3年以内</w:t>
            </w:r>
          </w:p>
        </w:tc>
        <w:tc>
          <w:tcPr>
            <w:tcW w:type="dxa" w:w="1662"/>
            <w:shd w:val="clear" w:fill="24406B"/>
          </w:tcPr>
          <w:p>
            <w:r/>
            <w:r>
              <w:rPr>
                <w:rFonts w:eastAsia="Hiragino Sans" w:ascii="Hiragino Sans" w:hAnsi="Hiragino Sans"/>
                <w:b/>
                <w:color w:val="FFFFFF"/>
                <w:sz w:val="18"/>
              </w:rPr>
              <w:t>3年超4年以内</w:t>
            </w:r>
          </w:p>
        </w:tc>
        <w:tc>
          <w:tcPr>
            <w:tcW w:type="dxa" w:w="1662"/>
            <w:shd w:val="clear" w:fill="24406B"/>
          </w:tcPr>
          <w:p>
            <w:r/>
            <w:r>
              <w:rPr>
                <w:rFonts w:eastAsia="Hiragino Sans" w:ascii="Hiragino Sans" w:hAnsi="Hiragino Sans"/>
                <w:b/>
                <w:color w:val="FFFFFF"/>
                <w:sz w:val="18"/>
              </w:rPr>
              <w:t>4年超5年以内</w:t>
            </w:r>
          </w:p>
        </w:tc>
        <w:tc>
          <w:tcPr>
            <w:tcW w:type="dxa" w:w="1662"/>
            <w:shd w:val="clear" w:fill="24406B"/>
          </w:tcPr>
          <w:p>
            <w:r/>
            <w:r>
              <w:rPr>
                <w:rFonts w:eastAsia="Hiragino Sans" w:ascii="Hiragino Sans" w:hAnsi="Hiragino Sans"/>
                <w:b/>
                <w:color w:val="FFFFFF"/>
                <w:sz w:val="18"/>
              </w:rPr>
              <w:t>5年超</w:t>
            </w:r>
          </w:p>
        </w:tc>
      </w:tr>
      <w:tr>
        <w:tc>
          <w:tcPr>
            <w:tcW w:type="dxa" w:w="1662"/>
          </w:tcPr>
          <w:p>
            <w:r/>
            <w:r>
              <w:rPr>
                <w:rFonts w:eastAsia="Hiragino Sans" w:ascii="Hiragino Sans" w:hAnsi="Hiragino Sans"/>
                <w:b w:val="0"/>
                <w:sz w:val="18"/>
              </w:rPr>
              <w:t>長期借入金</w:t>
            </w:r>
          </w:p>
        </w:tc>
        <w:tc>
          <w:tcPr>
            <w:tcW w:type="dxa" w:w="1662"/>
          </w:tcPr>
          <w:p>
            <w:r/>
            <w:r>
              <w:rPr>
                <w:rFonts w:eastAsia="Hiragino Sans" w:ascii="Hiragino Sans" w:hAnsi="Hiragino Sans"/>
                <w:b w:val="0"/>
                <w:sz w:val="18"/>
              </w:rPr>
              <w:t>850</w:t>
            </w:r>
          </w:p>
        </w:tc>
        <w:tc>
          <w:tcPr>
            <w:tcW w:type="dxa" w:w="1662"/>
          </w:tcPr>
          <w:p>
            <w:r/>
            <w:r>
              <w:rPr>
                <w:rFonts w:eastAsia="Hiragino Sans" w:ascii="Hiragino Sans" w:hAnsi="Hiragino Sans"/>
                <w:b w:val="0"/>
                <w:sz w:val="18"/>
              </w:rPr>
              <w:t>820</w:t>
            </w:r>
          </w:p>
        </w:tc>
        <w:tc>
          <w:tcPr>
            <w:tcW w:type="dxa" w:w="1662"/>
          </w:tcPr>
          <w:p>
            <w:r/>
            <w:r>
              <w:rPr>
                <w:rFonts w:eastAsia="Hiragino Sans" w:ascii="Hiragino Sans" w:hAnsi="Hiragino Sans"/>
                <w:b w:val="0"/>
                <w:sz w:val="18"/>
              </w:rPr>
              <w:t>780</w:t>
            </w:r>
          </w:p>
        </w:tc>
        <w:tc>
          <w:tcPr>
            <w:tcW w:type="dxa" w:w="1662"/>
          </w:tcPr>
          <w:p>
            <w:r/>
            <w:r>
              <w:rPr>
                <w:rFonts w:eastAsia="Hiragino Sans" w:ascii="Hiragino Sans" w:hAnsi="Hiragino Sans"/>
                <w:b w:val="0"/>
                <w:sz w:val="18"/>
              </w:rPr>
              <w:t>650</w:t>
            </w:r>
          </w:p>
        </w:tc>
        <w:tc>
          <w:tcPr>
            <w:tcW w:type="dxa" w:w="1662"/>
          </w:tcPr>
          <w:p>
            <w:r/>
            <w:r>
              <w:rPr>
                <w:rFonts w:eastAsia="Hiragino Sans" w:ascii="Hiragino Sans" w:hAnsi="Hiragino Sans"/>
                <w:b w:val="0"/>
                <w:sz w:val="18"/>
              </w:rPr>
              <w:t>500</w:t>
            </w:r>
          </w:p>
        </w:tc>
      </w:tr>
      <w:tr>
        <w:tc>
          <w:tcPr>
            <w:tcW w:type="dxa" w:w="1662"/>
            <w:shd w:val="clear" w:fill="F7F8FA"/>
          </w:tcPr>
          <w:p>
            <w:r/>
            <w:r>
              <w:rPr>
                <w:rFonts w:eastAsia="Hiragino Sans" w:ascii="Hiragino Sans" w:hAnsi="Hiragino Sans"/>
                <w:b w:val="0"/>
                <w:sz w:val="18"/>
              </w:rPr>
              <w:t>リース債務</w:t>
            </w:r>
          </w:p>
        </w:tc>
        <w:tc>
          <w:tcPr>
            <w:tcW w:type="dxa" w:w="1662"/>
            <w:shd w:val="clear" w:fill="F7F8FA"/>
          </w:tcPr>
          <w:p>
            <w:r/>
            <w:r>
              <w:rPr>
                <w:rFonts w:eastAsia="Hiragino Sans" w:ascii="Hiragino Sans" w:hAnsi="Hiragino Sans"/>
                <w:b w:val="0"/>
                <w:sz w:val="18"/>
              </w:rPr>
              <w:t>180</w:t>
            </w:r>
          </w:p>
        </w:tc>
        <w:tc>
          <w:tcPr>
            <w:tcW w:type="dxa" w:w="1662"/>
            <w:shd w:val="clear" w:fill="F7F8FA"/>
          </w:tcPr>
          <w:p>
            <w:r/>
            <w:r>
              <w:rPr>
                <w:rFonts w:eastAsia="Hiragino Sans" w:ascii="Hiragino Sans" w:hAnsi="Hiragino Sans"/>
                <w:b w:val="0"/>
                <w:sz w:val="18"/>
              </w:rPr>
              <w:t>130</w:t>
            </w:r>
          </w:p>
        </w:tc>
        <w:tc>
          <w:tcPr>
            <w:tcW w:type="dxa" w:w="1662"/>
            <w:shd w:val="clear" w:fill="F7F8FA"/>
          </w:tcPr>
          <w:p>
            <w:r/>
            <w:r>
              <w:rPr>
                <w:rFonts w:eastAsia="Hiragino Sans" w:ascii="Hiragino Sans" w:hAnsi="Hiragino Sans"/>
                <w:b w:val="0"/>
                <w:sz w:val="18"/>
              </w:rPr>
              <w:t>100</w:t>
            </w:r>
          </w:p>
        </w:tc>
        <w:tc>
          <w:tcPr>
            <w:tcW w:type="dxa" w:w="1662"/>
            <w:shd w:val="clear" w:fill="F7F8FA"/>
          </w:tcPr>
          <w:p>
            <w:r/>
            <w:r>
              <w:rPr>
                <w:rFonts w:eastAsia="Hiragino Sans" w:ascii="Hiragino Sans" w:hAnsi="Hiragino Sans"/>
                <w:b w:val="0"/>
                <w:sz w:val="18"/>
              </w:rPr>
              <w:t>70</w:t>
            </w:r>
          </w:p>
        </w:tc>
        <w:tc>
          <w:tcPr>
            <w:tcW w:type="dxa" w:w="1662"/>
            <w:shd w:val="clear" w:fill="F7F8FA"/>
          </w:tcPr>
          <w:p>
            <w:r/>
            <w:r>
              <w:rPr>
                <w:rFonts w:eastAsia="Hiragino Sans" w:ascii="Hiragino Sans" w:hAnsi="Hiragino Sans"/>
                <w:b w:val="0"/>
                <w:sz w:val="18"/>
              </w:rPr>
              <w:t>140</w:t>
            </w:r>
          </w:p>
        </w:tc>
      </w:tr>
    </w:tbl>
    <w:p>
      <w:pPr>
        <w:spacing w:after="40"/>
      </w:pPr>
    </w:p>
    <w:p>
      <w:pPr>
        <w:spacing w:after="80"/>
      </w:pPr>
      <w:r>
        <w:rPr>
          <w:rFonts w:eastAsia="Hiragino Sans" w:ascii="Hiragino Sans" w:hAnsi="Hiragino Sans"/>
          <w:b/>
          <w:i w:val="0"/>
        </w:rPr>
        <w:t>資産除去債務明細表</w:t>
      </w:r>
      <w:r>
        <w:rPr>
          <w:rFonts w:eastAsia="Hiragino Sans" w:ascii="Hiragino Sans" w:hAnsi="Hiragino Sans"/>
          <w:b w:val="0"/>
          <w:i w:val="0"/>
        </w:rPr>
        <w:t>（単位：百万円）</w:t>
      </w:r>
    </w:p>
    <w:tbl>
      <w:tblPr>
        <w:tblStyle w:val="TableGrid"/>
        <w:tblW w:type="auto" w:w="0"/>
        <w:jc w:val="center"/>
        <w:tblLayout w:type="autofit"/>
        <w:tblLook w:firstColumn="1" w:firstRow="1" w:lastColumn="0" w:lastRow="0" w:noHBand="0" w:noVBand="1" w:val="04A0"/>
      </w:tblPr>
      <w:tblGrid>
        <w:gridCol w:w="1994"/>
        <w:gridCol w:w="1994"/>
        <w:gridCol w:w="1994"/>
        <w:gridCol w:w="1994"/>
        <w:gridCol w:w="1994"/>
      </w:tblGrid>
      <w:tr>
        <w:tc>
          <w:tcPr>
            <w:tcW w:type="dxa" w:w="1994"/>
            <w:shd w:val="clear" w:fill="24406B"/>
          </w:tcPr>
          <w:p>
            <w:r/>
            <w:r>
              <w:rPr>
                <w:rFonts w:eastAsia="Hiragino Sans" w:ascii="Hiragino Sans" w:hAnsi="Hiragino Sans"/>
                <w:b/>
                <w:color w:val="FFFFFF"/>
                <w:sz w:val="18"/>
              </w:rPr>
              <w:t>区分</w:t>
            </w:r>
          </w:p>
        </w:tc>
        <w:tc>
          <w:tcPr>
            <w:tcW w:type="dxa" w:w="1994"/>
            <w:shd w:val="clear" w:fill="24406B"/>
          </w:tcPr>
          <w:p>
            <w:r/>
            <w:r>
              <w:rPr>
                <w:rFonts w:eastAsia="Hiragino Sans" w:ascii="Hiragino Sans" w:hAnsi="Hiragino Sans"/>
                <w:b/>
                <w:color w:val="FFFFFF"/>
                <w:sz w:val="18"/>
              </w:rPr>
              <w:t>当期首残高</w:t>
            </w:r>
          </w:p>
        </w:tc>
        <w:tc>
          <w:tcPr>
            <w:tcW w:type="dxa" w:w="1994"/>
            <w:shd w:val="clear" w:fill="24406B"/>
          </w:tcPr>
          <w:p>
            <w:r/>
            <w:r>
              <w:rPr>
                <w:rFonts w:eastAsia="Hiragino Sans" w:ascii="Hiragino Sans" w:hAnsi="Hiragino Sans"/>
                <w:b/>
                <w:color w:val="FFFFFF"/>
                <w:sz w:val="18"/>
              </w:rPr>
              <w:t>当期増加額</w:t>
            </w:r>
          </w:p>
        </w:tc>
        <w:tc>
          <w:tcPr>
            <w:tcW w:type="dxa" w:w="1994"/>
            <w:shd w:val="clear" w:fill="24406B"/>
          </w:tcPr>
          <w:p>
            <w:r/>
            <w:r>
              <w:rPr>
                <w:rFonts w:eastAsia="Hiragino Sans" w:ascii="Hiragino Sans" w:hAnsi="Hiragino Sans"/>
                <w:b/>
                <w:color w:val="FFFFFF"/>
                <w:sz w:val="18"/>
              </w:rPr>
              <w:t>当期減少額</w:t>
            </w:r>
          </w:p>
        </w:tc>
        <w:tc>
          <w:tcPr>
            <w:tcW w:type="dxa" w:w="1994"/>
            <w:shd w:val="clear" w:fill="24406B"/>
          </w:tcPr>
          <w:p>
            <w:r/>
            <w:r>
              <w:rPr>
                <w:rFonts w:eastAsia="Hiragino Sans" w:ascii="Hiragino Sans" w:hAnsi="Hiragino Sans"/>
                <w:b/>
                <w:color w:val="FFFFFF"/>
                <w:sz w:val="18"/>
              </w:rPr>
              <w:t>当期末残高</w:t>
            </w:r>
          </w:p>
        </w:tc>
      </w:tr>
      <w:tr>
        <w:tc>
          <w:tcPr>
            <w:tcW w:type="dxa" w:w="1994"/>
          </w:tcPr>
          <w:p>
            <w:r/>
            <w:r>
              <w:rPr>
                <w:rFonts w:eastAsia="Hiragino Sans" w:ascii="Hiragino Sans" w:hAnsi="Hiragino Sans"/>
                <w:b w:val="0"/>
                <w:sz w:val="18"/>
              </w:rPr>
              <w:t>工場定期借地契約等に伴う原状回復義務</w:t>
            </w:r>
          </w:p>
        </w:tc>
        <w:tc>
          <w:tcPr>
            <w:tcW w:type="dxa" w:w="1994"/>
          </w:tcPr>
          <w:p>
            <w:r/>
            <w:r>
              <w:rPr>
                <w:rFonts w:eastAsia="Hiragino Sans" w:ascii="Hiragino Sans" w:hAnsi="Hiragino Sans"/>
                <w:b w:val="0"/>
                <w:sz w:val="18"/>
              </w:rPr>
              <w:t>185</w:t>
            </w:r>
          </w:p>
        </w:tc>
        <w:tc>
          <w:tcPr>
            <w:tcW w:type="dxa" w:w="1994"/>
          </w:tcPr>
          <w:p>
            <w:r/>
            <w:r>
              <w:rPr>
                <w:rFonts w:eastAsia="Hiragino Sans" w:ascii="Hiragino Sans" w:hAnsi="Hiragino Sans"/>
                <w:b w:val="0"/>
                <w:sz w:val="18"/>
              </w:rPr>
              <w:t>5</w:t>
            </w:r>
          </w:p>
        </w:tc>
        <w:tc>
          <w:tcPr>
            <w:tcW w:type="dxa" w:w="1994"/>
          </w:tcPr>
          <w:p>
            <w:r/>
            <w:r>
              <w:rPr>
                <w:rFonts w:eastAsia="Hiragino Sans" w:ascii="Hiragino Sans" w:hAnsi="Hiragino Sans"/>
                <w:b w:val="0"/>
                <w:sz w:val="18"/>
              </w:rPr>
              <w:t>—</w:t>
            </w:r>
          </w:p>
        </w:tc>
        <w:tc>
          <w:tcPr>
            <w:tcW w:type="dxa" w:w="1994"/>
          </w:tcPr>
          <w:p>
            <w:r/>
            <w:r>
              <w:rPr>
                <w:rFonts w:eastAsia="Hiragino Sans" w:ascii="Hiragino Sans" w:hAnsi="Hiragino Sans"/>
                <w:b w:val="0"/>
                <w:sz w:val="18"/>
              </w:rPr>
              <w:t>190</w:t>
            </w:r>
          </w:p>
        </w:tc>
      </w:tr>
    </w:tbl>
    <w:p>
      <w:pPr>
        <w:spacing w:after="40"/>
      </w:pPr>
    </w:p>
    <w:p>
      <w:pPr>
        <w:pStyle w:val="ListBullet"/>
        <w:ind w:left="240"/>
      </w:pPr>
      <w:r>
        <w:rPr>
          <w:rFonts w:eastAsia="Hiragino Sans" w:ascii="Hiragino Sans" w:hAnsi="Hiragino Sans"/>
          <w:b w:val="0"/>
          <w:sz w:val="20"/>
        </w:rPr>
        <w:t>（注）当期増加額は時の経過による調整額であります。</w:t>
      </w:r>
    </w:p>
    <w:p>
      <w:pPr>
        <w:pStyle w:val="Heading2"/>
      </w:pPr>
      <w:r>
        <w:t>2【財務諸表等】（提出会社・要約）</w:t>
      </w:r>
    </w:p>
    <w:p>
      <w:pPr>
        <w:pStyle w:val="Heading3"/>
      </w:pPr>
      <w:r>
        <w:t>(1) 貸借対照表（要約）（単位：百万円）</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科目</w:t>
            </w:r>
          </w:p>
        </w:tc>
        <w:tc>
          <w:tcPr>
            <w:tcW w:type="dxa" w:w="3324"/>
            <w:shd w:val="clear" w:fill="24406B"/>
          </w:tcPr>
          <w:p>
            <w:r/>
            <w:r>
              <w:rPr>
                <w:rFonts w:eastAsia="Hiragino Sans" w:ascii="Hiragino Sans" w:hAnsi="Hiragino Sans"/>
                <w:b/>
                <w:color w:val="FFFFFF"/>
                <w:sz w:val="18"/>
              </w:rPr>
              <w:t>前事業年度</w:t>
            </w:r>
          </w:p>
        </w:tc>
        <w:tc>
          <w:tcPr>
            <w:tcW w:type="dxa" w:w="3324"/>
            <w:shd w:val="clear" w:fill="24406B"/>
          </w:tcPr>
          <w:p>
            <w:r/>
            <w:r>
              <w:rPr>
                <w:rFonts w:eastAsia="Hiragino Sans" w:ascii="Hiragino Sans" w:hAnsi="Hiragino Sans"/>
                <w:b/>
                <w:color w:val="FFFFFF"/>
                <w:sz w:val="18"/>
              </w:rPr>
              <w:t>当事業年度</w:t>
            </w:r>
          </w:p>
        </w:tc>
      </w:tr>
      <w:tr>
        <w:tc>
          <w:tcPr>
            <w:tcW w:type="dxa" w:w="3324"/>
          </w:tcPr>
          <w:p>
            <w:r/>
            <w:r>
              <w:rPr>
                <w:rFonts w:eastAsia="Hiragino Sans" w:ascii="Hiragino Sans" w:hAnsi="Hiragino Sans"/>
                <w:b w:val="0"/>
                <w:sz w:val="18"/>
              </w:rPr>
              <w:t>流動資産（うち現金及び預金）</w:t>
            </w:r>
          </w:p>
        </w:tc>
        <w:tc>
          <w:tcPr>
            <w:tcW w:type="dxa" w:w="3324"/>
          </w:tcPr>
          <w:p>
            <w:r/>
            <w:r>
              <w:rPr>
                <w:rFonts w:eastAsia="Hiragino Sans" w:ascii="Hiragino Sans" w:hAnsi="Hiragino Sans"/>
                <w:b w:val="0"/>
                <w:sz w:val="18"/>
              </w:rPr>
              <w:t>19,350 (6,100)</w:t>
            </w:r>
          </w:p>
        </w:tc>
        <w:tc>
          <w:tcPr>
            <w:tcW w:type="dxa" w:w="3324"/>
          </w:tcPr>
          <w:p>
            <w:r/>
            <w:r>
              <w:rPr>
                <w:rFonts w:eastAsia="Hiragino Sans" w:ascii="Hiragino Sans" w:hAnsi="Hiragino Sans"/>
                <w:b w:val="0"/>
                <w:sz w:val="18"/>
              </w:rPr>
              <w:t>19,800 (6,200)</w:t>
            </w:r>
          </w:p>
        </w:tc>
      </w:tr>
      <w:tr>
        <w:tc>
          <w:tcPr>
            <w:tcW w:type="dxa" w:w="3324"/>
            <w:shd w:val="clear" w:fill="F7F8FA"/>
          </w:tcPr>
          <w:p>
            <w:r/>
            <w:r>
              <w:rPr>
                <w:rFonts w:eastAsia="Hiragino Sans" w:ascii="Hiragino Sans" w:hAnsi="Hiragino Sans"/>
                <w:b w:val="0"/>
                <w:sz w:val="18"/>
              </w:rPr>
              <w:t>固定資産（うち関係会社株式）</w:t>
            </w:r>
          </w:p>
        </w:tc>
        <w:tc>
          <w:tcPr>
            <w:tcW w:type="dxa" w:w="3324"/>
            <w:shd w:val="clear" w:fill="F7F8FA"/>
          </w:tcPr>
          <w:p>
            <w:r/>
            <w:r>
              <w:rPr>
                <w:rFonts w:eastAsia="Hiragino Sans" w:ascii="Hiragino Sans" w:hAnsi="Hiragino Sans"/>
                <w:b w:val="0"/>
                <w:sz w:val="18"/>
              </w:rPr>
              <w:t>24,950 (6,850)</w:t>
            </w:r>
          </w:p>
        </w:tc>
        <w:tc>
          <w:tcPr>
            <w:tcW w:type="dxa" w:w="3324"/>
            <w:shd w:val="clear" w:fill="F7F8FA"/>
          </w:tcPr>
          <w:p>
            <w:r/>
            <w:r>
              <w:rPr>
                <w:rFonts w:eastAsia="Hiragino Sans" w:ascii="Hiragino Sans" w:hAnsi="Hiragino Sans"/>
                <w:b w:val="0"/>
                <w:sz w:val="18"/>
              </w:rPr>
              <w:t>25,400 (6,850)</w:t>
            </w:r>
          </w:p>
        </w:tc>
      </w:tr>
      <w:tr>
        <w:tc>
          <w:tcPr>
            <w:tcW w:type="dxa" w:w="3324"/>
          </w:tcPr>
          <w:p>
            <w:r/>
            <w:r>
              <w:rPr>
                <w:rFonts w:eastAsia="Hiragino Sans" w:ascii="Hiragino Sans" w:hAnsi="Hiragino Sans"/>
                <w:b w:val="0"/>
                <w:sz w:val="18"/>
              </w:rPr>
              <w:t>資産合計</w:t>
            </w:r>
          </w:p>
        </w:tc>
        <w:tc>
          <w:tcPr>
            <w:tcW w:type="dxa" w:w="3324"/>
          </w:tcPr>
          <w:p>
            <w:r/>
            <w:r>
              <w:rPr>
                <w:rFonts w:eastAsia="Hiragino Sans" w:ascii="Hiragino Sans" w:hAnsi="Hiragino Sans"/>
                <w:b w:val="0"/>
                <w:sz w:val="18"/>
              </w:rPr>
              <w:t>44,300</w:t>
            </w:r>
          </w:p>
        </w:tc>
        <w:tc>
          <w:tcPr>
            <w:tcW w:type="dxa" w:w="3324"/>
          </w:tcPr>
          <w:p>
            <w:r/>
            <w:r>
              <w:rPr>
                <w:rFonts w:eastAsia="Hiragino Sans" w:ascii="Hiragino Sans" w:hAnsi="Hiragino Sans"/>
                <w:b w:val="0"/>
                <w:sz w:val="18"/>
              </w:rPr>
              <w:t>45,200</w:t>
            </w:r>
          </w:p>
        </w:tc>
      </w:tr>
      <w:tr>
        <w:tc>
          <w:tcPr>
            <w:tcW w:type="dxa" w:w="3324"/>
            <w:shd w:val="clear" w:fill="F7F8FA"/>
          </w:tcPr>
          <w:p>
            <w:r/>
            <w:r>
              <w:rPr>
                <w:rFonts w:eastAsia="Hiragino Sans" w:ascii="Hiragino Sans" w:hAnsi="Hiragino Sans"/>
                <w:b w:val="0"/>
                <w:sz w:val="18"/>
              </w:rPr>
              <w:t>流動負債</w:t>
            </w:r>
          </w:p>
        </w:tc>
        <w:tc>
          <w:tcPr>
            <w:tcW w:type="dxa" w:w="3324"/>
            <w:shd w:val="clear" w:fill="F7F8FA"/>
          </w:tcPr>
          <w:p>
            <w:r/>
            <w:r>
              <w:rPr>
                <w:rFonts w:eastAsia="Hiragino Sans" w:ascii="Hiragino Sans" w:hAnsi="Hiragino Sans"/>
                <w:b w:val="0"/>
                <w:sz w:val="18"/>
              </w:rPr>
              <w:t>11,050</w:t>
            </w:r>
          </w:p>
        </w:tc>
        <w:tc>
          <w:tcPr>
            <w:tcW w:type="dxa" w:w="3324"/>
            <w:shd w:val="clear" w:fill="F7F8FA"/>
          </w:tcPr>
          <w:p>
            <w:r/>
            <w:r>
              <w:rPr>
                <w:rFonts w:eastAsia="Hiragino Sans" w:ascii="Hiragino Sans" w:hAnsi="Hiragino Sans"/>
                <w:b w:val="0"/>
                <w:sz w:val="18"/>
              </w:rPr>
              <w:t>11,200</w:t>
            </w:r>
          </w:p>
        </w:tc>
      </w:tr>
      <w:tr>
        <w:tc>
          <w:tcPr>
            <w:tcW w:type="dxa" w:w="3324"/>
          </w:tcPr>
          <w:p>
            <w:r/>
            <w:r>
              <w:rPr>
                <w:rFonts w:eastAsia="Hiragino Sans" w:ascii="Hiragino Sans" w:hAnsi="Hiragino Sans"/>
                <w:b w:val="0"/>
                <w:sz w:val="18"/>
              </w:rPr>
              <w:t>固定負債</w:t>
            </w:r>
          </w:p>
        </w:tc>
        <w:tc>
          <w:tcPr>
            <w:tcW w:type="dxa" w:w="3324"/>
          </w:tcPr>
          <w:p>
            <w:r/>
            <w:r>
              <w:rPr>
                <w:rFonts w:eastAsia="Hiragino Sans" w:ascii="Hiragino Sans" w:hAnsi="Hiragino Sans"/>
                <w:b w:val="0"/>
                <w:sz w:val="18"/>
              </w:rPr>
              <w:t>5,950</w:t>
            </w:r>
          </w:p>
        </w:tc>
        <w:tc>
          <w:tcPr>
            <w:tcW w:type="dxa" w:w="3324"/>
          </w:tcPr>
          <w:p>
            <w:r/>
            <w:r>
              <w:rPr>
                <w:rFonts w:eastAsia="Hiragino Sans" w:ascii="Hiragino Sans" w:hAnsi="Hiragino Sans"/>
                <w:b w:val="0"/>
                <w:sz w:val="18"/>
              </w:rPr>
              <w:t>5,900</w:t>
            </w:r>
          </w:p>
        </w:tc>
      </w:tr>
      <w:tr>
        <w:tc>
          <w:tcPr>
            <w:tcW w:type="dxa" w:w="3324"/>
            <w:shd w:val="clear" w:fill="F7F8FA"/>
          </w:tcPr>
          <w:p>
            <w:r/>
            <w:r>
              <w:rPr>
                <w:rFonts w:eastAsia="Hiragino Sans" w:ascii="Hiragino Sans" w:hAnsi="Hiragino Sans"/>
                <w:b w:val="0"/>
                <w:sz w:val="18"/>
              </w:rPr>
              <w:t>負債合計</w:t>
            </w:r>
          </w:p>
        </w:tc>
        <w:tc>
          <w:tcPr>
            <w:tcW w:type="dxa" w:w="3324"/>
            <w:shd w:val="clear" w:fill="F7F8FA"/>
          </w:tcPr>
          <w:p>
            <w:r/>
            <w:r>
              <w:rPr>
                <w:rFonts w:eastAsia="Hiragino Sans" w:ascii="Hiragino Sans" w:hAnsi="Hiragino Sans"/>
                <w:b w:val="0"/>
                <w:sz w:val="18"/>
              </w:rPr>
              <w:t>17,000</w:t>
            </w:r>
          </w:p>
        </w:tc>
        <w:tc>
          <w:tcPr>
            <w:tcW w:type="dxa" w:w="3324"/>
            <w:shd w:val="clear" w:fill="F7F8FA"/>
          </w:tcPr>
          <w:p>
            <w:r/>
            <w:r>
              <w:rPr>
                <w:rFonts w:eastAsia="Hiragino Sans" w:ascii="Hiragino Sans" w:hAnsi="Hiragino Sans"/>
                <w:b w:val="0"/>
                <w:sz w:val="18"/>
              </w:rPr>
              <w:t>17,100</w:t>
            </w:r>
          </w:p>
        </w:tc>
      </w:tr>
      <w:tr>
        <w:tc>
          <w:tcPr>
            <w:tcW w:type="dxa" w:w="3324"/>
          </w:tcPr>
          <w:p>
            <w:r/>
            <w:r>
              <w:rPr>
                <w:rFonts w:eastAsia="Hiragino Sans" w:ascii="Hiragino Sans" w:hAnsi="Hiragino Sans"/>
                <w:b w:val="0"/>
                <w:sz w:val="18"/>
              </w:rPr>
              <w:t>株主資本（資本金3,200、資本剰余金3,650、利益剰余金、自己株式）</w:t>
            </w:r>
          </w:p>
        </w:tc>
        <w:tc>
          <w:tcPr>
            <w:tcW w:type="dxa" w:w="3324"/>
          </w:tcPr>
          <w:p>
            <w:r/>
            <w:r>
              <w:rPr>
                <w:rFonts w:eastAsia="Hiragino Sans" w:ascii="Hiragino Sans" w:hAnsi="Hiragino Sans"/>
                <w:b w:val="0"/>
                <w:sz w:val="18"/>
              </w:rPr>
              <w:t>26,336</w:t>
            </w:r>
          </w:p>
        </w:tc>
        <w:tc>
          <w:tcPr>
            <w:tcW w:type="dxa" w:w="3324"/>
          </w:tcPr>
          <w:p>
            <w:r/>
            <w:r>
              <w:rPr>
                <w:rFonts w:eastAsia="Hiragino Sans" w:ascii="Hiragino Sans" w:hAnsi="Hiragino Sans"/>
                <w:b w:val="0"/>
                <w:sz w:val="18"/>
              </w:rPr>
              <w:t>27,450</w:t>
            </w:r>
          </w:p>
        </w:tc>
      </w:tr>
      <w:tr>
        <w:tc>
          <w:tcPr>
            <w:tcW w:type="dxa" w:w="3324"/>
            <w:shd w:val="clear" w:fill="F7F8FA"/>
          </w:tcPr>
          <w:p>
            <w:r/>
            <w:r>
              <w:rPr>
                <w:rFonts w:eastAsia="Hiragino Sans" w:ascii="Hiragino Sans" w:hAnsi="Hiragino Sans"/>
                <w:b w:val="0"/>
                <w:sz w:val="18"/>
              </w:rPr>
              <w:t>評価・換算差額等</w:t>
            </w:r>
          </w:p>
        </w:tc>
        <w:tc>
          <w:tcPr>
            <w:tcW w:type="dxa" w:w="3324"/>
            <w:shd w:val="clear" w:fill="F7F8FA"/>
          </w:tcPr>
          <w:p>
            <w:r/>
            <w:r>
              <w:rPr>
                <w:rFonts w:eastAsia="Hiragino Sans" w:ascii="Hiragino Sans" w:hAnsi="Hiragino Sans"/>
                <w:b w:val="0"/>
                <w:sz w:val="18"/>
              </w:rPr>
              <w:t>936</w:t>
            </w:r>
          </w:p>
        </w:tc>
        <w:tc>
          <w:tcPr>
            <w:tcW w:type="dxa" w:w="3324"/>
            <w:shd w:val="clear" w:fill="F7F8FA"/>
          </w:tcPr>
          <w:p>
            <w:r/>
            <w:r>
              <w:rPr>
                <w:rFonts w:eastAsia="Hiragino Sans" w:ascii="Hiragino Sans" w:hAnsi="Hiragino Sans"/>
                <w:b w:val="0"/>
                <w:sz w:val="18"/>
              </w:rPr>
              <w:t>620</w:t>
            </w:r>
          </w:p>
        </w:tc>
      </w:tr>
      <w:tr>
        <w:tc>
          <w:tcPr>
            <w:tcW w:type="dxa" w:w="3324"/>
          </w:tcPr>
          <w:p>
            <w:r/>
            <w:r>
              <w:rPr>
                <w:rFonts w:eastAsia="Hiragino Sans" w:ascii="Hiragino Sans" w:hAnsi="Hiragino Sans"/>
                <w:b w:val="0"/>
                <w:sz w:val="18"/>
              </w:rPr>
              <w:t>新株予約権</w:t>
            </w:r>
          </w:p>
        </w:tc>
        <w:tc>
          <w:tcPr>
            <w:tcW w:type="dxa" w:w="3324"/>
          </w:tcPr>
          <w:p>
            <w:r/>
            <w:r>
              <w:rPr>
                <w:rFonts w:eastAsia="Hiragino Sans" w:ascii="Hiragino Sans" w:hAnsi="Hiragino Sans"/>
                <w:b w:val="0"/>
                <w:sz w:val="18"/>
              </w:rPr>
              <w:t>28</w:t>
            </w:r>
          </w:p>
        </w:tc>
        <w:tc>
          <w:tcPr>
            <w:tcW w:type="dxa" w:w="3324"/>
          </w:tcPr>
          <w:p>
            <w:r/>
            <w:r>
              <w:rPr>
                <w:rFonts w:eastAsia="Hiragino Sans" w:ascii="Hiragino Sans" w:hAnsi="Hiragino Sans"/>
                <w:b w:val="0"/>
                <w:sz w:val="18"/>
              </w:rPr>
              <w:t>30</w:t>
            </w:r>
          </w:p>
        </w:tc>
      </w:tr>
      <w:tr>
        <w:tc>
          <w:tcPr>
            <w:tcW w:type="dxa" w:w="3324"/>
            <w:shd w:val="clear" w:fill="F7F8FA"/>
          </w:tcPr>
          <w:p>
            <w:r/>
            <w:r>
              <w:rPr>
                <w:rFonts w:eastAsia="Hiragino Sans" w:ascii="Hiragino Sans" w:hAnsi="Hiragino Sans"/>
                <w:b w:val="0"/>
                <w:sz w:val="18"/>
              </w:rPr>
              <w:t>純資産合計</w:t>
            </w:r>
          </w:p>
        </w:tc>
        <w:tc>
          <w:tcPr>
            <w:tcW w:type="dxa" w:w="3324"/>
            <w:shd w:val="clear" w:fill="F7F8FA"/>
          </w:tcPr>
          <w:p>
            <w:r/>
            <w:r>
              <w:rPr>
                <w:rFonts w:eastAsia="Hiragino Sans" w:ascii="Hiragino Sans" w:hAnsi="Hiragino Sans"/>
                <w:b w:val="0"/>
                <w:sz w:val="18"/>
              </w:rPr>
              <w:t>27,300</w:t>
            </w:r>
          </w:p>
        </w:tc>
        <w:tc>
          <w:tcPr>
            <w:tcW w:type="dxa" w:w="3324"/>
            <w:shd w:val="clear" w:fill="F7F8FA"/>
          </w:tcPr>
          <w:p>
            <w:r/>
            <w:r>
              <w:rPr>
                <w:rFonts w:eastAsia="Hiragino Sans" w:ascii="Hiragino Sans" w:hAnsi="Hiragino Sans"/>
                <w:b w:val="0"/>
                <w:sz w:val="18"/>
              </w:rPr>
              <w:t>28,100</w:t>
            </w:r>
          </w:p>
        </w:tc>
      </w:tr>
    </w:tbl>
    <w:p>
      <w:pPr>
        <w:spacing w:after="40"/>
      </w:pPr>
    </w:p>
    <w:p>
      <w:pPr>
        <w:pStyle w:val="Heading3"/>
      </w:pPr>
      <w:r>
        <w:t>(2) 損益計算書（要約）（単位：百万円）</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科目</w:t>
            </w:r>
          </w:p>
        </w:tc>
        <w:tc>
          <w:tcPr>
            <w:tcW w:type="dxa" w:w="3324"/>
            <w:shd w:val="clear" w:fill="24406B"/>
          </w:tcPr>
          <w:p>
            <w:r/>
            <w:r>
              <w:rPr>
                <w:rFonts w:eastAsia="Hiragino Sans" w:ascii="Hiragino Sans" w:hAnsi="Hiragino Sans"/>
                <w:b/>
                <w:color w:val="FFFFFF"/>
                <w:sz w:val="18"/>
              </w:rPr>
              <w:t>前事業年度</w:t>
            </w:r>
          </w:p>
        </w:tc>
        <w:tc>
          <w:tcPr>
            <w:tcW w:type="dxa" w:w="3324"/>
            <w:shd w:val="clear" w:fill="24406B"/>
          </w:tcPr>
          <w:p>
            <w:r/>
            <w:r>
              <w:rPr>
                <w:rFonts w:eastAsia="Hiragino Sans" w:ascii="Hiragino Sans" w:hAnsi="Hiragino Sans"/>
                <w:b/>
                <w:color w:val="FFFFFF"/>
                <w:sz w:val="18"/>
              </w:rPr>
              <w:t>当事業年度</w:t>
            </w:r>
          </w:p>
        </w:tc>
      </w:tr>
      <w:tr>
        <w:tc>
          <w:tcPr>
            <w:tcW w:type="dxa" w:w="3324"/>
          </w:tcPr>
          <w:p>
            <w:r/>
            <w:r>
              <w:rPr>
                <w:rFonts w:eastAsia="Hiragino Sans" w:ascii="Hiragino Sans" w:hAnsi="Hiragino Sans"/>
                <w:b w:val="0"/>
                <w:sz w:val="18"/>
              </w:rPr>
              <w:t>売上高</w:t>
            </w:r>
          </w:p>
        </w:tc>
        <w:tc>
          <w:tcPr>
            <w:tcW w:type="dxa" w:w="3324"/>
          </w:tcPr>
          <w:p>
            <w:r/>
            <w:r>
              <w:rPr>
                <w:rFonts w:eastAsia="Hiragino Sans" w:ascii="Hiragino Sans" w:hAnsi="Hiragino Sans"/>
                <w:b w:val="0"/>
                <w:sz w:val="18"/>
              </w:rPr>
              <w:t>31,900</w:t>
            </w:r>
          </w:p>
        </w:tc>
        <w:tc>
          <w:tcPr>
            <w:tcW w:type="dxa" w:w="3324"/>
          </w:tcPr>
          <w:p>
            <w:r/>
            <w:r>
              <w:rPr>
                <w:rFonts w:eastAsia="Hiragino Sans" w:ascii="Hiragino Sans" w:hAnsi="Hiragino Sans"/>
                <w:b w:val="0"/>
                <w:sz w:val="18"/>
              </w:rPr>
              <w:t>32,400</w:t>
            </w:r>
          </w:p>
        </w:tc>
      </w:tr>
      <w:tr>
        <w:tc>
          <w:tcPr>
            <w:tcW w:type="dxa" w:w="3324"/>
            <w:shd w:val="clear" w:fill="F7F8FA"/>
          </w:tcPr>
          <w:p>
            <w:r/>
            <w:r>
              <w:rPr>
                <w:rFonts w:eastAsia="Hiragino Sans" w:ascii="Hiragino Sans" w:hAnsi="Hiragino Sans"/>
                <w:b w:val="0"/>
                <w:sz w:val="18"/>
              </w:rPr>
              <w:t>売上原価</w:t>
            </w:r>
          </w:p>
        </w:tc>
        <w:tc>
          <w:tcPr>
            <w:tcW w:type="dxa" w:w="3324"/>
            <w:shd w:val="clear" w:fill="F7F8FA"/>
          </w:tcPr>
          <w:p>
            <w:r/>
            <w:r>
              <w:rPr>
                <w:rFonts w:eastAsia="Hiragino Sans" w:ascii="Hiragino Sans" w:hAnsi="Hiragino Sans"/>
                <w:b w:val="0"/>
                <w:sz w:val="18"/>
              </w:rPr>
              <w:t>24,850</w:t>
            </w:r>
          </w:p>
        </w:tc>
        <w:tc>
          <w:tcPr>
            <w:tcW w:type="dxa" w:w="3324"/>
            <w:shd w:val="clear" w:fill="F7F8FA"/>
          </w:tcPr>
          <w:p>
            <w:r/>
            <w:r>
              <w:rPr>
                <w:rFonts w:eastAsia="Hiragino Sans" w:ascii="Hiragino Sans" w:hAnsi="Hiragino Sans"/>
                <w:b w:val="0"/>
                <w:sz w:val="18"/>
              </w:rPr>
              <w:t>25,200</w:t>
            </w:r>
          </w:p>
        </w:tc>
      </w:tr>
      <w:tr>
        <w:tc>
          <w:tcPr>
            <w:tcW w:type="dxa" w:w="3324"/>
          </w:tcPr>
          <w:p>
            <w:r/>
            <w:r>
              <w:rPr>
                <w:rFonts w:eastAsia="Hiragino Sans" w:ascii="Hiragino Sans" w:hAnsi="Hiragino Sans"/>
                <w:b w:val="0"/>
                <w:sz w:val="18"/>
              </w:rPr>
              <w:t>売上総利益</w:t>
            </w:r>
          </w:p>
        </w:tc>
        <w:tc>
          <w:tcPr>
            <w:tcW w:type="dxa" w:w="3324"/>
          </w:tcPr>
          <w:p>
            <w:r/>
            <w:r>
              <w:rPr>
                <w:rFonts w:eastAsia="Hiragino Sans" w:ascii="Hiragino Sans" w:hAnsi="Hiragino Sans"/>
                <w:b w:val="0"/>
                <w:sz w:val="18"/>
              </w:rPr>
              <w:t>7,050</w:t>
            </w:r>
          </w:p>
        </w:tc>
        <w:tc>
          <w:tcPr>
            <w:tcW w:type="dxa" w:w="3324"/>
          </w:tcPr>
          <w:p>
            <w:r/>
            <w:r>
              <w:rPr>
                <w:rFonts w:eastAsia="Hiragino Sans" w:ascii="Hiragino Sans" w:hAnsi="Hiragino Sans"/>
                <w:b w:val="0"/>
                <w:sz w:val="18"/>
              </w:rPr>
              <w:t>7,200</w:t>
            </w:r>
          </w:p>
        </w:tc>
      </w:tr>
      <w:tr>
        <w:tc>
          <w:tcPr>
            <w:tcW w:type="dxa" w:w="3324"/>
            <w:shd w:val="clear" w:fill="F7F8FA"/>
          </w:tcPr>
          <w:p>
            <w:r/>
            <w:r>
              <w:rPr>
                <w:rFonts w:eastAsia="Hiragino Sans" w:ascii="Hiragino Sans" w:hAnsi="Hiragino Sans"/>
                <w:b w:val="0"/>
                <w:sz w:val="18"/>
              </w:rPr>
              <w:t>販売費及び一般管理費</w:t>
            </w:r>
          </w:p>
        </w:tc>
        <w:tc>
          <w:tcPr>
            <w:tcW w:type="dxa" w:w="3324"/>
            <w:shd w:val="clear" w:fill="F7F8FA"/>
          </w:tcPr>
          <w:p>
            <w:r/>
            <w:r>
              <w:rPr>
                <w:rFonts w:eastAsia="Hiragino Sans" w:ascii="Hiragino Sans" w:hAnsi="Hiragino Sans"/>
                <w:b w:val="0"/>
                <w:sz w:val="18"/>
              </w:rPr>
              <w:t>4,680</w:t>
            </w:r>
          </w:p>
        </w:tc>
        <w:tc>
          <w:tcPr>
            <w:tcW w:type="dxa" w:w="3324"/>
            <w:shd w:val="clear" w:fill="F7F8FA"/>
          </w:tcPr>
          <w:p>
            <w:r/>
            <w:r>
              <w:rPr>
                <w:rFonts w:eastAsia="Hiragino Sans" w:ascii="Hiragino Sans" w:hAnsi="Hiragino Sans"/>
                <w:b w:val="0"/>
                <w:sz w:val="18"/>
              </w:rPr>
              <w:t>4,750</w:t>
            </w:r>
          </w:p>
        </w:tc>
      </w:tr>
      <w:tr>
        <w:tc>
          <w:tcPr>
            <w:tcW w:type="dxa" w:w="3324"/>
          </w:tcPr>
          <w:p>
            <w:r/>
            <w:r>
              <w:rPr>
                <w:rFonts w:eastAsia="Hiragino Sans" w:ascii="Hiragino Sans" w:hAnsi="Hiragino Sans"/>
                <w:b w:val="0"/>
                <w:sz w:val="18"/>
              </w:rPr>
              <w:t>営業利益</w:t>
            </w:r>
          </w:p>
        </w:tc>
        <w:tc>
          <w:tcPr>
            <w:tcW w:type="dxa" w:w="3324"/>
          </w:tcPr>
          <w:p>
            <w:r/>
            <w:r>
              <w:rPr>
                <w:rFonts w:eastAsia="Hiragino Sans" w:ascii="Hiragino Sans" w:hAnsi="Hiragino Sans"/>
                <w:b w:val="0"/>
                <w:sz w:val="18"/>
              </w:rPr>
              <w:t>2,370</w:t>
            </w:r>
          </w:p>
        </w:tc>
        <w:tc>
          <w:tcPr>
            <w:tcW w:type="dxa" w:w="3324"/>
          </w:tcPr>
          <w:p>
            <w:r/>
            <w:r>
              <w:rPr>
                <w:rFonts w:eastAsia="Hiragino Sans" w:ascii="Hiragino Sans" w:hAnsi="Hiragino Sans"/>
                <w:b w:val="0"/>
                <w:sz w:val="18"/>
              </w:rPr>
              <w:t>2,450</w:t>
            </w:r>
          </w:p>
        </w:tc>
      </w:tr>
      <w:tr>
        <w:tc>
          <w:tcPr>
            <w:tcW w:type="dxa" w:w="3324"/>
            <w:shd w:val="clear" w:fill="F7F8FA"/>
          </w:tcPr>
          <w:p>
            <w:r/>
            <w:r>
              <w:rPr>
                <w:rFonts w:eastAsia="Hiragino Sans" w:ascii="Hiragino Sans" w:hAnsi="Hiragino Sans"/>
                <w:b w:val="0"/>
                <w:sz w:val="18"/>
              </w:rPr>
              <w:t>営業外収益（うち関係会社受取配当金）</w:t>
            </w:r>
          </w:p>
        </w:tc>
        <w:tc>
          <w:tcPr>
            <w:tcW w:type="dxa" w:w="3324"/>
            <w:shd w:val="clear" w:fill="F7F8FA"/>
          </w:tcPr>
          <w:p>
            <w:r/>
            <w:r>
              <w:rPr>
                <w:rFonts w:eastAsia="Hiragino Sans" w:ascii="Hiragino Sans" w:hAnsi="Hiragino Sans"/>
                <w:b w:val="0"/>
                <w:sz w:val="18"/>
              </w:rPr>
              <w:t>470 (350)</w:t>
            </w:r>
          </w:p>
        </w:tc>
        <w:tc>
          <w:tcPr>
            <w:tcW w:type="dxa" w:w="3324"/>
            <w:shd w:val="clear" w:fill="F7F8FA"/>
          </w:tcPr>
          <w:p>
            <w:r/>
            <w:r>
              <w:rPr>
                <w:rFonts w:eastAsia="Hiragino Sans" w:ascii="Hiragino Sans" w:hAnsi="Hiragino Sans"/>
                <w:b w:val="0"/>
                <w:sz w:val="18"/>
              </w:rPr>
              <w:t>520 (380)</w:t>
            </w:r>
          </w:p>
        </w:tc>
      </w:tr>
      <w:tr>
        <w:tc>
          <w:tcPr>
            <w:tcW w:type="dxa" w:w="3324"/>
          </w:tcPr>
          <w:p>
            <w:r/>
            <w:r>
              <w:rPr>
                <w:rFonts w:eastAsia="Hiragino Sans" w:ascii="Hiragino Sans" w:hAnsi="Hiragino Sans"/>
                <w:b w:val="0"/>
                <w:sz w:val="18"/>
              </w:rPr>
              <w:t>営業外費用</w:t>
            </w:r>
          </w:p>
        </w:tc>
        <w:tc>
          <w:tcPr>
            <w:tcW w:type="dxa" w:w="3324"/>
          </w:tcPr>
          <w:p>
            <w:r/>
            <w:r>
              <w:rPr>
                <w:rFonts w:eastAsia="Hiragino Sans" w:ascii="Hiragino Sans" w:hAnsi="Hiragino Sans"/>
                <w:b w:val="0"/>
                <w:sz w:val="18"/>
              </w:rPr>
              <w:t>120</w:t>
            </w:r>
          </w:p>
        </w:tc>
        <w:tc>
          <w:tcPr>
            <w:tcW w:type="dxa" w:w="3324"/>
          </w:tcPr>
          <w:p>
            <w:r/>
            <w:r>
              <w:rPr>
                <w:rFonts w:eastAsia="Hiragino Sans" w:ascii="Hiragino Sans" w:hAnsi="Hiragino Sans"/>
                <w:b w:val="0"/>
                <w:sz w:val="18"/>
              </w:rPr>
              <w:t>120</w:t>
            </w:r>
          </w:p>
        </w:tc>
      </w:tr>
      <w:tr>
        <w:tc>
          <w:tcPr>
            <w:tcW w:type="dxa" w:w="3324"/>
            <w:shd w:val="clear" w:fill="F7F8FA"/>
          </w:tcPr>
          <w:p>
            <w:r/>
            <w:r>
              <w:rPr>
                <w:rFonts w:eastAsia="Hiragino Sans" w:ascii="Hiragino Sans" w:hAnsi="Hiragino Sans"/>
                <w:b w:val="0"/>
                <w:sz w:val="18"/>
              </w:rPr>
              <w:t>経常利益</w:t>
            </w:r>
          </w:p>
        </w:tc>
        <w:tc>
          <w:tcPr>
            <w:tcW w:type="dxa" w:w="3324"/>
            <w:shd w:val="clear" w:fill="F7F8FA"/>
          </w:tcPr>
          <w:p>
            <w:r/>
            <w:r>
              <w:rPr>
                <w:rFonts w:eastAsia="Hiragino Sans" w:ascii="Hiragino Sans" w:hAnsi="Hiragino Sans"/>
                <w:b w:val="0"/>
                <w:sz w:val="18"/>
              </w:rPr>
              <w:t>2,720</w:t>
            </w:r>
          </w:p>
        </w:tc>
        <w:tc>
          <w:tcPr>
            <w:tcW w:type="dxa" w:w="3324"/>
            <w:shd w:val="clear" w:fill="F7F8FA"/>
          </w:tcPr>
          <w:p>
            <w:r/>
            <w:r>
              <w:rPr>
                <w:rFonts w:eastAsia="Hiragino Sans" w:ascii="Hiragino Sans" w:hAnsi="Hiragino Sans"/>
                <w:b w:val="0"/>
                <w:sz w:val="18"/>
              </w:rPr>
              <w:t>2,850</w:t>
            </w:r>
          </w:p>
        </w:tc>
      </w:tr>
      <w:tr>
        <w:tc>
          <w:tcPr>
            <w:tcW w:type="dxa" w:w="3324"/>
          </w:tcPr>
          <w:p>
            <w:r/>
            <w:r>
              <w:rPr>
                <w:rFonts w:eastAsia="Hiragino Sans" w:ascii="Hiragino Sans" w:hAnsi="Hiragino Sans"/>
                <w:b w:val="0"/>
                <w:sz w:val="18"/>
              </w:rPr>
              <w:t>特別損益</w:t>
            </w:r>
          </w:p>
        </w:tc>
        <w:tc>
          <w:tcPr>
            <w:tcW w:type="dxa" w:w="3324"/>
          </w:tcPr>
          <w:p>
            <w:r/>
            <w:r>
              <w:rPr>
                <w:rFonts w:eastAsia="Hiragino Sans" w:ascii="Hiragino Sans" w:hAnsi="Hiragino Sans"/>
                <w:b w:val="0"/>
                <w:sz w:val="18"/>
              </w:rPr>
              <w:t>△80</w:t>
            </w:r>
          </w:p>
        </w:tc>
        <w:tc>
          <w:tcPr>
            <w:tcW w:type="dxa" w:w="3324"/>
          </w:tcPr>
          <w:p>
            <w:r/>
            <w:r>
              <w:rPr>
                <w:rFonts w:eastAsia="Hiragino Sans" w:ascii="Hiragino Sans" w:hAnsi="Hiragino Sans"/>
                <w:b w:val="0"/>
                <w:sz w:val="18"/>
              </w:rPr>
              <w:t>△60</w:t>
            </w:r>
          </w:p>
        </w:tc>
      </w:tr>
      <w:tr>
        <w:tc>
          <w:tcPr>
            <w:tcW w:type="dxa" w:w="3324"/>
            <w:shd w:val="clear" w:fill="F7F8FA"/>
          </w:tcPr>
          <w:p>
            <w:r/>
            <w:r>
              <w:rPr>
                <w:rFonts w:eastAsia="Hiragino Sans" w:ascii="Hiragino Sans" w:hAnsi="Hiragino Sans"/>
                <w:b w:val="0"/>
                <w:sz w:val="18"/>
              </w:rPr>
              <w:t>税引前当期純利益</w:t>
            </w:r>
          </w:p>
        </w:tc>
        <w:tc>
          <w:tcPr>
            <w:tcW w:type="dxa" w:w="3324"/>
            <w:shd w:val="clear" w:fill="F7F8FA"/>
          </w:tcPr>
          <w:p>
            <w:r/>
            <w:r>
              <w:rPr>
                <w:rFonts w:eastAsia="Hiragino Sans" w:ascii="Hiragino Sans" w:hAnsi="Hiragino Sans"/>
                <w:b w:val="0"/>
                <w:sz w:val="18"/>
              </w:rPr>
              <w:t>2,640</w:t>
            </w:r>
          </w:p>
        </w:tc>
        <w:tc>
          <w:tcPr>
            <w:tcW w:type="dxa" w:w="3324"/>
            <w:shd w:val="clear" w:fill="F7F8FA"/>
          </w:tcPr>
          <w:p>
            <w:r/>
            <w:r>
              <w:rPr>
                <w:rFonts w:eastAsia="Hiragino Sans" w:ascii="Hiragino Sans" w:hAnsi="Hiragino Sans"/>
                <w:b w:val="0"/>
                <w:sz w:val="18"/>
              </w:rPr>
              <w:t>2,790</w:t>
            </w:r>
          </w:p>
        </w:tc>
      </w:tr>
      <w:tr>
        <w:tc>
          <w:tcPr>
            <w:tcW w:type="dxa" w:w="3324"/>
          </w:tcPr>
          <w:p>
            <w:r/>
            <w:r>
              <w:rPr>
                <w:rFonts w:eastAsia="Hiragino Sans" w:ascii="Hiragino Sans" w:hAnsi="Hiragino Sans"/>
                <w:b w:val="0"/>
                <w:sz w:val="18"/>
              </w:rPr>
              <w:t>法人税等合計</w:t>
            </w:r>
          </w:p>
        </w:tc>
        <w:tc>
          <w:tcPr>
            <w:tcW w:type="dxa" w:w="3324"/>
          </w:tcPr>
          <w:p>
            <w:r/>
            <w:r>
              <w:rPr>
                <w:rFonts w:eastAsia="Hiragino Sans" w:ascii="Hiragino Sans" w:hAnsi="Hiragino Sans"/>
                <w:b w:val="0"/>
                <w:sz w:val="18"/>
              </w:rPr>
              <w:t>760</w:t>
            </w:r>
          </w:p>
        </w:tc>
        <w:tc>
          <w:tcPr>
            <w:tcW w:type="dxa" w:w="3324"/>
          </w:tcPr>
          <w:p>
            <w:r/>
            <w:r>
              <w:rPr>
                <w:rFonts w:eastAsia="Hiragino Sans" w:ascii="Hiragino Sans" w:hAnsi="Hiragino Sans"/>
                <w:b w:val="0"/>
                <w:sz w:val="18"/>
              </w:rPr>
              <w:t>810</w:t>
            </w:r>
          </w:p>
        </w:tc>
      </w:tr>
      <w:tr>
        <w:tc>
          <w:tcPr>
            <w:tcW w:type="dxa" w:w="3324"/>
            <w:shd w:val="clear" w:fill="F7F8FA"/>
          </w:tcPr>
          <w:p>
            <w:r/>
            <w:r>
              <w:rPr>
                <w:rFonts w:eastAsia="Hiragino Sans" w:ascii="Hiragino Sans" w:hAnsi="Hiragino Sans"/>
                <w:b w:val="0"/>
                <w:sz w:val="18"/>
              </w:rPr>
              <w:t>当期純利益</w:t>
            </w:r>
          </w:p>
        </w:tc>
        <w:tc>
          <w:tcPr>
            <w:tcW w:type="dxa" w:w="3324"/>
            <w:shd w:val="clear" w:fill="F7F8FA"/>
          </w:tcPr>
          <w:p>
            <w:r/>
            <w:r>
              <w:rPr>
                <w:rFonts w:eastAsia="Hiragino Sans" w:ascii="Hiragino Sans" w:hAnsi="Hiragino Sans"/>
                <w:b w:val="0"/>
                <w:sz w:val="18"/>
              </w:rPr>
              <w:t>1,880</w:t>
            </w:r>
          </w:p>
        </w:tc>
        <w:tc>
          <w:tcPr>
            <w:tcW w:type="dxa" w:w="3324"/>
            <w:shd w:val="clear" w:fill="F7F8FA"/>
          </w:tcPr>
          <w:p>
            <w:r/>
            <w:r>
              <w:rPr>
                <w:rFonts w:eastAsia="Hiragino Sans" w:ascii="Hiragino Sans" w:hAnsi="Hiragino Sans"/>
                <w:b w:val="0"/>
                <w:sz w:val="18"/>
              </w:rPr>
              <w:t>1,980</w:t>
            </w:r>
          </w:p>
        </w:tc>
      </w:tr>
    </w:tbl>
    <w:p>
      <w:pPr>
        <w:spacing w:after="40"/>
      </w:pPr>
    </w:p>
    <w:p>
      <w:pPr>
        <w:pStyle w:val="ListBullet"/>
        <w:ind w:left="240"/>
      </w:pPr>
      <w:r>
        <w:rPr>
          <w:rFonts w:eastAsia="Hiragino Sans" w:ascii="Hiragino Sans" w:hAnsi="Hiragino Sans"/>
          <w:b w:val="0"/>
          <w:sz w:val="20"/>
        </w:rPr>
        <w:t>（注）本サンプルでは提出会社の財務諸表は要約表示としております。実際の提出書類では財務諸表等規則に基づく完全な様式（株主資本等変動計算書及び附属明細表を含む）で記載します。</w:t>
      </w:r>
    </w:p>
    <w:p>
      <w:pPr>
        <w:pStyle w:val="Heading2"/>
      </w:pPr>
      <w:r>
        <w:t>3【その他】</w:t>
      </w:r>
    </w:p>
    <w:p>
      <w:pPr>
        <w:pStyle w:val="ListBullet"/>
        <w:ind w:left="240"/>
      </w:pPr>
      <w:r>
        <w:rPr>
          <w:rFonts w:eastAsia="Hiragino Sans" w:ascii="Hiragino Sans" w:hAnsi="Hiragino Sans"/>
          <w:b w:val="0"/>
          <w:sz w:val="20"/>
        </w:rPr>
        <w:t>当連結会計年度における四半期情報等及び重要な訴訟事件等はありません。</w:t>
      </w:r>
    </w:p>
    <w:p>
      <w:pPr>
        <w:pStyle w:val="ListBullet"/>
        <w:ind w:left="240"/>
      </w:pPr>
      <w:r>
        <w:rPr>
          <w:rFonts w:eastAsia="Hiragino Sans" w:ascii="Hiragino Sans" w:hAnsi="Hiragino Sans"/>
          <w:b w:val="0"/>
          <w:sz w:val="20"/>
        </w:rPr>
        <w:t>中間配当に関する取締役会決議の内容は、第4「提出会社の状況」3【配当政策】に記載のとおりであります。</w:t>
      </w:r>
    </w:p>
    <w:p>
      <w:pPr>
        <w:ind w:left="120"/>
        <w:shd w:val="clear" w:fill="F3F4F6"/>
        <w:pBdr>
          <w:left w:val="single" w:sz="18" w:space="6" w:color="24406B"/>
        </w:pBdr>
      </w:pPr>
      <w:r>
        <w:rPr>
          <w:rFonts w:eastAsia="Hiragino Sans" w:ascii="Hiragino Sans" w:hAnsi="Hiragino Sans"/>
          <w:b w:val="0"/>
          <w:i/>
          <w:color w:val="444444"/>
          <w:sz w:val="18"/>
        </w:rPr>
        <w:t>チェック観点: 単体の関係会社受取配当金と連結上の消去、繰延税金・評価換算差額の連単差を確認。第6【提出会社の株式事務の概要】・第7【提出会社の参考情報】は本サンプルでは省略している旨を成果物利用時に明示する。</w:t>
      </w:r>
    </w:p>
    <w:p>
      <w:pPr>
        <w:pStyle w:val="Heading1"/>
      </w:pPr>
      <w:r>
        <w:t>【独立監査人の監査報告書及び内部統制監査報告書】（記載イメージ）</w:t>
      </w:r>
    </w:p>
    <w:p>
      <w:pPr>
        <w:ind w:left="120"/>
        <w:shd w:val="clear" w:fill="F3F4F6"/>
        <w:pBdr>
          <w:left w:val="single" w:sz="18" w:space="6" w:color="24406B"/>
        </w:pBdr>
      </w:pPr>
      <w:r>
        <w:rPr>
          <w:rFonts w:eastAsia="Hiragino Sans" w:ascii="Hiragino Sans" w:hAnsi="Hiragino Sans"/>
          <w:b w:val="0"/>
          <w:i/>
          <w:color w:val="444444"/>
          <w:sz w:val="18"/>
        </w:rPr>
        <w:t>以下は監査報告書の記載イメージ（サンプル）であり、実際の監査報告書は監査人が自らの判断と責任において作成するものであります。</w:t>
      </w:r>
    </w:p>
    <w:p>
      <w:pPr>
        <w:spacing w:after="80"/>
      </w:pPr>
      <w:r>
        <w:rPr>
          <w:rFonts w:eastAsia="Hiragino Sans" w:ascii="Hiragino Sans" w:hAnsi="Hiragino Sans"/>
          <w:b w:val="0"/>
          <w:i w:val="0"/>
        </w:rPr>
        <w:t>サンプル製造株式会社 取締役会 御中</w:t>
      </w:r>
    </w:p>
    <w:p>
      <w:pPr>
        <w:spacing w:after="80"/>
      </w:pPr>
      <w:r>
        <w:rPr>
          <w:rFonts w:eastAsia="Hiragino Sans" w:ascii="Hiragino Sans" w:hAnsi="Hiragino Sans"/>
          <w:b w:val="0"/>
          <w:i w:val="0"/>
        </w:rPr>
        <w:t>2026年6月24日　有限責任 青葉監査法人　東京事務所</w:t>
      </w:r>
    </w:p>
    <w:p>
      <w:pPr>
        <w:spacing w:after="80"/>
      </w:pPr>
      <w:r>
        <w:rPr>
          <w:rFonts w:eastAsia="Hiragino Sans" w:ascii="Hiragino Sans" w:hAnsi="Hiragino Sans"/>
          <w:b w:val="0"/>
          <w:i w:val="0"/>
        </w:rPr>
        <w:t>指定有限責任社員・業務執行社員　公認会計士　佐野 健吾／指定有限責任社員・業務執行社員　公認会計士　立花 理恵</w:t>
      </w:r>
    </w:p>
    <w:p>
      <w:pPr>
        <w:pStyle w:val="Heading2"/>
      </w:pPr>
      <w:r>
        <w:t>監査意見</w:t>
      </w:r>
    </w:p>
    <w:p>
      <w:pPr>
        <w:spacing w:after="80"/>
      </w:pPr>
      <w:r>
        <w:rPr>
          <w:rFonts w:eastAsia="Hiragino Sans" w:ascii="Hiragino Sans" w:hAnsi="Hiragino Sans"/>
          <w:b w:val="0"/>
          <w:i w:val="0"/>
        </w:rPr>
        <w:t>当監査法人は、金融商品取引法第193条の2第1項の規定に基づく監査証明を行うため、「経理の状況」に掲げられているサンプル製造株式会社の2025年4月1日から2026年3月31日までの連結会計年度の連結財務諸表、すなわち、連結貸借対照表、連結損益計算書、連結包括利益計算書、連結株主資本等変動計算書、連結キャッシュ・フロー計算書、連結財務諸表作成のための基本となる重要な事項及びその他の注記について監査を行った。当監査法人は、上記の連結財務諸表が、我が国において一般に公正妥当と認められる企業会計の基準に準拠して、サンプル製造株式会社及び連結子会社の2026年3月31日現在の財政状態並びに同日をもって終了する連結会計年度の経営成績及びキャッシュ・フローの状況を、全ての重要な点において適正に表示しているものと認める。</w:t>
      </w:r>
    </w:p>
    <w:p>
      <w:pPr>
        <w:pStyle w:val="Heading2"/>
      </w:pPr>
      <w:r>
        <w:t>監査意見の根拠</w:t>
      </w:r>
    </w:p>
    <w:p>
      <w:pPr>
        <w:spacing w:after="80"/>
      </w:pPr>
      <w:r>
        <w:rPr>
          <w:rFonts w:eastAsia="Hiragino Sans" w:ascii="Hiragino Sans" w:hAnsi="Hiragino Sans"/>
          <w:b w:val="0"/>
          <w:i w:val="0"/>
        </w:rPr>
        <w:t>当監査法人は、我が国において一般に公正妥当と認められる監査の基準に準拠して監査を行った。監査の基準における当監査法人の責任は、「連結財務諸表監査における監査人の責任」に記載されている。当監査法人は、我が国における職業倫理に関する規定に従って、会社及び連結子会社から独立しており、また、監査人としてのその他の倫理上の責任を果たしている。当監査法人は、意見表明の基礎となる十分かつ適切な監査証拠を入手したと判断している。</w:t>
      </w:r>
    </w:p>
    <w:p>
      <w:pPr>
        <w:pStyle w:val="Heading2"/>
      </w:pPr>
      <w:r>
        <w:t>監査上の主要な検討事項（KAM）</w:t>
      </w:r>
    </w:p>
    <w:p>
      <w:pPr>
        <w:spacing w:after="80"/>
      </w:pPr>
      <w:r>
        <w:rPr>
          <w:rFonts w:eastAsia="Hiragino Sans" w:ascii="Hiragino Sans" w:hAnsi="Hiragino Sans"/>
          <w:b/>
          <w:i w:val="0"/>
        </w:rPr>
        <w:t>1. 電子部品セグメントにおける汎用コンデンサ部品製造設備の減損</w:t>
      </w:r>
    </w:p>
    <w:p>
      <w:pPr>
        <w:pStyle w:val="ListBullet"/>
        <w:ind w:left="240"/>
      </w:pPr>
      <w:r>
        <w:rPr>
          <w:rFonts w:eastAsia="Hiragino Sans" w:ascii="Hiragino Sans" w:hAnsi="Hiragino Sans"/>
          <w:b w:val="0"/>
          <w:sz w:val="20"/>
        </w:rPr>
        <w:t>監査上の主要な検討事項の内容及び決定理由：会社は電子部品セグメントの汎用コンデンサ部品製造設備に係る資産グループ（減損損失計上後の帳簿価額2,150百万円）について減損損失180百万円を計上している（注記（重要な会計上の見積り）参照）。使用価値の算定に用いる将来キャッシュ・フローは、中国市場の販売価格の動向及び販売数量に関する経営者の重要な仮定に依存しており、見積りの不確実性が高いことから、監査上の主要な検討事項に該当すると判断した。</w:t>
      </w:r>
    </w:p>
    <w:p>
      <w:pPr>
        <w:pStyle w:val="ListBullet"/>
        <w:ind w:left="240"/>
      </w:pPr>
      <w:r>
        <w:rPr>
          <w:rFonts w:eastAsia="Hiragino Sans" w:ascii="Hiragino Sans" w:hAnsi="Hiragino Sans"/>
          <w:b w:val="0"/>
          <w:sz w:val="20"/>
        </w:rPr>
        <w:t>監査上の対応：当監査法人は、主として次の監査手続を実施した。(1) 減損の兆候把握及びグルーピングに関する内部統制の整備・運用状況の評価、(2) 将来キャッシュ・フローの基礎となる事業計画と取締役会承認済み予算との整合性の検討、(3) 過年度計画と実績の比較による経営者の見積りの精度の評価、(4) 販売価格の仮定と外部市場データとの比較、(5) 割引率について評価の専門家を利用した独自の再計算、(6) 経営者の仮定に一定の変動を加えた場合の感応度分析。</w:t>
      </w:r>
    </w:p>
    <w:p>
      <w:pPr>
        <w:spacing w:after="80"/>
      </w:pPr>
      <w:r>
        <w:rPr>
          <w:rFonts w:eastAsia="Hiragino Sans" w:ascii="Hiragino Sans" w:hAnsi="Hiragino Sans"/>
          <w:b/>
          <w:i w:val="0"/>
        </w:rPr>
        <w:t>2. 繰延税金資産の回収可能性</w:t>
      </w:r>
    </w:p>
    <w:p>
      <w:pPr>
        <w:pStyle w:val="ListBullet"/>
        <w:ind w:left="240"/>
      </w:pPr>
      <w:r>
        <w:rPr>
          <w:rFonts w:eastAsia="Hiragino Sans" w:ascii="Hiragino Sans" w:hAnsi="Hiragino Sans"/>
          <w:b w:val="0"/>
          <w:sz w:val="20"/>
        </w:rPr>
        <w:t>監査上の主要な検討事項の内容及び決定理由：会社は繰延税金資産1,050百万円（連結貸借対照表計上額）を計上している。回収可能性の判断は、将来課税所得の発生時期及び金額のスケジューリングに依存し、その基礎となる中期経営計画には半導体関連需要の成長率等の重要な仮定が含まれ、経営者の判断が財務諸表に重要な影響を及ぼすことから、監査上の主要な検討事項に該当すると判断した。</w:t>
      </w:r>
    </w:p>
    <w:p>
      <w:pPr>
        <w:pStyle w:val="ListBullet"/>
        <w:ind w:left="240"/>
      </w:pPr>
      <w:r>
        <w:rPr>
          <w:rFonts w:eastAsia="Hiragino Sans" w:ascii="Hiragino Sans" w:hAnsi="Hiragino Sans"/>
          <w:b w:val="0"/>
          <w:sz w:val="20"/>
        </w:rPr>
        <w:t>監査上の対応：当監査法人は、主として次の監査手続を実施した。(1) 繰延税金資産の回収可能性の判断に関する内部統制の評価、(2) 企業分類の妥当性の検討、(3) 将来課税所得の見積りと取締役会承認済み中期経営計画との整合性の検討、(4) 過年度の課税所得予測と実績の比較、(5) 一時差異等のスケジューリングの網羅性・正確性の検討、(6) 税務の専門家の関与による繰越欠損金・税額控除の利用可能性の検討。</w:t>
      </w:r>
    </w:p>
    <w:p>
      <w:pPr>
        <w:pStyle w:val="Heading2"/>
      </w:pPr>
      <w:r>
        <w:t>その他の記載内容</w:t>
      </w:r>
    </w:p>
    <w:p>
      <w:pPr>
        <w:spacing w:after="80"/>
      </w:pPr>
      <w:r>
        <w:rPr>
          <w:rFonts w:eastAsia="Hiragino Sans" w:ascii="Hiragino Sans" w:hAnsi="Hiragino Sans"/>
          <w:b w:val="0"/>
          <w:i w:val="0"/>
        </w:rPr>
        <w:t>その他の記載内容は、有価証券報告書に含まれる情報のうち、連結財務諸表及び財務諸表並びにこれらの監査報告書以外の情報である。経営者の責任は、その他の記載内容を作成し開示することにある。監査役及び監査役会の責任は、その他の記載内容の報告プロセスの整備及び運用における取締役の職務の執行を監視することにある。当監査法人の連結財務諸表に対する監査意見の対象にはその他の記載内容は含まれておらず、当監査法人はその他の記載内容に対して意見を表明するものではない。当監査法人は、その他の記載内容を通読し、その他の記載内容と連結財務諸表又は当監査法人が監査の過程で得た知識との間に重要な相違があるかどうか検討した結果、報告すべき事項はない。</w:t>
      </w:r>
    </w:p>
    <w:p>
      <w:pPr>
        <w:pStyle w:val="Heading2"/>
      </w:pPr>
      <w:r>
        <w:t>連結財務諸表に対する経営者並びに監査役及び監査役会の責任</w:t>
      </w:r>
    </w:p>
    <w:p>
      <w:pPr>
        <w:spacing w:after="80"/>
      </w:pPr>
      <w:r>
        <w:rPr>
          <w:rFonts w:eastAsia="Hiragino Sans" w:ascii="Hiragino Sans" w:hAnsi="Hiragino Sans"/>
          <w:b w:val="0"/>
          <w:i w:val="0"/>
        </w:rPr>
        <w:t>経営者の責任は、我が国において一般に公正妥当と認められる企業会計の基準に準拠して連結財務諸表を作成し適正に表示すること、及び不正又は誤謬による重要な虚偽表示のない連結財務諸表を作成するために経営者が必要と判断した内部統制を整備及び運用することにある。連結財務諸表を作成するにあたり、経営者は、継続企業の前提に基づき連結財務諸表を作成することが適切であるかどうかを評価し、必要な開示を行う責任がある。監査役及び監査役会の責任は、財務報告プロセスの整備及び運用における取締役の職務の執行を監視することにある。</w:t>
      </w:r>
    </w:p>
    <w:p>
      <w:pPr>
        <w:pStyle w:val="Heading2"/>
      </w:pPr>
      <w:r>
        <w:t>連結財務諸表監査における監査人の責任</w:t>
      </w:r>
    </w:p>
    <w:p>
      <w:pPr>
        <w:spacing w:after="80"/>
      </w:pPr>
      <w:r>
        <w:rPr>
          <w:rFonts w:eastAsia="Hiragino Sans" w:ascii="Hiragino Sans" w:hAnsi="Hiragino Sans"/>
          <w:b w:val="0"/>
          <w:i w:val="0"/>
        </w:rPr>
        <w:t>監査人の責任は、監査人が実施した監査に基づいて、全体としての連結財務諸表に不正又は誤謬による重要な虚偽表示がないかどうかについて合理的な保証を得て、監査報告書において独立の立場から連結財務諸表に対する意見を表明することにある。監査人は、監査の過程を通じて職業的専門家としての判断を行い、職業的懐疑心を保持して、リスク・アプローチに基づく監査手続の実施、内部統制の理解、経営者が採用した会計方針及びその適用方法並びに会計上の見積りの合理性の評価、継続企業の前提に関する経営者の評価の検討、連結財務諸表の表示及び注記事項の検討、並びに連結財務諸表に対する意見表明の基礎となる十分かつ適切な監査証拠の入手を行う。監査人は、監査役及び監査役会に対して、計画した監査の範囲とその実施時期、監査の実施過程で識別した内部統制の重要な不備その他の監査上の重要な発見事項、独立性についての報告及び監査上の主要な検討事項について報告を行う。</w:t>
      </w:r>
    </w:p>
    <w:p>
      <w:pPr>
        <w:pStyle w:val="Heading2"/>
      </w:pPr>
      <w:r>
        <w:t>内部統制監査</w:t>
      </w:r>
    </w:p>
    <w:p>
      <w:pPr>
        <w:spacing w:after="80"/>
      </w:pPr>
      <w:r>
        <w:rPr>
          <w:rFonts w:eastAsia="Hiragino Sans" w:ascii="Hiragino Sans" w:hAnsi="Hiragino Sans"/>
          <w:b w:val="0"/>
          <w:i w:val="0"/>
        </w:rPr>
        <w:t>当監査法人は、金融商品取引法第193条の2第2項の規定に基づく監査証明を行うため、サンプル製造株式会社の2026年3月31日現在の内部統制報告書について監査を行った。当監査法人は、サンプル製造株式会社が2026年3月31日現在の財務報告に係る内部統制は有効であると表示した上記の内部統制報告書が、我が国において一般に公正妥当と認められる財務報告に係る内部統制の評価の基準に準拠して、財務報告に係る内部統制の評価結果について、全ての重要な点において適正に表示しているものと認める。</w:t>
      </w:r>
    </w:p>
    <w:p>
      <w:pPr>
        <w:pStyle w:val="Heading2"/>
      </w:pPr>
      <w:r>
        <w:t>報酬関連情報・利害関係</w:t>
      </w:r>
    </w:p>
    <w:p>
      <w:pPr>
        <w:spacing w:after="80"/>
      </w:pPr>
      <w:r>
        <w:rPr>
          <w:rFonts w:eastAsia="Hiragino Sans" w:ascii="Hiragino Sans" w:hAnsi="Hiragino Sans"/>
          <w:b w:val="0"/>
          <w:i w:val="0"/>
        </w:rPr>
        <w:t>監査報酬関連情報は、有価証券報告書「第4 提出会社の状況」に含まれている。会社及び連結子会社と当監査法人又は業務執行社員との間には、公認会計士法の規定により記載すべき利害関係はない。</w:t>
      </w:r>
    </w:p>
    <w:p>
      <w:pPr>
        <w:ind w:left="120"/>
        <w:shd w:val="clear" w:fill="F3F4F6"/>
        <w:pBdr>
          <w:left w:val="single" w:sz="18" w:space="6" w:color="24406B"/>
        </w:pBdr>
      </w:pPr>
      <w:r>
        <w:rPr>
          <w:rFonts w:eastAsia="Hiragino Sans" w:ascii="Hiragino Sans" w:hAnsi="Hiragino Sans"/>
          <w:b w:val="0"/>
          <w:i/>
          <w:color w:val="444444"/>
          <w:sz w:val="18"/>
        </w:rPr>
        <w:t>チェック観点: KAM は「重要な会計上の見積り」注記・MD&amp;A の記載と首尾一貫しているか。監査報告書日付＝株主総会日との前後関係、内部統制監査の併記型式を確認。</w:t>
      </w:r>
    </w:p>
    <w:sectPr w:rsidR="00FC693F" w:rsidRPr="0006063C" w:rsidSect="00034616">
      <w:footerReference w:type="default" r:id="rId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eastAsia="Hiragino Sans" w:ascii="Hiragino Sans" w:hAnsi="Hiragino Sans"/>
        <w:color w:val="6B7280"/>
        <w:sz w:val="16"/>
      </w:rPr>
      <w:t xml:space="preserve">有価証券報告書ドラフト｜サンプル製造株式会社（サンプル）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Hiragino Sans" w:hAnsi="Hiragino Sans" w:eastAsia="Hiragino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Hiragino Sans" w:hAnsi="Hiragino Sans" w:eastAsia="Hiragino Sans"/>
      <w:b/>
      <w:bCs/>
      <w:color w:val="24406B"/>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Hiragino Sans" w:hAnsi="Hiragino Sans" w:eastAsia="Hiragino Sans"/>
      <w:b/>
      <w:bCs/>
      <w:color w:val="24406B"/>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Hiragino Sans" w:hAnsi="Hiragino Sans" w:eastAsia="Hiragino Sans"/>
      <w:b/>
      <w:bCs/>
      <w:color w:val="33333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Hiragino Sans" w:hAnsi="Hiragino Sans" w:eastAsia="Hiragino Sans"/>
      <w:b/>
      <w:bCs/>
      <w:i/>
      <w:iCs/>
      <w:color w:val="555555"/>
      <w:sz w:val="2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generated by python-docx</dc:description>
  <cp:revision>1</cp:revision>
  <dcterms:created xsi:type="dcterms:W3CDTF">2013-12-23T23:15:00Z</dcterms:created>
  <dcterms:modified xsi:type="dcterms:W3CDTF">2013-12-23T23:15:00Z</dcterms:modified>
  <cp:category/>
  <dc:creator>BENTO</dc:creator>
  <cp:lastModifiedBy>BENTO</cp:lastModifiedBy>
</cp:coreProperties>
</file>